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49A27" w14:textId="77777777" w:rsidR="00AC01F0" w:rsidRPr="00611144" w:rsidRDefault="00082263" w:rsidP="00483BF4">
      <w:pPr>
        <w:spacing w:after="0" w:line="264" w:lineRule="auto"/>
        <w:rPr>
          <w:rFonts w:ascii="Calibri" w:hAnsi="Calibri" w:cs="Calibri"/>
        </w:rPr>
      </w:pPr>
      <w:r w:rsidRPr="00611144">
        <w:rPr>
          <w:rFonts w:ascii="Calibri" w:hAnsi="Calibri" w:cs="Calibri"/>
          <w:noProof/>
        </w:rPr>
        <w:drawing>
          <wp:anchor distT="0" distB="0" distL="114300" distR="114300" simplePos="0" relativeHeight="251658241" behindDoc="0" locked="0" layoutInCell="1" allowOverlap="1" wp14:anchorId="0BDC3226" wp14:editId="3EC8E2BA">
            <wp:simplePos x="0" y="0"/>
            <wp:positionH relativeFrom="margin">
              <wp:posOffset>1905000</wp:posOffset>
            </wp:positionH>
            <wp:positionV relativeFrom="paragraph">
              <wp:posOffset>-428625</wp:posOffset>
            </wp:positionV>
            <wp:extent cx="1647825" cy="1647825"/>
            <wp:effectExtent l="0" t="0" r="9525" b="9525"/>
            <wp:wrapNone/>
            <wp:docPr id="1066705474" name="Picture 2" descr="U:\Logos\Logo gold circ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Logos\Logo gold circl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605" w:rsidRPr="00611144">
        <w:rPr>
          <w:rFonts w:ascii="Calibri" w:hAnsi="Calibri" w:cs="Calibri"/>
          <w:noProof/>
        </w:rPr>
        <w:drawing>
          <wp:anchor distT="0" distB="0" distL="114300" distR="114300" simplePos="0" relativeHeight="251658240" behindDoc="0" locked="0" layoutInCell="1" allowOverlap="1" wp14:anchorId="43E6E496" wp14:editId="45FA44DB">
            <wp:simplePos x="0" y="0"/>
            <wp:positionH relativeFrom="column">
              <wp:posOffset>4886325</wp:posOffset>
            </wp:positionH>
            <wp:positionV relativeFrom="paragraph">
              <wp:posOffset>-542925</wp:posOffset>
            </wp:positionV>
            <wp:extent cx="1213485" cy="719455"/>
            <wp:effectExtent l="0" t="0" r="0" b="0"/>
            <wp:wrapNone/>
            <wp:docPr id="1936154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3485" cy="719455"/>
                    </a:xfrm>
                    <a:prstGeom prst="rect">
                      <a:avLst/>
                    </a:prstGeom>
                    <a:noFill/>
                  </pic:spPr>
                </pic:pic>
              </a:graphicData>
            </a:graphic>
            <wp14:sizeRelH relativeFrom="page">
              <wp14:pctWidth>0</wp14:pctWidth>
            </wp14:sizeRelH>
            <wp14:sizeRelV relativeFrom="page">
              <wp14:pctHeight>0</wp14:pctHeight>
            </wp14:sizeRelV>
          </wp:anchor>
        </w:drawing>
      </w:r>
    </w:p>
    <w:p w14:paraId="55365B44" w14:textId="77777777" w:rsidR="00AC01F0" w:rsidRPr="00611144" w:rsidRDefault="00AC01F0" w:rsidP="00483BF4">
      <w:pPr>
        <w:spacing w:after="0" w:line="264" w:lineRule="auto"/>
        <w:rPr>
          <w:rFonts w:ascii="Calibri" w:hAnsi="Calibri" w:cs="Calibri"/>
        </w:rPr>
      </w:pPr>
    </w:p>
    <w:p w14:paraId="4B76FF91" w14:textId="77777777" w:rsidR="00AC01F0" w:rsidRPr="00611144" w:rsidRDefault="00AC01F0" w:rsidP="00483BF4">
      <w:pPr>
        <w:spacing w:after="0" w:line="264" w:lineRule="auto"/>
        <w:rPr>
          <w:rFonts w:ascii="Calibri" w:hAnsi="Calibri" w:cs="Calibri"/>
        </w:rPr>
      </w:pPr>
    </w:p>
    <w:p w14:paraId="7248AC6B" w14:textId="77777777" w:rsidR="00AC01F0" w:rsidRPr="00611144" w:rsidRDefault="00AC01F0" w:rsidP="00483BF4">
      <w:pPr>
        <w:spacing w:after="0" w:line="264" w:lineRule="auto"/>
        <w:rPr>
          <w:rFonts w:ascii="Calibri" w:hAnsi="Calibri" w:cs="Calibri"/>
        </w:rPr>
      </w:pPr>
    </w:p>
    <w:p w14:paraId="7892CBF1" w14:textId="77777777" w:rsidR="00AC01F0" w:rsidRPr="00611144" w:rsidRDefault="00AC01F0" w:rsidP="00483BF4">
      <w:pPr>
        <w:spacing w:after="0" w:line="264" w:lineRule="auto"/>
        <w:rPr>
          <w:rFonts w:ascii="Calibri" w:hAnsi="Calibri" w:cs="Calibri"/>
        </w:rPr>
      </w:pPr>
    </w:p>
    <w:p w14:paraId="44BD9D50" w14:textId="77777777" w:rsidR="00AC01F0" w:rsidRPr="00611144" w:rsidRDefault="00AC01F0" w:rsidP="00483BF4">
      <w:pPr>
        <w:spacing w:after="0" w:line="264" w:lineRule="auto"/>
        <w:rPr>
          <w:rFonts w:ascii="Calibri" w:hAnsi="Calibri" w:cs="Calibri"/>
        </w:rPr>
      </w:pPr>
    </w:p>
    <w:p w14:paraId="3CF604C1" w14:textId="77777777" w:rsidR="00AC01F0" w:rsidRPr="00611144" w:rsidRDefault="00AC01F0" w:rsidP="00483BF4">
      <w:pPr>
        <w:spacing w:after="0" w:line="264" w:lineRule="auto"/>
        <w:rPr>
          <w:rFonts w:ascii="Calibri" w:hAnsi="Calibri" w:cs="Calibri"/>
          <w:sz w:val="48"/>
          <w:szCs w:val="48"/>
        </w:rPr>
      </w:pPr>
    </w:p>
    <w:p w14:paraId="48FA367E" w14:textId="4F54256C" w:rsidR="00E315D6" w:rsidRPr="00611144" w:rsidRDefault="00AC01F0" w:rsidP="00483BF4">
      <w:pPr>
        <w:spacing w:after="0" w:line="264" w:lineRule="auto"/>
        <w:jc w:val="center"/>
        <w:rPr>
          <w:rFonts w:ascii="Calibri" w:hAnsi="Calibri" w:cs="Calibri"/>
          <w:b/>
          <w:sz w:val="48"/>
          <w:szCs w:val="48"/>
        </w:rPr>
      </w:pPr>
      <w:r w:rsidRPr="00611144">
        <w:rPr>
          <w:rFonts w:ascii="Calibri" w:hAnsi="Calibri" w:cs="Calibri"/>
          <w:b/>
          <w:sz w:val="48"/>
          <w:szCs w:val="48"/>
        </w:rPr>
        <w:t>Online Safety Policy</w:t>
      </w:r>
      <w:r w:rsidR="00D20746" w:rsidRPr="00611144">
        <w:rPr>
          <w:rFonts w:ascii="Calibri" w:hAnsi="Calibri" w:cs="Calibri"/>
          <w:b/>
          <w:sz w:val="48"/>
          <w:szCs w:val="48"/>
        </w:rPr>
        <w:t xml:space="preserve"> including AI </w:t>
      </w:r>
    </w:p>
    <w:p w14:paraId="56B6F3D1" w14:textId="77777777" w:rsidR="001852A7" w:rsidRPr="00611144" w:rsidRDefault="001852A7" w:rsidP="00483BF4">
      <w:pPr>
        <w:spacing w:after="0" w:line="264" w:lineRule="auto"/>
        <w:jc w:val="center"/>
        <w:rPr>
          <w:rFonts w:ascii="Calibri" w:hAnsi="Calibri" w:cs="Calibri"/>
        </w:rPr>
      </w:pPr>
      <w:r w:rsidRPr="00611144">
        <w:rPr>
          <w:rFonts w:ascii="Calibri" w:hAnsi="Calibri" w:cs="Calibri"/>
          <w:b/>
          <w:u w:val="single"/>
        </w:rPr>
        <w:t>Key Details</w:t>
      </w:r>
    </w:p>
    <w:p w14:paraId="43B46AD3" w14:textId="77777777" w:rsidR="001852A7" w:rsidRPr="00611144" w:rsidRDefault="001852A7" w:rsidP="00483BF4">
      <w:pPr>
        <w:spacing w:after="0" w:line="264" w:lineRule="auto"/>
        <w:jc w:val="center"/>
        <w:rPr>
          <w:rFonts w:ascii="Calibri" w:hAnsi="Calibri" w:cs="Calibri"/>
        </w:rPr>
      </w:pPr>
    </w:p>
    <w:p w14:paraId="7B72E895" w14:textId="77777777" w:rsidR="001852A7" w:rsidRPr="00611144" w:rsidRDefault="001852A7" w:rsidP="00483BF4">
      <w:pPr>
        <w:spacing w:after="0" w:line="264" w:lineRule="auto"/>
        <w:jc w:val="center"/>
        <w:rPr>
          <w:rFonts w:ascii="Calibri" w:hAnsi="Calibri" w:cs="Calibri"/>
        </w:rPr>
      </w:pPr>
      <w:r w:rsidRPr="00611144">
        <w:rPr>
          <w:rFonts w:ascii="Calibri" w:hAnsi="Calibri" w:cs="Calibri"/>
          <w:b/>
        </w:rPr>
        <w:t>Designated Safeguarding Lead: Sabrina Simons</w:t>
      </w:r>
    </w:p>
    <w:p w14:paraId="0251845C" w14:textId="77777777" w:rsidR="001852A7" w:rsidRPr="00611144" w:rsidRDefault="001852A7" w:rsidP="00483BF4">
      <w:pPr>
        <w:spacing w:after="0" w:line="264" w:lineRule="auto"/>
        <w:jc w:val="center"/>
        <w:rPr>
          <w:rFonts w:ascii="Calibri" w:hAnsi="Calibri" w:cs="Calibri"/>
        </w:rPr>
      </w:pPr>
      <w:r w:rsidRPr="00611144">
        <w:rPr>
          <w:rFonts w:ascii="Calibri" w:hAnsi="Calibri" w:cs="Calibri"/>
          <w:b/>
        </w:rPr>
        <w:t>Deputy DSL – Louise Moor, Nick MacGregor and Zoe Patch-Hart</w:t>
      </w:r>
    </w:p>
    <w:p w14:paraId="0C4F6403" w14:textId="77777777" w:rsidR="001852A7" w:rsidRPr="00611144" w:rsidRDefault="001852A7" w:rsidP="00483BF4">
      <w:pPr>
        <w:spacing w:after="0" w:line="264" w:lineRule="auto"/>
        <w:jc w:val="center"/>
        <w:rPr>
          <w:rFonts w:ascii="Calibri" w:hAnsi="Calibri" w:cs="Calibri"/>
        </w:rPr>
      </w:pPr>
      <w:r w:rsidRPr="00611144">
        <w:rPr>
          <w:rFonts w:ascii="Calibri" w:hAnsi="Calibri" w:cs="Calibri"/>
          <w:b/>
        </w:rPr>
        <w:t>Named Governor with lead responsibility: Hannah Willard</w:t>
      </w:r>
    </w:p>
    <w:p w14:paraId="5CBC8F79" w14:textId="77777777" w:rsidR="001852A7" w:rsidRPr="00611144" w:rsidRDefault="001852A7" w:rsidP="00483BF4">
      <w:pPr>
        <w:spacing w:after="0" w:line="264" w:lineRule="auto"/>
        <w:jc w:val="center"/>
        <w:rPr>
          <w:rFonts w:ascii="Calibri" w:hAnsi="Calibri" w:cs="Calibri"/>
        </w:rPr>
      </w:pPr>
      <w:r w:rsidRPr="00611144">
        <w:rPr>
          <w:rFonts w:ascii="Calibri" w:hAnsi="Calibri" w:cs="Calibri"/>
          <w:b/>
        </w:rPr>
        <w:t>Headteacher: Louise Moor</w:t>
      </w:r>
    </w:p>
    <w:p w14:paraId="48D8F142" w14:textId="77777777" w:rsidR="001852A7" w:rsidRPr="00611144" w:rsidRDefault="001852A7" w:rsidP="00483BF4">
      <w:pPr>
        <w:spacing w:after="0" w:line="264" w:lineRule="auto"/>
        <w:rPr>
          <w:rFonts w:ascii="Calibri" w:hAnsi="Calibri" w:cs="Calibri"/>
        </w:rPr>
      </w:pPr>
    </w:p>
    <w:p w14:paraId="0FE1D401" w14:textId="70CA6C27" w:rsidR="001852A7" w:rsidRPr="00611144" w:rsidRDefault="001852A7" w:rsidP="005B1AA2">
      <w:pPr>
        <w:spacing w:after="0" w:line="264" w:lineRule="auto"/>
        <w:jc w:val="center"/>
        <w:rPr>
          <w:rFonts w:ascii="Calibri" w:hAnsi="Calibri" w:cs="Calibri"/>
        </w:rPr>
      </w:pPr>
      <w:r w:rsidRPr="00611144">
        <w:rPr>
          <w:rFonts w:ascii="Calibri" w:hAnsi="Calibri" w:cs="Calibri"/>
          <w:b/>
        </w:rPr>
        <w:t>This policy will be reviewed at least annually. It will also be revised following any concerns and/or updates to national and local guidance or procedure</w:t>
      </w:r>
    </w:p>
    <w:tbl>
      <w:tblPr>
        <w:tblpPr w:leftFromText="180" w:rightFromText="180" w:vertAnchor="text" w:horzAnchor="margin" w:tblpXSpec="center" w:tblpY="241"/>
        <w:tblW w:w="8015" w:type="dxa"/>
        <w:tblCellMar>
          <w:top w:w="48" w:type="dxa"/>
          <w:right w:w="115" w:type="dxa"/>
        </w:tblCellMar>
        <w:tblLook w:val="04A0" w:firstRow="1" w:lastRow="0" w:firstColumn="1" w:lastColumn="0" w:noHBand="0" w:noVBand="1"/>
      </w:tblPr>
      <w:tblGrid>
        <w:gridCol w:w="4006"/>
        <w:gridCol w:w="4009"/>
      </w:tblGrid>
      <w:tr w:rsidR="000A25EE" w:rsidRPr="00611144" w14:paraId="41C9A155" w14:textId="77777777" w:rsidTr="4813CA57">
        <w:trPr>
          <w:trHeight w:val="382"/>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A0121" w14:textId="77777777" w:rsidR="000A25EE" w:rsidRPr="00611144" w:rsidRDefault="000A25EE" w:rsidP="00483BF4">
            <w:pPr>
              <w:spacing w:after="0" w:line="264" w:lineRule="auto"/>
              <w:rPr>
                <w:rFonts w:ascii="Calibri" w:eastAsia="Gill Sans MT" w:hAnsi="Calibri" w:cs="Calibri"/>
                <w:bCs/>
                <w:color w:val="000000"/>
                <w:sz w:val="28"/>
                <w:szCs w:val="28"/>
              </w:rPr>
            </w:pPr>
            <w:r w:rsidRPr="00611144">
              <w:rPr>
                <w:rFonts w:ascii="Calibri" w:eastAsia="Gill Sans MT" w:hAnsi="Calibri" w:cs="Calibri"/>
                <w:bCs/>
                <w:color w:val="000000"/>
                <w:sz w:val="28"/>
                <w:szCs w:val="28"/>
              </w:rPr>
              <w:t xml:space="preserve">Date Agreed: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A39D6" w14:textId="5C7572CF" w:rsidR="000A25EE" w:rsidRPr="00611144" w:rsidRDefault="033F5757" w:rsidP="4813CA57">
            <w:pPr>
              <w:spacing w:after="0" w:line="264" w:lineRule="auto"/>
              <w:jc w:val="center"/>
              <w:rPr>
                <w:rFonts w:ascii="Calibri" w:eastAsia="Gill Sans MT" w:hAnsi="Calibri" w:cs="Calibri"/>
                <w:color w:val="000000"/>
                <w:sz w:val="28"/>
                <w:szCs w:val="28"/>
              </w:rPr>
            </w:pPr>
            <w:r w:rsidRPr="4813CA57">
              <w:rPr>
                <w:rFonts w:ascii="Calibri" w:eastAsia="Gill Sans MT" w:hAnsi="Calibri" w:cs="Calibri"/>
                <w:color w:val="000000" w:themeColor="text1"/>
                <w:sz w:val="28"/>
                <w:szCs w:val="28"/>
              </w:rPr>
              <w:t>27</w:t>
            </w:r>
            <w:r w:rsidRPr="4813CA57">
              <w:rPr>
                <w:rFonts w:ascii="Calibri" w:eastAsia="Gill Sans MT" w:hAnsi="Calibri" w:cs="Calibri"/>
                <w:color w:val="000000" w:themeColor="text1"/>
                <w:sz w:val="28"/>
                <w:szCs w:val="28"/>
                <w:vertAlign w:val="superscript"/>
              </w:rPr>
              <w:t>th</w:t>
            </w:r>
            <w:r w:rsidRPr="4813CA57">
              <w:rPr>
                <w:rFonts w:ascii="Calibri" w:eastAsia="Gill Sans MT" w:hAnsi="Calibri" w:cs="Calibri"/>
                <w:color w:val="000000" w:themeColor="text1"/>
                <w:sz w:val="28"/>
                <w:szCs w:val="28"/>
              </w:rPr>
              <w:t xml:space="preserve"> </w:t>
            </w:r>
            <w:r w:rsidR="001852A7" w:rsidRPr="4813CA57">
              <w:rPr>
                <w:rFonts w:ascii="Calibri" w:eastAsia="Gill Sans MT" w:hAnsi="Calibri" w:cs="Calibri"/>
                <w:color w:val="000000" w:themeColor="text1"/>
                <w:sz w:val="28"/>
                <w:szCs w:val="28"/>
              </w:rPr>
              <w:t>April 2026</w:t>
            </w:r>
          </w:p>
        </w:tc>
      </w:tr>
      <w:tr w:rsidR="000A25EE" w:rsidRPr="00611144" w14:paraId="1C5BE89E" w14:textId="77777777" w:rsidTr="4813CA57">
        <w:trPr>
          <w:trHeight w:val="379"/>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F0481" w14:textId="77777777" w:rsidR="000A25EE" w:rsidRPr="00611144" w:rsidRDefault="000A25EE" w:rsidP="00483BF4">
            <w:pPr>
              <w:spacing w:after="0" w:line="264" w:lineRule="auto"/>
              <w:rPr>
                <w:rFonts w:ascii="Calibri" w:eastAsia="Gill Sans MT" w:hAnsi="Calibri" w:cs="Calibri"/>
                <w:bCs/>
                <w:color w:val="000000"/>
                <w:sz w:val="28"/>
                <w:szCs w:val="28"/>
              </w:rPr>
            </w:pPr>
            <w:r w:rsidRPr="00611144">
              <w:rPr>
                <w:rFonts w:ascii="Calibri" w:eastAsia="Gill Sans MT" w:hAnsi="Calibri" w:cs="Calibri"/>
                <w:bCs/>
                <w:color w:val="000000"/>
                <w:sz w:val="28"/>
                <w:szCs w:val="28"/>
              </w:rPr>
              <w:t xml:space="preserve">Review Date: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CC5C4" w14:textId="25112EBE" w:rsidR="000A25EE" w:rsidRPr="00611144" w:rsidRDefault="253EB957" w:rsidP="4813CA57">
            <w:pPr>
              <w:spacing w:after="0" w:line="264" w:lineRule="auto"/>
              <w:jc w:val="center"/>
            </w:pPr>
            <w:r w:rsidRPr="4813CA57">
              <w:rPr>
                <w:rFonts w:ascii="Calibri" w:eastAsia="Gill Sans MT" w:hAnsi="Calibri" w:cs="Calibri"/>
                <w:color w:val="000000" w:themeColor="text1"/>
                <w:sz w:val="28"/>
                <w:szCs w:val="28"/>
              </w:rPr>
              <w:t>26</w:t>
            </w:r>
            <w:r w:rsidRPr="4813CA57">
              <w:rPr>
                <w:rFonts w:ascii="Calibri" w:eastAsia="Gill Sans MT" w:hAnsi="Calibri" w:cs="Calibri"/>
                <w:color w:val="000000" w:themeColor="text1"/>
                <w:sz w:val="28"/>
                <w:szCs w:val="28"/>
                <w:vertAlign w:val="superscript"/>
              </w:rPr>
              <w:t>th</w:t>
            </w:r>
            <w:r w:rsidRPr="4813CA57">
              <w:rPr>
                <w:rFonts w:ascii="Calibri" w:eastAsia="Gill Sans MT" w:hAnsi="Calibri" w:cs="Calibri"/>
                <w:color w:val="000000" w:themeColor="text1"/>
                <w:sz w:val="28"/>
                <w:szCs w:val="28"/>
              </w:rPr>
              <w:t xml:space="preserve"> April </w:t>
            </w:r>
            <w:r w:rsidRPr="63AD9E7B">
              <w:rPr>
                <w:rFonts w:ascii="Calibri" w:eastAsia="Gill Sans MT" w:hAnsi="Calibri" w:cs="Calibri"/>
                <w:color w:val="000000" w:themeColor="text1"/>
                <w:sz w:val="28"/>
                <w:szCs w:val="28"/>
              </w:rPr>
              <w:t>20</w:t>
            </w:r>
            <w:r w:rsidR="48561C9C" w:rsidRPr="63AD9E7B">
              <w:rPr>
                <w:rFonts w:ascii="Calibri" w:eastAsia="Gill Sans MT" w:hAnsi="Calibri" w:cs="Calibri"/>
                <w:color w:val="000000" w:themeColor="text1"/>
                <w:sz w:val="28"/>
                <w:szCs w:val="28"/>
              </w:rPr>
              <w:t>27</w:t>
            </w:r>
          </w:p>
        </w:tc>
      </w:tr>
      <w:tr w:rsidR="000A25EE" w:rsidRPr="00611144" w14:paraId="6681988B" w14:textId="77777777" w:rsidTr="4813CA57">
        <w:trPr>
          <w:trHeight w:val="382"/>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7A4E8" w14:textId="77777777" w:rsidR="000A25EE" w:rsidRPr="00611144" w:rsidRDefault="000A25EE" w:rsidP="00483BF4">
            <w:pPr>
              <w:spacing w:after="0" w:line="264" w:lineRule="auto"/>
              <w:rPr>
                <w:rFonts w:ascii="Calibri" w:eastAsia="Gill Sans MT" w:hAnsi="Calibri" w:cs="Calibri"/>
                <w:bCs/>
                <w:color w:val="000000"/>
                <w:sz w:val="28"/>
                <w:szCs w:val="28"/>
              </w:rPr>
            </w:pPr>
            <w:r w:rsidRPr="00611144">
              <w:rPr>
                <w:rFonts w:ascii="Calibri" w:eastAsia="Gill Sans MT" w:hAnsi="Calibri" w:cs="Calibri"/>
                <w:bCs/>
                <w:color w:val="000000"/>
                <w:sz w:val="28"/>
                <w:szCs w:val="28"/>
              </w:rPr>
              <w:t xml:space="preserve">Type of Policy: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E11E7" w14:textId="0C33B310" w:rsidR="000A25EE" w:rsidRPr="00611144" w:rsidRDefault="42330269" w:rsidP="00483BF4">
            <w:pPr>
              <w:spacing w:after="0" w:line="264" w:lineRule="auto"/>
              <w:jc w:val="center"/>
              <w:rPr>
                <w:rFonts w:ascii="Calibri" w:eastAsia="Gill Sans MT" w:hAnsi="Calibri" w:cs="Calibri"/>
                <w:bCs/>
                <w:color w:val="000000"/>
                <w:sz w:val="28"/>
                <w:szCs w:val="28"/>
              </w:rPr>
            </w:pPr>
            <w:r w:rsidRPr="63AD9E7B">
              <w:rPr>
                <w:rFonts w:ascii="Calibri" w:eastAsia="Gill Sans MT" w:hAnsi="Calibri" w:cs="Calibri"/>
                <w:color w:val="000000" w:themeColor="text1"/>
                <w:sz w:val="28"/>
                <w:szCs w:val="28"/>
              </w:rPr>
              <w:t>Tr</w:t>
            </w:r>
            <w:r w:rsidR="3167E21B" w:rsidRPr="63AD9E7B">
              <w:rPr>
                <w:rFonts w:ascii="Calibri" w:eastAsia="Gill Sans MT" w:hAnsi="Calibri" w:cs="Calibri"/>
                <w:color w:val="000000" w:themeColor="text1"/>
                <w:sz w:val="28"/>
                <w:szCs w:val="28"/>
              </w:rPr>
              <w:t xml:space="preserve">ust Policy personalised by </w:t>
            </w:r>
            <w:r w:rsidR="3167E21B" w:rsidRPr="63AD9E7B">
              <w:rPr>
                <w:rFonts w:ascii="Calibri" w:eastAsia="Calibri" w:hAnsi="Calibri" w:cs="Calibri"/>
                <w:sz w:val="27"/>
                <w:szCs w:val="27"/>
              </w:rPr>
              <w:t>School</w:t>
            </w:r>
          </w:p>
        </w:tc>
      </w:tr>
    </w:tbl>
    <w:p w14:paraId="41B864C5" w14:textId="77777777" w:rsidR="000A25EE" w:rsidRPr="00611144" w:rsidRDefault="000A25EE" w:rsidP="00483BF4">
      <w:pPr>
        <w:spacing w:after="0" w:line="264" w:lineRule="auto"/>
        <w:jc w:val="center"/>
        <w:rPr>
          <w:rFonts w:ascii="Calibri" w:hAnsi="Calibri" w:cs="Calibri"/>
        </w:rPr>
      </w:pPr>
    </w:p>
    <w:p w14:paraId="420953C5" w14:textId="77777777" w:rsidR="00E315D6" w:rsidRPr="00611144" w:rsidRDefault="00856015" w:rsidP="00483BF4">
      <w:pPr>
        <w:spacing w:after="0" w:line="264" w:lineRule="auto"/>
        <w:rPr>
          <w:rFonts w:ascii="Calibri" w:hAnsi="Calibri" w:cs="Calibri"/>
        </w:rPr>
      </w:pPr>
      <w:r w:rsidRPr="00611144">
        <w:rPr>
          <w:rFonts w:ascii="Calibri" w:hAnsi="Calibri" w:cs="Calibri"/>
        </w:rPr>
        <w:fldChar w:fldCharType="begin"/>
      </w:r>
      <w:r w:rsidRPr="00611144">
        <w:rPr>
          <w:rFonts w:ascii="Calibri" w:hAnsi="Calibri" w:cs="Calibri"/>
        </w:rPr>
        <w:instrText>TOC \o "1-3" \h \z \u</w:instrText>
      </w:r>
      <w:r w:rsidRPr="00611144">
        <w:rPr>
          <w:rFonts w:ascii="Calibri" w:hAnsi="Calibri" w:cs="Calibri"/>
        </w:rPr>
        <w:fldChar w:fldCharType="separate"/>
      </w:r>
      <w:r w:rsidRPr="00611144">
        <w:rPr>
          <w:rFonts w:ascii="Calibri" w:hAnsi="Calibri" w:cs="Calibri"/>
        </w:rPr>
        <w:fldChar w:fldCharType="end"/>
      </w:r>
    </w:p>
    <w:tbl>
      <w:tblPr>
        <w:tblpPr w:leftFromText="180" w:rightFromText="180" w:vertAnchor="text" w:horzAnchor="margin" w:tblpY="773"/>
        <w:tblW w:w="8682" w:type="dxa"/>
        <w:tblCellMar>
          <w:top w:w="33" w:type="dxa"/>
          <w:left w:w="106" w:type="dxa"/>
          <w:right w:w="44" w:type="dxa"/>
        </w:tblCellMar>
        <w:tblLook w:val="04A0" w:firstRow="1" w:lastRow="0" w:firstColumn="1" w:lastColumn="0" w:noHBand="0" w:noVBand="1"/>
      </w:tblPr>
      <w:tblGrid>
        <w:gridCol w:w="1169"/>
        <w:gridCol w:w="1276"/>
        <w:gridCol w:w="1134"/>
        <w:gridCol w:w="1276"/>
        <w:gridCol w:w="1417"/>
        <w:gridCol w:w="2410"/>
      </w:tblGrid>
      <w:tr w:rsidR="007E0C62" w:rsidRPr="00611144" w14:paraId="42FF7FF0" w14:textId="77777777" w:rsidTr="63AD9E7B">
        <w:trPr>
          <w:trHeight w:val="473"/>
        </w:trPr>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FABCA" w14:textId="77777777" w:rsidR="007E0C62" w:rsidRPr="00611144" w:rsidRDefault="007E0C62" w:rsidP="005B1AA2">
            <w:pPr>
              <w:spacing w:after="0" w:line="264" w:lineRule="auto"/>
              <w:ind w:right="64"/>
              <w:jc w:val="center"/>
              <w:rPr>
                <w:rFonts w:ascii="Calibri" w:eastAsia="Gill Sans MT" w:hAnsi="Calibri" w:cs="Calibri"/>
                <w:color w:val="000000"/>
              </w:rPr>
            </w:pPr>
            <w:r w:rsidRPr="00611144">
              <w:rPr>
                <w:rFonts w:ascii="Calibri" w:eastAsia="Gill Sans MT" w:hAnsi="Calibri" w:cs="Calibri"/>
                <w:b/>
                <w:color w:val="000000"/>
                <w:sz w:val="20"/>
              </w:rPr>
              <w:t xml:space="preserve">Revision </w:t>
            </w:r>
          </w:p>
          <w:p w14:paraId="793E3CA5" w14:textId="77777777" w:rsidR="007E0C62" w:rsidRPr="00611144" w:rsidRDefault="007E0C62" w:rsidP="005B1AA2">
            <w:pPr>
              <w:spacing w:after="0" w:line="264" w:lineRule="auto"/>
              <w:ind w:left="72"/>
              <w:jc w:val="center"/>
              <w:rPr>
                <w:rFonts w:ascii="Calibri" w:eastAsia="Gill Sans MT" w:hAnsi="Calibri" w:cs="Calibri"/>
                <w:color w:val="000000"/>
              </w:rPr>
            </w:pPr>
            <w:r w:rsidRPr="00611144">
              <w:rPr>
                <w:rFonts w:ascii="Calibri" w:eastAsia="Gill Sans MT" w:hAnsi="Calibri" w:cs="Calibri"/>
                <w:b/>
                <w:color w:val="000000"/>
                <w:sz w:val="20"/>
              </w:rPr>
              <w:t>Number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98518" w14:textId="77777777" w:rsidR="007E0C62" w:rsidRPr="00611144" w:rsidRDefault="007E0C62" w:rsidP="005B1AA2">
            <w:pPr>
              <w:spacing w:after="0" w:line="264" w:lineRule="auto"/>
              <w:jc w:val="center"/>
              <w:rPr>
                <w:rFonts w:ascii="Calibri" w:eastAsia="Gill Sans MT" w:hAnsi="Calibri" w:cs="Calibri"/>
                <w:color w:val="000000"/>
              </w:rPr>
            </w:pPr>
            <w:r w:rsidRPr="00611144">
              <w:rPr>
                <w:rFonts w:ascii="Calibri" w:eastAsia="Gill Sans MT" w:hAnsi="Calibri" w:cs="Calibri"/>
                <w:b/>
                <w:color w:val="000000"/>
                <w:sz w:val="20"/>
              </w:rPr>
              <w:t xml:space="preserve">Date Issued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3CCFF" w14:textId="77777777" w:rsidR="007E0C62" w:rsidRPr="00611144" w:rsidRDefault="007E0C62" w:rsidP="005B1AA2">
            <w:pPr>
              <w:spacing w:after="0" w:line="264" w:lineRule="auto"/>
              <w:jc w:val="center"/>
              <w:rPr>
                <w:rFonts w:ascii="Calibri" w:eastAsia="Gill Sans MT" w:hAnsi="Calibri" w:cs="Calibri"/>
                <w:color w:val="000000"/>
              </w:rPr>
            </w:pPr>
            <w:r w:rsidRPr="00611144">
              <w:rPr>
                <w:rFonts w:ascii="Calibri" w:eastAsia="Gill Sans MT" w:hAnsi="Calibri" w:cs="Calibri"/>
                <w:b/>
                <w:color w:val="000000"/>
                <w:sz w:val="20"/>
              </w:rPr>
              <w:t xml:space="preserve">Prepared by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C4654" w14:textId="77777777" w:rsidR="007E0C62" w:rsidRPr="00611144" w:rsidRDefault="007E0C62" w:rsidP="005B1AA2">
            <w:pPr>
              <w:spacing w:after="0" w:line="264" w:lineRule="auto"/>
              <w:ind w:left="10"/>
              <w:rPr>
                <w:rFonts w:ascii="Calibri" w:eastAsia="Gill Sans MT" w:hAnsi="Calibri" w:cs="Calibri"/>
                <w:color w:val="000000"/>
              </w:rPr>
            </w:pPr>
            <w:r w:rsidRPr="00611144">
              <w:rPr>
                <w:rFonts w:ascii="Calibri" w:eastAsia="Gill Sans MT" w:hAnsi="Calibri" w:cs="Calibri"/>
                <w:b/>
                <w:color w:val="000000"/>
                <w:sz w:val="20"/>
              </w:rPr>
              <w:t xml:space="preserve">Approved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E2C960" w14:textId="77777777" w:rsidR="007E0C62" w:rsidRPr="00611144" w:rsidRDefault="007E0C62" w:rsidP="005B1AA2">
            <w:pPr>
              <w:spacing w:after="0" w:line="264" w:lineRule="auto"/>
              <w:ind w:left="154" w:hanging="154"/>
              <w:rPr>
                <w:rFonts w:ascii="Calibri" w:eastAsia="Gill Sans MT" w:hAnsi="Calibri" w:cs="Calibri"/>
                <w:color w:val="000000"/>
              </w:rPr>
            </w:pPr>
            <w:r w:rsidRPr="00611144">
              <w:rPr>
                <w:rFonts w:ascii="Calibri" w:eastAsia="Gill Sans MT" w:hAnsi="Calibri" w:cs="Calibri"/>
                <w:b/>
                <w:color w:val="000000"/>
                <w:sz w:val="20"/>
              </w:rPr>
              <w:t xml:space="preserve">Personalised by school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43EF2" w14:textId="77777777" w:rsidR="007E0C62" w:rsidRPr="00611144" w:rsidRDefault="007E0C62" w:rsidP="005B1AA2">
            <w:pPr>
              <w:spacing w:after="0" w:line="264" w:lineRule="auto"/>
              <w:ind w:right="67"/>
              <w:jc w:val="center"/>
              <w:rPr>
                <w:rFonts w:ascii="Calibri" w:eastAsia="Gill Sans MT" w:hAnsi="Calibri" w:cs="Calibri"/>
                <w:color w:val="000000"/>
              </w:rPr>
            </w:pPr>
            <w:r w:rsidRPr="00611144">
              <w:rPr>
                <w:rFonts w:ascii="Calibri" w:eastAsia="Gill Sans MT" w:hAnsi="Calibri" w:cs="Calibri"/>
                <w:b/>
                <w:color w:val="000000"/>
                <w:sz w:val="20"/>
              </w:rPr>
              <w:t xml:space="preserve">Comments </w:t>
            </w:r>
          </w:p>
        </w:tc>
      </w:tr>
      <w:tr w:rsidR="007E0C62" w:rsidRPr="00611144" w14:paraId="5EAC49FE" w14:textId="77777777" w:rsidTr="63AD9E7B">
        <w:trPr>
          <w:trHeight w:val="569"/>
        </w:trPr>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DBF29A" w14:textId="77777777" w:rsidR="007E0C62" w:rsidRPr="00611144" w:rsidRDefault="007E0C62" w:rsidP="005B1AA2">
            <w:pPr>
              <w:spacing w:after="0" w:line="264" w:lineRule="auto"/>
              <w:ind w:right="62"/>
              <w:jc w:val="center"/>
              <w:rPr>
                <w:rFonts w:ascii="Calibri" w:eastAsia="Gill Sans MT" w:hAnsi="Calibri" w:cs="Calibri"/>
                <w:color w:val="000000"/>
                <w:sz w:val="24"/>
              </w:rPr>
            </w:pPr>
            <w:r w:rsidRPr="00611144">
              <w:rPr>
                <w:rFonts w:ascii="Calibri" w:eastAsia="Gill Sans MT" w:hAnsi="Calibri" w:cs="Calibri"/>
                <w:color w:val="000000"/>
                <w:sz w:val="24"/>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F6E4AC" w14:textId="0291755E" w:rsidR="007E0C62" w:rsidRPr="00611144" w:rsidRDefault="1350E2DA" w:rsidP="005B1AA2">
            <w:pPr>
              <w:spacing w:after="0" w:line="264" w:lineRule="auto"/>
              <w:jc w:val="center"/>
              <w:rPr>
                <w:rFonts w:ascii="Calibri" w:eastAsia="Gill Sans MT" w:hAnsi="Calibri" w:cs="Calibri"/>
                <w:color w:val="000000"/>
                <w:sz w:val="24"/>
                <w:szCs w:val="24"/>
              </w:rPr>
            </w:pPr>
            <w:r w:rsidRPr="63AD9E7B">
              <w:rPr>
                <w:rFonts w:ascii="Calibri" w:eastAsia="Gill Sans MT" w:hAnsi="Calibri" w:cs="Calibri"/>
                <w:color w:val="000000" w:themeColor="text1"/>
                <w:sz w:val="24"/>
                <w:szCs w:val="24"/>
              </w:rPr>
              <w:t>2</w:t>
            </w:r>
            <w:r w:rsidR="004E1698">
              <w:rPr>
                <w:rFonts w:ascii="Calibri" w:eastAsia="Gill Sans MT" w:hAnsi="Calibri" w:cs="Calibri"/>
                <w:color w:val="000000" w:themeColor="text1"/>
                <w:sz w:val="24"/>
                <w:szCs w:val="24"/>
              </w:rPr>
              <w:t>7</w:t>
            </w:r>
            <w:r w:rsidRPr="63AD9E7B">
              <w:rPr>
                <w:rFonts w:ascii="Calibri" w:eastAsia="Gill Sans MT" w:hAnsi="Calibri" w:cs="Calibri"/>
                <w:color w:val="000000" w:themeColor="text1"/>
                <w:sz w:val="24"/>
                <w:szCs w:val="24"/>
              </w:rPr>
              <w:t>.04.26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AF7573" w14:textId="47263E02" w:rsidR="007E0C62" w:rsidRPr="00611144" w:rsidRDefault="007E0C62" w:rsidP="005B1AA2">
            <w:pPr>
              <w:spacing w:after="0" w:line="264" w:lineRule="auto"/>
              <w:ind w:right="69"/>
              <w:jc w:val="center"/>
              <w:rPr>
                <w:rFonts w:ascii="Calibri" w:eastAsia="Gill Sans MT" w:hAnsi="Calibri" w:cs="Calibri"/>
                <w:color w:val="000000"/>
                <w:sz w:val="24"/>
              </w:rPr>
            </w:pPr>
            <w:r w:rsidRPr="00611144">
              <w:rPr>
                <w:rFonts w:ascii="Calibri" w:eastAsia="Gill Sans MT" w:hAnsi="Calibri" w:cs="Calibri"/>
                <w:color w:val="000000"/>
                <w:sz w:val="24"/>
              </w:rPr>
              <w:t>NM and DCAT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983E2" w14:textId="5F4E0D59" w:rsidR="007E0C62" w:rsidRPr="00611144" w:rsidRDefault="23ACA957" w:rsidP="005B1AA2">
            <w:pPr>
              <w:spacing w:after="0" w:line="264" w:lineRule="auto"/>
              <w:ind w:right="2"/>
              <w:jc w:val="center"/>
              <w:rPr>
                <w:rFonts w:ascii="Calibri" w:eastAsia="Gill Sans MT" w:hAnsi="Calibri" w:cs="Calibri"/>
                <w:color w:val="000000"/>
                <w:sz w:val="24"/>
                <w:szCs w:val="24"/>
              </w:rPr>
            </w:pPr>
            <w:r w:rsidRPr="63AD9E7B">
              <w:rPr>
                <w:rFonts w:ascii="Calibri" w:eastAsia="Gill Sans MT" w:hAnsi="Calibri" w:cs="Calibri"/>
                <w:color w:val="000000" w:themeColor="text1"/>
                <w:sz w:val="24"/>
                <w:szCs w:val="24"/>
              </w:rPr>
              <w:t>2</w:t>
            </w:r>
            <w:r w:rsidR="004E1698">
              <w:rPr>
                <w:rFonts w:ascii="Calibri" w:eastAsia="Gill Sans MT" w:hAnsi="Calibri" w:cs="Calibri"/>
                <w:color w:val="000000" w:themeColor="text1"/>
                <w:sz w:val="24"/>
                <w:szCs w:val="24"/>
              </w:rPr>
              <w:t>7</w:t>
            </w:r>
            <w:r w:rsidRPr="63AD9E7B">
              <w:rPr>
                <w:rFonts w:ascii="Calibri" w:eastAsia="Gill Sans MT" w:hAnsi="Calibri" w:cs="Calibri"/>
                <w:color w:val="000000" w:themeColor="text1"/>
                <w:sz w:val="24"/>
                <w:szCs w:val="24"/>
              </w:rPr>
              <w:t>.04.26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55D67" w14:textId="7EDA58D1" w:rsidR="007E0C62" w:rsidRPr="00611144" w:rsidRDefault="00526EA7" w:rsidP="005B1AA2">
            <w:pPr>
              <w:spacing w:after="0" w:line="264" w:lineRule="auto"/>
              <w:ind w:right="2"/>
              <w:jc w:val="center"/>
              <w:rPr>
                <w:rFonts w:ascii="Calibri" w:eastAsia="Gill Sans MT" w:hAnsi="Calibri" w:cs="Calibri"/>
                <w:color w:val="000000"/>
                <w:sz w:val="24"/>
              </w:rPr>
            </w:pPr>
            <w:r w:rsidRPr="00611144">
              <w:rPr>
                <w:rFonts w:ascii="Calibri" w:eastAsia="Gill Sans MT" w:hAnsi="Calibri" w:cs="Calibri"/>
                <w:noProof/>
                <w:color w:val="000000"/>
              </w:rPr>
              <w:drawing>
                <wp:inline distT="0" distB="0" distL="0" distR="0" wp14:anchorId="198E5838" wp14:editId="04DB0D6D">
                  <wp:extent cx="133350" cy="152400"/>
                  <wp:effectExtent l="0" t="0" r="0" b="0"/>
                  <wp:docPr id="1934581574"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31561" name="Picture 29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5D0C42" w14:textId="77777777" w:rsidR="007E0C62" w:rsidRPr="00611144" w:rsidRDefault="007E0C62" w:rsidP="005B1AA2">
            <w:pPr>
              <w:spacing w:after="0" w:line="264" w:lineRule="auto"/>
              <w:ind w:right="62"/>
              <w:jc w:val="center"/>
              <w:rPr>
                <w:rFonts w:ascii="Calibri" w:eastAsia="Gill Sans MT" w:hAnsi="Calibri" w:cs="Calibri"/>
                <w:color w:val="000000"/>
                <w:sz w:val="24"/>
              </w:rPr>
            </w:pPr>
          </w:p>
        </w:tc>
      </w:tr>
    </w:tbl>
    <w:tbl>
      <w:tblPr>
        <w:tblpPr w:leftFromText="180" w:rightFromText="180" w:vertAnchor="text" w:horzAnchor="margin" w:tblpXSpec="center" w:tblpY="2795"/>
        <w:tblW w:w="5718" w:type="dxa"/>
        <w:tblCellMar>
          <w:top w:w="3" w:type="dxa"/>
          <w:right w:w="115" w:type="dxa"/>
        </w:tblCellMar>
        <w:tblLook w:val="04A0" w:firstRow="1" w:lastRow="0" w:firstColumn="1" w:lastColumn="0" w:noHBand="0" w:noVBand="1"/>
      </w:tblPr>
      <w:tblGrid>
        <w:gridCol w:w="3964"/>
        <w:gridCol w:w="1754"/>
      </w:tblGrid>
      <w:tr w:rsidR="00E91C7C" w:rsidRPr="00611144" w14:paraId="0150AE53" w14:textId="77777777" w:rsidTr="00E91C7C">
        <w:trPr>
          <w:trHeight w:val="314"/>
        </w:trPr>
        <w:tc>
          <w:tcPr>
            <w:tcW w:w="3964" w:type="dxa"/>
            <w:tcBorders>
              <w:top w:val="single" w:sz="4" w:space="0" w:color="000000"/>
              <w:left w:val="single" w:sz="4" w:space="0" w:color="000000"/>
              <w:bottom w:val="single" w:sz="4" w:space="0" w:color="000000"/>
              <w:right w:val="single" w:sz="4" w:space="0" w:color="000000"/>
            </w:tcBorders>
          </w:tcPr>
          <w:p w14:paraId="30319703" w14:textId="77777777" w:rsidR="00E91C7C" w:rsidRPr="00611144" w:rsidRDefault="00E91C7C" w:rsidP="00483BF4">
            <w:pPr>
              <w:spacing w:after="0" w:line="264" w:lineRule="auto"/>
              <w:ind w:left="7"/>
              <w:jc w:val="center"/>
              <w:rPr>
                <w:rFonts w:ascii="Calibri" w:eastAsia="Gill Sans MT" w:hAnsi="Calibri" w:cs="Calibri"/>
                <w:color w:val="000000"/>
              </w:rPr>
            </w:pPr>
            <w:r w:rsidRPr="00611144">
              <w:rPr>
                <w:rFonts w:ascii="Calibri" w:eastAsia="Gill Sans MT" w:hAnsi="Calibri" w:cs="Calibri"/>
                <w:b/>
                <w:i/>
                <w:color w:val="7030A0"/>
              </w:rPr>
              <w:t>Type of Policy</w:t>
            </w:r>
            <w:r w:rsidRPr="00611144">
              <w:rPr>
                <w:rFonts w:ascii="Calibri" w:eastAsia="Gill Sans MT" w:hAnsi="Calibri" w:cs="Calibri"/>
                <w:b/>
                <w:i/>
                <w:color w:val="000000"/>
              </w:rPr>
              <w:t xml:space="preserve"> </w:t>
            </w:r>
          </w:p>
        </w:tc>
        <w:tc>
          <w:tcPr>
            <w:tcW w:w="1754" w:type="dxa"/>
            <w:tcBorders>
              <w:top w:val="single" w:sz="4" w:space="0" w:color="000000"/>
              <w:left w:val="single" w:sz="4" w:space="0" w:color="000000"/>
              <w:bottom w:val="single" w:sz="4" w:space="0" w:color="000000"/>
              <w:right w:val="single" w:sz="4" w:space="0" w:color="000000"/>
            </w:tcBorders>
          </w:tcPr>
          <w:p w14:paraId="797B1139" w14:textId="77777777" w:rsidR="00E91C7C" w:rsidRPr="00611144" w:rsidRDefault="00E91C7C" w:rsidP="00483BF4">
            <w:pPr>
              <w:tabs>
                <w:tab w:val="right" w:pos="1531"/>
              </w:tabs>
              <w:spacing w:after="0" w:line="264" w:lineRule="auto"/>
              <w:rPr>
                <w:rFonts w:ascii="Calibri" w:eastAsia="Gill Sans MT" w:hAnsi="Calibri" w:cs="Calibri"/>
                <w:color w:val="000000"/>
              </w:rPr>
            </w:pPr>
            <w:r w:rsidRPr="00611144">
              <w:rPr>
                <w:rFonts w:ascii="Calibri" w:eastAsia="Gill Sans MT" w:hAnsi="Calibri" w:cs="Calibri"/>
                <w:i/>
                <w:color w:val="7030A0"/>
              </w:rPr>
              <w:t>Tick</w:t>
            </w:r>
            <w:r w:rsidRPr="00611144">
              <w:rPr>
                <w:rFonts w:ascii="Calibri" w:eastAsia="Gill Sans MT" w:hAnsi="Calibri" w:cs="Calibri"/>
                <w:color w:val="000000"/>
              </w:rPr>
              <w:t xml:space="preserve"> </w:t>
            </w:r>
            <w:r w:rsidRPr="00611144">
              <w:rPr>
                <w:rFonts w:ascii="Calibri" w:eastAsia="Gill Sans MT" w:hAnsi="Calibri" w:cs="Calibri"/>
                <w:noProof/>
                <w:color w:val="000000"/>
              </w:rPr>
              <w:drawing>
                <wp:inline distT="0" distB="0" distL="0" distR="0" wp14:anchorId="3F570F70" wp14:editId="09F82078">
                  <wp:extent cx="133350" cy="152400"/>
                  <wp:effectExtent l="0" t="0" r="0" b="0"/>
                  <wp:docPr id="139569967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23994" name="Picture 29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611144">
              <w:rPr>
                <w:rFonts w:ascii="Calibri" w:eastAsia="Gill Sans MT" w:hAnsi="Calibri" w:cs="Calibri"/>
                <w:color w:val="000000"/>
              </w:rPr>
              <w:tab/>
              <w:t xml:space="preserve"> </w:t>
            </w:r>
          </w:p>
        </w:tc>
      </w:tr>
      <w:tr w:rsidR="00E91C7C" w:rsidRPr="00611144" w14:paraId="35983697" w14:textId="77777777" w:rsidTr="00E91C7C">
        <w:trPr>
          <w:trHeight w:val="266"/>
        </w:trPr>
        <w:tc>
          <w:tcPr>
            <w:tcW w:w="3964" w:type="dxa"/>
            <w:tcBorders>
              <w:top w:val="single" w:sz="4" w:space="0" w:color="000000"/>
              <w:left w:val="single" w:sz="4" w:space="0" w:color="000000"/>
              <w:bottom w:val="single" w:sz="4" w:space="0" w:color="000000"/>
              <w:right w:val="single" w:sz="4" w:space="0" w:color="000000"/>
            </w:tcBorders>
          </w:tcPr>
          <w:p w14:paraId="0F3C47F3"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DCAT Statutory Policy </w:t>
            </w:r>
          </w:p>
        </w:tc>
        <w:tc>
          <w:tcPr>
            <w:tcW w:w="1754" w:type="dxa"/>
            <w:tcBorders>
              <w:top w:val="single" w:sz="4" w:space="0" w:color="000000"/>
              <w:left w:val="single" w:sz="4" w:space="0" w:color="000000"/>
              <w:bottom w:val="single" w:sz="4" w:space="0" w:color="000000"/>
              <w:right w:val="single" w:sz="4" w:space="0" w:color="000000"/>
            </w:tcBorders>
            <w:vAlign w:val="bottom"/>
          </w:tcPr>
          <w:p w14:paraId="16A0E5AF" w14:textId="77777777" w:rsidR="00E91C7C" w:rsidRPr="00611144" w:rsidRDefault="00E91C7C" w:rsidP="00483BF4">
            <w:pPr>
              <w:spacing w:after="0" w:line="264" w:lineRule="auto"/>
              <w:ind w:left="65"/>
              <w:jc w:val="center"/>
              <w:rPr>
                <w:rFonts w:ascii="Calibri" w:eastAsia="Gill Sans MT" w:hAnsi="Calibri" w:cs="Calibri"/>
                <w:color w:val="000000"/>
              </w:rPr>
            </w:pPr>
            <w:r w:rsidRPr="00611144">
              <w:rPr>
                <w:rFonts w:ascii="Calibri" w:eastAsia="Gill Sans MT" w:hAnsi="Calibri" w:cs="Calibri"/>
                <w:noProof/>
                <w:color w:val="000000"/>
              </w:rPr>
              <w:drawing>
                <wp:inline distT="0" distB="0" distL="0" distR="0" wp14:anchorId="0F025AD6" wp14:editId="686382E8">
                  <wp:extent cx="133350" cy="152400"/>
                  <wp:effectExtent l="0" t="0" r="0" b="0"/>
                  <wp:docPr id="17016916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31561" name="Picture 29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611144">
              <w:rPr>
                <w:rFonts w:ascii="Calibri" w:eastAsia="Gill Sans MT" w:hAnsi="Calibri" w:cs="Calibri"/>
                <w:color w:val="000000"/>
              </w:rPr>
              <w:t xml:space="preserve"> </w:t>
            </w:r>
          </w:p>
        </w:tc>
      </w:tr>
      <w:tr w:rsidR="00E91C7C" w:rsidRPr="00611144" w14:paraId="12762454" w14:textId="77777777" w:rsidTr="00E91C7C">
        <w:trPr>
          <w:trHeight w:val="269"/>
        </w:trPr>
        <w:tc>
          <w:tcPr>
            <w:tcW w:w="3964" w:type="dxa"/>
            <w:tcBorders>
              <w:top w:val="single" w:sz="4" w:space="0" w:color="000000"/>
              <w:left w:val="single" w:sz="4" w:space="0" w:color="000000"/>
              <w:bottom w:val="single" w:sz="4" w:space="0" w:color="000000"/>
              <w:right w:val="single" w:sz="4" w:space="0" w:color="000000"/>
            </w:tcBorders>
          </w:tcPr>
          <w:p w14:paraId="2B73100B"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DCAT Non-statutory Policy </w:t>
            </w:r>
          </w:p>
        </w:tc>
        <w:tc>
          <w:tcPr>
            <w:tcW w:w="1754" w:type="dxa"/>
            <w:tcBorders>
              <w:top w:val="single" w:sz="4" w:space="0" w:color="000000"/>
              <w:left w:val="single" w:sz="4" w:space="0" w:color="000000"/>
              <w:bottom w:val="single" w:sz="4" w:space="0" w:color="000000"/>
              <w:right w:val="single" w:sz="4" w:space="0" w:color="000000"/>
            </w:tcBorders>
          </w:tcPr>
          <w:p w14:paraId="783B353C"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 </w:t>
            </w:r>
          </w:p>
        </w:tc>
      </w:tr>
      <w:tr w:rsidR="00E91C7C" w:rsidRPr="00611144" w14:paraId="58DB584E" w14:textId="77777777" w:rsidTr="00E91C7C">
        <w:trPr>
          <w:trHeight w:val="269"/>
        </w:trPr>
        <w:tc>
          <w:tcPr>
            <w:tcW w:w="3964" w:type="dxa"/>
            <w:tcBorders>
              <w:top w:val="single" w:sz="4" w:space="0" w:color="000000"/>
              <w:left w:val="single" w:sz="4" w:space="0" w:color="000000"/>
              <w:bottom w:val="single" w:sz="4" w:space="0" w:color="000000"/>
              <w:right w:val="single" w:sz="4" w:space="0" w:color="000000"/>
            </w:tcBorders>
          </w:tcPr>
          <w:p w14:paraId="595C62C9"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DCAT Model Optional Policy </w:t>
            </w:r>
          </w:p>
        </w:tc>
        <w:tc>
          <w:tcPr>
            <w:tcW w:w="1754" w:type="dxa"/>
            <w:tcBorders>
              <w:top w:val="single" w:sz="4" w:space="0" w:color="000000"/>
              <w:left w:val="single" w:sz="4" w:space="0" w:color="000000"/>
              <w:bottom w:val="single" w:sz="4" w:space="0" w:color="000000"/>
              <w:right w:val="single" w:sz="4" w:space="0" w:color="000000"/>
            </w:tcBorders>
          </w:tcPr>
          <w:p w14:paraId="4846A2AB"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 </w:t>
            </w:r>
          </w:p>
        </w:tc>
      </w:tr>
      <w:tr w:rsidR="00E91C7C" w:rsidRPr="00611144" w14:paraId="671A3B3D" w14:textId="77777777" w:rsidTr="00E91C7C">
        <w:trPr>
          <w:trHeight w:val="266"/>
        </w:trPr>
        <w:tc>
          <w:tcPr>
            <w:tcW w:w="3964" w:type="dxa"/>
            <w:tcBorders>
              <w:top w:val="single" w:sz="4" w:space="0" w:color="000000"/>
              <w:left w:val="single" w:sz="4" w:space="0" w:color="000000"/>
              <w:bottom w:val="single" w:sz="4" w:space="0" w:color="000000"/>
              <w:right w:val="single" w:sz="4" w:space="0" w:color="000000"/>
            </w:tcBorders>
          </w:tcPr>
          <w:p w14:paraId="71D78E89"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School Policy </w:t>
            </w:r>
          </w:p>
        </w:tc>
        <w:tc>
          <w:tcPr>
            <w:tcW w:w="1754" w:type="dxa"/>
            <w:tcBorders>
              <w:top w:val="single" w:sz="4" w:space="0" w:color="000000"/>
              <w:left w:val="single" w:sz="4" w:space="0" w:color="000000"/>
              <w:bottom w:val="single" w:sz="4" w:space="0" w:color="000000"/>
              <w:right w:val="single" w:sz="4" w:space="0" w:color="000000"/>
            </w:tcBorders>
          </w:tcPr>
          <w:p w14:paraId="758414AE"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 </w:t>
            </w:r>
          </w:p>
        </w:tc>
      </w:tr>
      <w:tr w:rsidR="00E91C7C" w:rsidRPr="00611144" w14:paraId="088A5E79" w14:textId="77777777" w:rsidTr="00E91C7C">
        <w:trPr>
          <w:trHeight w:val="269"/>
        </w:trPr>
        <w:tc>
          <w:tcPr>
            <w:tcW w:w="3964" w:type="dxa"/>
            <w:tcBorders>
              <w:top w:val="single" w:sz="4" w:space="0" w:color="000000"/>
              <w:left w:val="single" w:sz="4" w:space="0" w:color="000000"/>
              <w:bottom w:val="single" w:sz="4" w:space="0" w:color="000000"/>
              <w:right w:val="single" w:sz="4" w:space="0" w:color="000000"/>
            </w:tcBorders>
          </w:tcPr>
          <w:p w14:paraId="745F7FE1"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Local Authority Policy </w:t>
            </w:r>
          </w:p>
        </w:tc>
        <w:tc>
          <w:tcPr>
            <w:tcW w:w="1754" w:type="dxa"/>
            <w:tcBorders>
              <w:top w:val="single" w:sz="4" w:space="0" w:color="000000"/>
              <w:left w:val="single" w:sz="4" w:space="0" w:color="000000"/>
              <w:bottom w:val="single" w:sz="4" w:space="0" w:color="000000"/>
              <w:right w:val="single" w:sz="4" w:space="0" w:color="000000"/>
            </w:tcBorders>
          </w:tcPr>
          <w:p w14:paraId="0EB9CA16" w14:textId="77777777" w:rsidR="00E91C7C" w:rsidRPr="00611144" w:rsidRDefault="00E91C7C" w:rsidP="00483BF4">
            <w:pPr>
              <w:spacing w:after="0" w:line="264" w:lineRule="auto"/>
              <w:rPr>
                <w:rFonts w:ascii="Calibri" w:eastAsia="Gill Sans MT" w:hAnsi="Calibri" w:cs="Calibri"/>
                <w:color w:val="000000"/>
              </w:rPr>
            </w:pPr>
            <w:r w:rsidRPr="00611144">
              <w:rPr>
                <w:rFonts w:ascii="Calibri" w:eastAsia="Gill Sans MT" w:hAnsi="Calibri" w:cs="Calibri"/>
                <w:color w:val="000000"/>
              </w:rPr>
              <w:t xml:space="preserve"> </w:t>
            </w:r>
          </w:p>
        </w:tc>
      </w:tr>
    </w:tbl>
    <w:p w14:paraId="179B40EF" w14:textId="77777777" w:rsidR="004C6C9A" w:rsidRPr="00611144" w:rsidRDefault="00856015" w:rsidP="00483BF4">
      <w:pPr>
        <w:spacing w:after="0" w:line="264" w:lineRule="auto"/>
        <w:rPr>
          <w:rFonts w:ascii="Calibri" w:hAnsi="Calibri" w:cs="Calibri"/>
        </w:rPr>
      </w:pPr>
      <w:r w:rsidRPr="00611144">
        <w:rPr>
          <w:rFonts w:ascii="Calibri" w:hAnsi="Calibri" w:cs="Calibri"/>
        </w:rPr>
        <w:br w:type="page"/>
      </w:r>
    </w:p>
    <w:p w14:paraId="5DBAE2CF" w14:textId="77777777" w:rsidR="00E315D6" w:rsidRPr="00611144" w:rsidRDefault="00856015" w:rsidP="00483BF4">
      <w:pPr>
        <w:spacing w:after="0" w:line="264" w:lineRule="auto"/>
        <w:rPr>
          <w:rFonts w:ascii="Calibri" w:hAnsi="Calibri" w:cs="Calibri"/>
        </w:rPr>
      </w:pPr>
      <w:r w:rsidRPr="00611144">
        <w:rPr>
          <w:rFonts w:ascii="Calibri" w:hAnsi="Calibri" w:cs="Calibri"/>
          <w:b/>
        </w:rPr>
        <w:lastRenderedPageBreak/>
        <w:t>Contents</w:t>
      </w:r>
    </w:p>
    <w:tbl>
      <w:tblPr>
        <w:tblW w:w="0" w:type="auto"/>
        <w:tblLook w:val="04A0" w:firstRow="1" w:lastRow="0" w:firstColumn="1" w:lastColumn="0" w:noHBand="0" w:noVBand="1"/>
      </w:tblPr>
      <w:tblGrid>
        <w:gridCol w:w="7655"/>
        <w:gridCol w:w="985"/>
      </w:tblGrid>
      <w:tr w:rsidR="00E315D6" w:rsidRPr="00611144" w14:paraId="41DCC7EA" w14:textId="77777777" w:rsidTr="00FC6438">
        <w:tc>
          <w:tcPr>
            <w:tcW w:w="7655" w:type="dxa"/>
          </w:tcPr>
          <w:p w14:paraId="659C186E" w14:textId="634CECA2" w:rsidR="00E315D6" w:rsidRPr="00611144" w:rsidRDefault="00D00816" w:rsidP="00483BF4">
            <w:pPr>
              <w:spacing w:after="0" w:line="264" w:lineRule="auto"/>
              <w:rPr>
                <w:rFonts w:ascii="Calibri" w:hAnsi="Calibri" w:cs="Calibri"/>
              </w:rPr>
            </w:pPr>
            <w:r>
              <w:rPr>
                <w:rFonts w:ascii="Calibri" w:hAnsi="Calibri" w:cs="Calibri"/>
              </w:rPr>
              <w:t>Part A</w:t>
            </w:r>
          </w:p>
        </w:tc>
        <w:tc>
          <w:tcPr>
            <w:tcW w:w="985" w:type="dxa"/>
          </w:tcPr>
          <w:p w14:paraId="3062301E"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Page no</w:t>
            </w:r>
          </w:p>
        </w:tc>
      </w:tr>
      <w:tr w:rsidR="00E315D6" w:rsidRPr="00611144" w14:paraId="47D05D10" w14:textId="77777777" w:rsidTr="00FC6438">
        <w:tc>
          <w:tcPr>
            <w:tcW w:w="7655" w:type="dxa"/>
          </w:tcPr>
          <w:p w14:paraId="4DEE2DC1" w14:textId="77777777" w:rsidR="00E315D6" w:rsidRPr="00611144" w:rsidRDefault="00856015" w:rsidP="00483BF4">
            <w:pPr>
              <w:spacing w:after="0" w:line="264" w:lineRule="auto"/>
              <w:rPr>
                <w:rFonts w:ascii="Calibri" w:hAnsi="Calibri" w:cs="Calibri"/>
              </w:rPr>
            </w:pPr>
            <w:r w:rsidRPr="00611144">
              <w:rPr>
                <w:rFonts w:ascii="Calibri" w:hAnsi="Calibri" w:cs="Calibri"/>
              </w:rPr>
              <w:t>1. Policy Aims</w:t>
            </w:r>
          </w:p>
        </w:tc>
        <w:tc>
          <w:tcPr>
            <w:tcW w:w="985" w:type="dxa"/>
          </w:tcPr>
          <w:p w14:paraId="455E2579"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4</w:t>
            </w:r>
          </w:p>
        </w:tc>
      </w:tr>
      <w:tr w:rsidR="00E315D6" w:rsidRPr="00611144" w14:paraId="19C8F102" w14:textId="77777777" w:rsidTr="00FC6438">
        <w:tc>
          <w:tcPr>
            <w:tcW w:w="7655" w:type="dxa"/>
          </w:tcPr>
          <w:p w14:paraId="1F8EFAF1" w14:textId="77777777" w:rsidR="00E315D6" w:rsidRPr="00611144" w:rsidRDefault="00856015" w:rsidP="00483BF4">
            <w:pPr>
              <w:spacing w:after="0" w:line="264" w:lineRule="auto"/>
              <w:rPr>
                <w:rFonts w:ascii="Calibri" w:hAnsi="Calibri" w:cs="Calibri"/>
              </w:rPr>
            </w:pPr>
            <w:r w:rsidRPr="00611144">
              <w:rPr>
                <w:rFonts w:ascii="Calibri" w:hAnsi="Calibri" w:cs="Calibri"/>
              </w:rPr>
              <w:t>2. Policy Scope</w:t>
            </w:r>
          </w:p>
        </w:tc>
        <w:tc>
          <w:tcPr>
            <w:tcW w:w="985" w:type="dxa"/>
          </w:tcPr>
          <w:p w14:paraId="4B3DB802"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4</w:t>
            </w:r>
          </w:p>
        </w:tc>
      </w:tr>
      <w:tr w:rsidR="00E315D6" w:rsidRPr="00611144" w14:paraId="2689C7BC" w14:textId="77777777" w:rsidTr="00FC6438">
        <w:tc>
          <w:tcPr>
            <w:tcW w:w="7655" w:type="dxa"/>
          </w:tcPr>
          <w:p w14:paraId="4CD289C1" w14:textId="1D7C2FCC"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2.1 Links with other policies and practices</w:t>
            </w:r>
          </w:p>
        </w:tc>
        <w:tc>
          <w:tcPr>
            <w:tcW w:w="985" w:type="dxa"/>
          </w:tcPr>
          <w:p w14:paraId="43FB9B83"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5</w:t>
            </w:r>
          </w:p>
        </w:tc>
      </w:tr>
      <w:tr w:rsidR="00E315D6" w:rsidRPr="00611144" w14:paraId="46F2D873" w14:textId="77777777" w:rsidTr="00FC6438">
        <w:tc>
          <w:tcPr>
            <w:tcW w:w="7655" w:type="dxa"/>
          </w:tcPr>
          <w:p w14:paraId="0EC0344B" w14:textId="77777777" w:rsidR="00E315D6" w:rsidRPr="00611144" w:rsidRDefault="00856015" w:rsidP="00483BF4">
            <w:pPr>
              <w:spacing w:after="0" w:line="264" w:lineRule="auto"/>
              <w:rPr>
                <w:rFonts w:ascii="Calibri" w:hAnsi="Calibri" w:cs="Calibri"/>
              </w:rPr>
            </w:pPr>
            <w:r w:rsidRPr="00611144">
              <w:rPr>
                <w:rFonts w:ascii="Calibri" w:hAnsi="Calibri" w:cs="Calibri"/>
              </w:rPr>
              <w:t>3. Monitoring and Review</w:t>
            </w:r>
          </w:p>
        </w:tc>
        <w:tc>
          <w:tcPr>
            <w:tcW w:w="985" w:type="dxa"/>
          </w:tcPr>
          <w:p w14:paraId="7EA2CF2C"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5</w:t>
            </w:r>
          </w:p>
        </w:tc>
      </w:tr>
      <w:tr w:rsidR="00E315D6" w:rsidRPr="00611144" w14:paraId="67FC2793" w14:textId="77777777" w:rsidTr="00FC6438">
        <w:tc>
          <w:tcPr>
            <w:tcW w:w="7655" w:type="dxa"/>
          </w:tcPr>
          <w:p w14:paraId="6D668B37" w14:textId="77777777" w:rsidR="00E315D6" w:rsidRPr="00611144" w:rsidRDefault="00856015" w:rsidP="00483BF4">
            <w:pPr>
              <w:spacing w:after="0" w:line="264" w:lineRule="auto"/>
              <w:rPr>
                <w:rFonts w:ascii="Calibri" w:hAnsi="Calibri" w:cs="Calibri"/>
              </w:rPr>
            </w:pPr>
            <w:r w:rsidRPr="00611144">
              <w:rPr>
                <w:rFonts w:ascii="Calibri" w:hAnsi="Calibri" w:cs="Calibri"/>
              </w:rPr>
              <w:t>4. Roles and Responsibilities</w:t>
            </w:r>
          </w:p>
        </w:tc>
        <w:tc>
          <w:tcPr>
            <w:tcW w:w="985" w:type="dxa"/>
          </w:tcPr>
          <w:p w14:paraId="11F7BC36"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6</w:t>
            </w:r>
          </w:p>
        </w:tc>
      </w:tr>
      <w:tr w:rsidR="00E315D6" w:rsidRPr="00611144" w14:paraId="4E815BAD" w14:textId="77777777" w:rsidTr="00FC6438">
        <w:tc>
          <w:tcPr>
            <w:tcW w:w="7655" w:type="dxa"/>
          </w:tcPr>
          <w:p w14:paraId="4F8728F0" w14:textId="5987FF65"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4.1 The leadership and management team and governors</w:t>
            </w:r>
          </w:p>
        </w:tc>
        <w:tc>
          <w:tcPr>
            <w:tcW w:w="985" w:type="dxa"/>
          </w:tcPr>
          <w:p w14:paraId="0F3A66AB"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6</w:t>
            </w:r>
          </w:p>
        </w:tc>
      </w:tr>
      <w:tr w:rsidR="00E315D6" w:rsidRPr="00611144" w14:paraId="0B81EB93" w14:textId="77777777" w:rsidTr="00FC6438">
        <w:tc>
          <w:tcPr>
            <w:tcW w:w="7655" w:type="dxa"/>
          </w:tcPr>
          <w:p w14:paraId="53A6E678" w14:textId="41D5CAD6"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4.2 The Designated Safeguarding Lead</w:t>
            </w:r>
          </w:p>
        </w:tc>
        <w:tc>
          <w:tcPr>
            <w:tcW w:w="985" w:type="dxa"/>
          </w:tcPr>
          <w:p w14:paraId="44E475A4"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7</w:t>
            </w:r>
          </w:p>
        </w:tc>
      </w:tr>
      <w:tr w:rsidR="00E315D6" w:rsidRPr="00611144" w14:paraId="1AD793FD" w14:textId="77777777" w:rsidTr="00FC6438">
        <w:tc>
          <w:tcPr>
            <w:tcW w:w="7655" w:type="dxa"/>
          </w:tcPr>
          <w:p w14:paraId="12371576" w14:textId="413B0E3F"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4.3 Members of staff</w:t>
            </w:r>
          </w:p>
        </w:tc>
        <w:tc>
          <w:tcPr>
            <w:tcW w:w="985" w:type="dxa"/>
          </w:tcPr>
          <w:p w14:paraId="663F060A"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8</w:t>
            </w:r>
          </w:p>
        </w:tc>
      </w:tr>
      <w:tr w:rsidR="00E315D6" w:rsidRPr="00611144" w14:paraId="39BCBAD3" w14:textId="77777777" w:rsidTr="00FC6438">
        <w:tc>
          <w:tcPr>
            <w:tcW w:w="7655" w:type="dxa"/>
          </w:tcPr>
          <w:p w14:paraId="5B550908" w14:textId="383F7609"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4.4 Staff who manage the technical environment</w:t>
            </w:r>
          </w:p>
        </w:tc>
        <w:tc>
          <w:tcPr>
            <w:tcW w:w="985" w:type="dxa"/>
          </w:tcPr>
          <w:p w14:paraId="6848539E"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8</w:t>
            </w:r>
          </w:p>
        </w:tc>
      </w:tr>
      <w:tr w:rsidR="00E315D6" w:rsidRPr="00611144" w14:paraId="0157ECDC" w14:textId="77777777" w:rsidTr="00FC6438">
        <w:tc>
          <w:tcPr>
            <w:tcW w:w="7655" w:type="dxa"/>
          </w:tcPr>
          <w:p w14:paraId="1858161C" w14:textId="281F5E6F"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4.5 Learners</w:t>
            </w:r>
          </w:p>
        </w:tc>
        <w:tc>
          <w:tcPr>
            <w:tcW w:w="985" w:type="dxa"/>
          </w:tcPr>
          <w:p w14:paraId="0654E167"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9</w:t>
            </w:r>
          </w:p>
        </w:tc>
      </w:tr>
      <w:tr w:rsidR="00E315D6" w:rsidRPr="00611144" w14:paraId="0420C1A8" w14:textId="77777777" w:rsidTr="00FC6438">
        <w:tc>
          <w:tcPr>
            <w:tcW w:w="7655" w:type="dxa"/>
          </w:tcPr>
          <w:p w14:paraId="25266F7E" w14:textId="6E9EC420"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4.6 Parents</w:t>
            </w:r>
          </w:p>
        </w:tc>
        <w:tc>
          <w:tcPr>
            <w:tcW w:w="985" w:type="dxa"/>
          </w:tcPr>
          <w:p w14:paraId="4E8FF7C3"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9</w:t>
            </w:r>
          </w:p>
        </w:tc>
      </w:tr>
      <w:tr w:rsidR="00E315D6" w:rsidRPr="00611144" w14:paraId="1FB61C7A" w14:textId="77777777" w:rsidTr="00FC6438">
        <w:tc>
          <w:tcPr>
            <w:tcW w:w="7655" w:type="dxa"/>
          </w:tcPr>
          <w:p w14:paraId="77B202AD" w14:textId="77777777" w:rsidR="00E315D6" w:rsidRPr="00611144" w:rsidRDefault="00856015" w:rsidP="00483BF4">
            <w:pPr>
              <w:spacing w:after="0" w:line="264" w:lineRule="auto"/>
              <w:rPr>
                <w:rFonts w:ascii="Calibri" w:hAnsi="Calibri" w:cs="Calibri"/>
              </w:rPr>
            </w:pPr>
            <w:r w:rsidRPr="00611144">
              <w:rPr>
                <w:rFonts w:ascii="Calibri" w:hAnsi="Calibri" w:cs="Calibri"/>
              </w:rPr>
              <w:t>5. Education and Engagement Approaches</w:t>
            </w:r>
          </w:p>
        </w:tc>
        <w:tc>
          <w:tcPr>
            <w:tcW w:w="985" w:type="dxa"/>
          </w:tcPr>
          <w:p w14:paraId="031D8CFB" w14:textId="23BDEA2F" w:rsidR="00E315D6" w:rsidRPr="00611144" w:rsidRDefault="009924DF" w:rsidP="00483BF4">
            <w:pPr>
              <w:spacing w:after="0" w:line="264" w:lineRule="auto"/>
              <w:jc w:val="right"/>
              <w:rPr>
                <w:rFonts w:ascii="Calibri" w:hAnsi="Calibri" w:cs="Calibri"/>
              </w:rPr>
            </w:pPr>
            <w:r>
              <w:rPr>
                <w:rFonts w:ascii="Calibri" w:hAnsi="Calibri" w:cs="Calibri"/>
              </w:rPr>
              <w:t>10</w:t>
            </w:r>
          </w:p>
        </w:tc>
      </w:tr>
      <w:tr w:rsidR="00E315D6" w:rsidRPr="00611144" w14:paraId="3DF9EF67" w14:textId="77777777" w:rsidTr="00FC6438">
        <w:tc>
          <w:tcPr>
            <w:tcW w:w="7655" w:type="dxa"/>
          </w:tcPr>
          <w:p w14:paraId="286F3D01" w14:textId="07EA8DF9"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5.1 Education and engagement with learners</w:t>
            </w:r>
          </w:p>
        </w:tc>
        <w:tc>
          <w:tcPr>
            <w:tcW w:w="985" w:type="dxa"/>
          </w:tcPr>
          <w:p w14:paraId="4E84212F" w14:textId="627CB7A8" w:rsidR="00E315D6" w:rsidRPr="00611144" w:rsidRDefault="009924DF" w:rsidP="00483BF4">
            <w:pPr>
              <w:spacing w:after="0" w:line="264" w:lineRule="auto"/>
              <w:jc w:val="right"/>
              <w:rPr>
                <w:rFonts w:ascii="Calibri" w:hAnsi="Calibri" w:cs="Calibri"/>
              </w:rPr>
            </w:pPr>
            <w:r>
              <w:rPr>
                <w:rFonts w:ascii="Calibri" w:hAnsi="Calibri" w:cs="Calibri"/>
              </w:rPr>
              <w:t>10</w:t>
            </w:r>
          </w:p>
        </w:tc>
      </w:tr>
      <w:tr w:rsidR="00E315D6" w:rsidRPr="00611144" w14:paraId="4213D9AB" w14:textId="77777777" w:rsidTr="00FC6438">
        <w:tc>
          <w:tcPr>
            <w:tcW w:w="7655" w:type="dxa"/>
          </w:tcPr>
          <w:p w14:paraId="38620867" w14:textId="4DF6FB03"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5.2 Vulnerable Learners</w:t>
            </w:r>
          </w:p>
        </w:tc>
        <w:tc>
          <w:tcPr>
            <w:tcW w:w="985" w:type="dxa"/>
          </w:tcPr>
          <w:p w14:paraId="23E923EC" w14:textId="308D57F2" w:rsidR="00E315D6" w:rsidRPr="00611144" w:rsidRDefault="00856015" w:rsidP="00483BF4">
            <w:pPr>
              <w:spacing w:after="0" w:line="264" w:lineRule="auto"/>
              <w:jc w:val="right"/>
              <w:rPr>
                <w:rFonts w:ascii="Calibri" w:hAnsi="Calibri" w:cs="Calibri"/>
              </w:rPr>
            </w:pPr>
            <w:r w:rsidRPr="00611144">
              <w:rPr>
                <w:rFonts w:ascii="Calibri" w:hAnsi="Calibri" w:cs="Calibri"/>
              </w:rPr>
              <w:t>1</w:t>
            </w:r>
            <w:r w:rsidR="009924DF">
              <w:rPr>
                <w:rFonts w:ascii="Calibri" w:hAnsi="Calibri" w:cs="Calibri"/>
              </w:rPr>
              <w:t>1</w:t>
            </w:r>
          </w:p>
        </w:tc>
      </w:tr>
      <w:tr w:rsidR="00E315D6" w:rsidRPr="00611144" w14:paraId="21F153E7" w14:textId="77777777" w:rsidTr="00FC6438">
        <w:tc>
          <w:tcPr>
            <w:tcW w:w="7655" w:type="dxa"/>
          </w:tcPr>
          <w:p w14:paraId="0E925329" w14:textId="07CD4AB7"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5.3 Training and Engagement with staff</w:t>
            </w:r>
          </w:p>
        </w:tc>
        <w:tc>
          <w:tcPr>
            <w:tcW w:w="985" w:type="dxa"/>
          </w:tcPr>
          <w:p w14:paraId="1E8CFDCD"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11</w:t>
            </w:r>
          </w:p>
        </w:tc>
      </w:tr>
      <w:tr w:rsidR="00E315D6" w:rsidRPr="00611144" w14:paraId="445E5982" w14:textId="77777777" w:rsidTr="00FC6438">
        <w:tc>
          <w:tcPr>
            <w:tcW w:w="7655" w:type="dxa"/>
          </w:tcPr>
          <w:p w14:paraId="422C81C3" w14:textId="37E796A4"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5.4 Awareness and engagement with parents and carers</w:t>
            </w:r>
          </w:p>
        </w:tc>
        <w:tc>
          <w:tcPr>
            <w:tcW w:w="985" w:type="dxa"/>
          </w:tcPr>
          <w:p w14:paraId="407ADC33"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11</w:t>
            </w:r>
          </w:p>
        </w:tc>
      </w:tr>
      <w:tr w:rsidR="00E315D6" w:rsidRPr="00611144" w14:paraId="1C8641D1" w14:textId="77777777" w:rsidTr="00FC6438">
        <w:tc>
          <w:tcPr>
            <w:tcW w:w="7655" w:type="dxa"/>
          </w:tcPr>
          <w:p w14:paraId="729CA6EA" w14:textId="77777777" w:rsidR="00E315D6" w:rsidRPr="00611144" w:rsidRDefault="00856015" w:rsidP="00483BF4">
            <w:pPr>
              <w:spacing w:after="0" w:line="264" w:lineRule="auto"/>
              <w:rPr>
                <w:rFonts w:ascii="Calibri" w:hAnsi="Calibri" w:cs="Calibri"/>
              </w:rPr>
            </w:pPr>
            <w:r w:rsidRPr="00611144">
              <w:rPr>
                <w:rFonts w:ascii="Calibri" w:hAnsi="Calibri" w:cs="Calibri"/>
              </w:rPr>
              <w:t>6. Responding to Online Safety Incidents and Concerns</w:t>
            </w:r>
          </w:p>
        </w:tc>
        <w:tc>
          <w:tcPr>
            <w:tcW w:w="985" w:type="dxa"/>
          </w:tcPr>
          <w:p w14:paraId="7EBC6547"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12</w:t>
            </w:r>
          </w:p>
        </w:tc>
      </w:tr>
      <w:tr w:rsidR="00E315D6" w:rsidRPr="00611144" w14:paraId="7B57528F" w14:textId="77777777" w:rsidTr="00FC6438">
        <w:tc>
          <w:tcPr>
            <w:tcW w:w="7655" w:type="dxa"/>
          </w:tcPr>
          <w:p w14:paraId="6597AD7D" w14:textId="07368614"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6.1 Concerns about Learner Welfare</w:t>
            </w:r>
          </w:p>
        </w:tc>
        <w:tc>
          <w:tcPr>
            <w:tcW w:w="985" w:type="dxa"/>
          </w:tcPr>
          <w:p w14:paraId="06E787F4" w14:textId="3170232E" w:rsidR="00E315D6" w:rsidRPr="00611144" w:rsidRDefault="00856015" w:rsidP="00483BF4">
            <w:pPr>
              <w:spacing w:after="0" w:line="264" w:lineRule="auto"/>
              <w:jc w:val="right"/>
              <w:rPr>
                <w:rFonts w:ascii="Calibri" w:hAnsi="Calibri" w:cs="Calibri"/>
              </w:rPr>
            </w:pPr>
            <w:r w:rsidRPr="00611144">
              <w:rPr>
                <w:rFonts w:ascii="Calibri" w:hAnsi="Calibri" w:cs="Calibri"/>
              </w:rPr>
              <w:t>1</w:t>
            </w:r>
            <w:r w:rsidR="00A56461">
              <w:rPr>
                <w:rFonts w:ascii="Calibri" w:hAnsi="Calibri" w:cs="Calibri"/>
              </w:rPr>
              <w:t>3</w:t>
            </w:r>
          </w:p>
        </w:tc>
      </w:tr>
      <w:tr w:rsidR="00E315D6" w:rsidRPr="00611144" w14:paraId="2A21A084" w14:textId="77777777" w:rsidTr="00FC6438">
        <w:tc>
          <w:tcPr>
            <w:tcW w:w="7655" w:type="dxa"/>
          </w:tcPr>
          <w:p w14:paraId="60073D9F" w14:textId="633429FC"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6.2 Staff Misuse</w:t>
            </w:r>
          </w:p>
        </w:tc>
        <w:tc>
          <w:tcPr>
            <w:tcW w:w="985" w:type="dxa"/>
          </w:tcPr>
          <w:p w14:paraId="10D3D867" w14:textId="5730DFAF" w:rsidR="00E315D6" w:rsidRPr="00611144" w:rsidRDefault="00856015" w:rsidP="00483BF4">
            <w:pPr>
              <w:spacing w:after="0" w:line="264" w:lineRule="auto"/>
              <w:jc w:val="right"/>
              <w:rPr>
                <w:rFonts w:ascii="Calibri" w:hAnsi="Calibri" w:cs="Calibri"/>
              </w:rPr>
            </w:pPr>
            <w:r w:rsidRPr="00611144">
              <w:rPr>
                <w:rFonts w:ascii="Calibri" w:hAnsi="Calibri" w:cs="Calibri"/>
              </w:rPr>
              <w:t>1</w:t>
            </w:r>
            <w:r w:rsidR="00A56461">
              <w:rPr>
                <w:rFonts w:ascii="Calibri" w:hAnsi="Calibri" w:cs="Calibri"/>
              </w:rPr>
              <w:t>3</w:t>
            </w:r>
          </w:p>
        </w:tc>
      </w:tr>
      <w:tr w:rsidR="00E315D6" w:rsidRPr="00611144" w14:paraId="47F2A948" w14:textId="77777777" w:rsidTr="00FC6438">
        <w:tc>
          <w:tcPr>
            <w:tcW w:w="7655" w:type="dxa"/>
          </w:tcPr>
          <w:p w14:paraId="6717AB29" w14:textId="77777777" w:rsidR="00E315D6" w:rsidRPr="00611144" w:rsidRDefault="00856015" w:rsidP="00483BF4">
            <w:pPr>
              <w:spacing w:after="0" w:line="264" w:lineRule="auto"/>
              <w:rPr>
                <w:rFonts w:ascii="Calibri" w:hAnsi="Calibri" w:cs="Calibri"/>
              </w:rPr>
            </w:pPr>
            <w:r w:rsidRPr="00611144">
              <w:rPr>
                <w:rFonts w:ascii="Calibri" w:hAnsi="Calibri" w:cs="Calibri"/>
              </w:rPr>
              <w:t>7. Procedures for Responding to Specific Online Incidents or Concerns</w:t>
            </w:r>
          </w:p>
        </w:tc>
        <w:tc>
          <w:tcPr>
            <w:tcW w:w="985" w:type="dxa"/>
          </w:tcPr>
          <w:p w14:paraId="120E417A"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13</w:t>
            </w:r>
          </w:p>
        </w:tc>
      </w:tr>
      <w:tr w:rsidR="00E315D6" w:rsidRPr="00611144" w14:paraId="1B028432" w14:textId="77777777" w:rsidTr="00FC6438">
        <w:tc>
          <w:tcPr>
            <w:tcW w:w="7655" w:type="dxa"/>
          </w:tcPr>
          <w:p w14:paraId="4354FF54" w14:textId="6B96E092"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7.1 Online Sexual Violence and Sexual Harassment between Children</w:t>
            </w:r>
          </w:p>
        </w:tc>
        <w:tc>
          <w:tcPr>
            <w:tcW w:w="985" w:type="dxa"/>
          </w:tcPr>
          <w:p w14:paraId="2ED420FE"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13</w:t>
            </w:r>
          </w:p>
        </w:tc>
      </w:tr>
      <w:tr w:rsidR="00E315D6" w:rsidRPr="00611144" w14:paraId="067AD627" w14:textId="77777777" w:rsidTr="00FC6438">
        <w:tc>
          <w:tcPr>
            <w:tcW w:w="7655" w:type="dxa"/>
          </w:tcPr>
          <w:p w14:paraId="4A96366C" w14:textId="385DEF39"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7.2 Youth Produced Sexual Imagery or “Sharing Nudes and semi nudes”</w:t>
            </w:r>
          </w:p>
        </w:tc>
        <w:tc>
          <w:tcPr>
            <w:tcW w:w="985" w:type="dxa"/>
          </w:tcPr>
          <w:p w14:paraId="7FB2B947" w14:textId="77777777" w:rsidR="00E315D6" w:rsidRPr="00611144" w:rsidRDefault="00856015" w:rsidP="00483BF4">
            <w:pPr>
              <w:spacing w:after="0" w:line="264" w:lineRule="auto"/>
              <w:jc w:val="right"/>
              <w:rPr>
                <w:rFonts w:ascii="Calibri" w:hAnsi="Calibri" w:cs="Calibri"/>
              </w:rPr>
            </w:pPr>
            <w:r w:rsidRPr="00611144">
              <w:rPr>
                <w:rFonts w:ascii="Calibri" w:hAnsi="Calibri" w:cs="Calibri"/>
              </w:rPr>
              <w:t>14</w:t>
            </w:r>
          </w:p>
        </w:tc>
      </w:tr>
      <w:tr w:rsidR="00E315D6" w:rsidRPr="00611144" w14:paraId="2F3A32C4" w14:textId="77777777" w:rsidTr="00FC6438">
        <w:tc>
          <w:tcPr>
            <w:tcW w:w="7655" w:type="dxa"/>
          </w:tcPr>
          <w:p w14:paraId="3176454D" w14:textId="146FD39D"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7.3 Online Child Sexual Abuse and Exploitation including County Lines</w:t>
            </w:r>
          </w:p>
        </w:tc>
        <w:tc>
          <w:tcPr>
            <w:tcW w:w="985" w:type="dxa"/>
          </w:tcPr>
          <w:p w14:paraId="214D581E" w14:textId="5FCC6B2D"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1</w:t>
            </w:r>
            <w:r w:rsidR="00193FAC">
              <w:rPr>
                <w:rFonts w:ascii="Calibri" w:hAnsi="Calibri" w:cs="Calibri"/>
              </w:rPr>
              <w:t>6</w:t>
            </w:r>
          </w:p>
        </w:tc>
      </w:tr>
      <w:tr w:rsidR="00E315D6" w:rsidRPr="00611144" w14:paraId="11EE2630" w14:textId="77777777" w:rsidTr="00FC6438">
        <w:tc>
          <w:tcPr>
            <w:tcW w:w="7655" w:type="dxa"/>
          </w:tcPr>
          <w:p w14:paraId="66BA680F" w14:textId="299EB28A"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 xml:space="preserve">7.4 Indecent Images of Children (IIOC)                                                          </w:t>
            </w:r>
          </w:p>
        </w:tc>
        <w:tc>
          <w:tcPr>
            <w:tcW w:w="985" w:type="dxa"/>
          </w:tcPr>
          <w:p w14:paraId="18370601" w14:textId="34D9CDA9" w:rsidR="00E315D6" w:rsidRPr="00611144" w:rsidRDefault="00856015" w:rsidP="00483BF4">
            <w:pPr>
              <w:spacing w:after="0" w:line="264" w:lineRule="auto"/>
              <w:jc w:val="right"/>
              <w:rPr>
                <w:rFonts w:ascii="Calibri" w:hAnsi="Calibri" w:cs="Calibri"/>
              </w:rPr>
            </w:pPr>
            <w:r w:rsidRPr="00611144">
              <w:rPr>
                <w:rFonts w:ascii="Calibri" w:hAnsi="Calibri" w:cs="Calibri"/>
              </w:rPr>
              <w:t>1</w:t>
            </w:r>
            <w:r w:rsidR="00193FAC">
              <w:rPr>
                <w:rFonts w:ascii="Calibri" w:hAnsi="Calibri" w:cs="Calibri"/>
              </w:rPr>
              <w:t>7</w:t>
            </w:r>
          </w:p>
        </w:tc>
      </w:tr>
      <w:tr w:rsidR="00E315D6" w:rsidRPr="00611144" w14:paraId="67E33D11" w14:textId="77777777" w:rsidTr="00FC6438">
        <w:tc>
          <w:tcPr>
            <w:tcW w:w="7655" w:type="dxa"/>
          </w:tcPr>
          <w:p w14:paraId="783BC066" w14:textId="02E350BB"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7.5 Cyberbullying</w:t>
            </w:r>
          </w:p>
        </w:tc>
        <w:tc>
          <w:tcPr>
            <w:tcW w:w="985" w:type="dxa"/>
          </w:tcPr>
          <w:p w14:paraId="2750F567" w14:textId="5D72164A" w:rsidR="00E315D6" w:rsidRPr="00611144" w:rsidRDefault="00856015" w:rsidP="00483BF4">
            <w:pPr>
              <w:spacing w:after="0" w:line="264" w:lineRule="auto"/>
              <w:jc w:val="right"/>
              <w:rPr>
                <w:rFonts w:ascii="Calibri" w:hAnsi="Calibri" w:cs="Calibri"/>
              </w:rPr>
            </w:pPr>
            <w:r w:rsidRPr="00611144">
              <w:rPr>
                <w:rFonts w:ascii="Calibri" w:hAnsi="Calibri" w:cs="Calibri"/>
              </w:rPr>
              <w:t>1</w:t>
            </w:r>
            <w:r w:rsidR="005C360A">
              <w:rPr>
                <w:rFonts w:ascii="Calibri" w:hAnsi="Calibri" w:cs="Calibri"/>
              </w:rPr>
              <w:t>8</w:t>
            </w:r>
          </w:p>
        </w:tc>
      </w:tr>
      <w:tr w:rsidR="00E315D6" w:rsidRPr="00611144" w14:paraId="77901B33" w14:textId="77777777" w:rsidTr="00FC6438">
        <w:tc>
          <w:tcPr>
            <w:tcW w:w="7655" w:type="dxa"/>
          </w:tcPr>
          <w:p w14:paraId="13AAAE6A" w14:textId="4B159BDF"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 xml:space="preserve">7.6Cybercrimes                                                                                 </w:t>
            </w:r>
          </w:p>
        </w:tc>
        <w:tc>
          <w:tcPr>
            <w:tcW w:w="985" w:type="dxa"/>
          </w:tcPr>
          <w:p w14:paraId="15F1C7F1" w14:textId="379F92FA" w:rsidR="00E315D6" w:rsidRPr="00611144" w:rsidRDefault="00856015" w:rsidP="00483BF4">
            <w:pPr>
              <w:spacing w:after="0" w:line="264" w:lineRule="auto"/>
              <w:jc w:val="right"/>
              <w:rPr>
                <w:rFonts w:ascii="Calibri" w:hAnsi="Calibri" w:cs="Calibri"/>
              </w:rPr>
            </w:pPr>
            <w:r w:rsidRPr="00611144">
              <w:rPr>
                <w:rFonts w:ascii="Calibri" w:hAnsi="Calibri" w:cs="Calibri"/>
              </w:rPr>
              <w:t>1</w:t>
            </w:r>
            <w:r w:rsidR="005C360A">
              <w:rPr>
                <w:rFonts w:ascii="Calibri" w:hAnsi="Calibri" w:cs="Calibri"/>
              </w:rPr>
              <w:t>8</w:t>
            </w:r>
          </w:p>
        </w:tc>
      </w:tr>
      <w:tr w:rsidR="00E315D6" w:rsidRPr="00611144" w14:paraId="0B63AD75" w14:textId="77777777" w:rsidTr="00FC6438">
        <w:tc>
          <w:tcPr>
            <w:tcW w:w="7655" w:type="dxa"/>
          </w:tcPr>
          <w:p w14:paraId="6E706BA3" w14:textId="159AEE6A" w:rsidR="00E315D6" w:rsidRPr="00611144" w:rsidRDefault="0027160D" w:rsidP="00483BF4">
            <w:pPr>
              <w:spacing w:after="0" w:line="264" w:lineRule="auto"/>
              <w:rPr>
                <w:rFonts w:ascii="Calibri" w:hAnsi="Calibri" w:cs="Calibri"/>
              </w:rPr>
            </w:pPr>
            <w:r w:rsidRPr="00611144">
              <w:rPr>
                <w:rFonts w:ascii="Calibri" w:hAnsi="Calibri" w:cs="Calibri"/>
              </w:rPr>
              <w:t xml:space="preserve">    </w:t>
            </w:r>
            <w:r w:rsidR="005E6E20" w:rsidRPr="00611144">
              <w:rPr>
                <w:rFonts w:ascii="Calibri" w:hAnsi="Calibri" w:cs="Calibri"/>
              </w:rPr>
              <w:t xml:space="preserve"> </w:t>
            </w:r>
            <w:r w:rsidR="00856015" w:rsidRPr="00611144">
              <w:rPr>
                <w:rFonts w:ascii="Calibri" w:hAnsi="Calibri" w:cs="Calibri"/>
              </w:rPr>
              <w:t xml:space="preserve">7.7 Online Hate                                                                                                      </w:t>
            </w:r>
          </w:p>
        </w:tc>
        <w:tc>
          <w:tcPr>
            <w:tcW w:w="985" w:type="dxa"/>
          </w:tcPr>
          <w:p w14:paraId="69DE2CA5" w14:textId="0DD5D1A7" w:rsidR="00E315D6" w:rsidRPr="00611144" w:rsidRDefault="00856015" w:rsidP="00483BF4">
            <w:pPr>
              <w:spacing w:after="0" w:line="264" w:lineRule="auto"/>
              <w:jc w:val="right"/>
              <w:rPr>
                <w:rFonts w:ascii="Calibri" w:hAnsi="Calibri" w:cs="Calibri"/>
              </w:rPr>
            </w:pPr>
            <w:r w:rsidRPr="00611144">
              <w:rPr>
                <w:rFonts w:ascii="Calibri" w:hAnsi="Calibri" w:cs="Calibri"/>
              </w:rPr>
              <w:t>1</w:t>
            </w:r>
            <w:r w:rsidR="005C360A">
              <w:rPr>
                <w:rFonts w:ascii="Calibri" w:hAnsi="Calibri" w:cs="Calibri"/>
              </w:rPr>
              <w:t>8</w:t>
            </w:r>
          </w:p>
        </w:tc>
      </w:tr>
      <w:tr w:rsidR="00E315D6" w:rsidRPr="00611144" w14:paraId="53575ACD" w14:textId="77777777" w:rsidTr="00FC6438">
        <w:tc>
          <w:tcPr>
            <w:tcW w:w="7655" w:type="dxa"/>
          </w:tcPr>
          <w:p w14:paraId="0A020A1E" w14:textId="1F1A701E"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7.8 Online Radicalisation and Extremism</w:t>
            </w:r>
          </w:p>
        </w:tc>
        <w:tc>
          <w:tcPr>
            <w:tcW w:w="985" w:type="dxa"/>
          </w:tcPr>
          <w:p w14:paraId="0B4AE59C" w14:textId="4DB84560"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1</w:t>
            </w:r>
            <w:r w:rsidR="005C360A">
              <w:rPr>
                <w:rFonts w:ascii="Calibri" w:hAnsi="Calibri" w:cs="Calibri"/>
              </w:rPr>
              <w:t>9</w:t>
            </w:r>
          </w:p>
        </w:tc>
      </w:tr>
      <w:tr w:rsidR="00E315D6" w:rsidRPr="00611144" w14:paraId="245FCFF2" w14:textId="77777777" w:rsidTr="00FC6438">
        <w:tc>
          <w:tcPr>
            <w:tcW w:w="7655" w:type="dxa"/>
          </w:tcPr>
          <w:p w14:paraId="59434F1A" w14:textId="77777777" w:rsidR="00E315D6" w:rsidRPr="00611144" w:rsidRDefault="00856015" w:rsidP="00483BF4">
            <w:pPr>
              <w:spacing w:after="0" w:line="264" w:lineRule="auto"/>
              <w:rPr>
                <w:rFonts w:ascii="Calibri" w:hAnsi="Calibri" w:cs="Calibri"/>
              </w:rPr>
            </w:pPr>
            <w:r w:rsidRPr="00611144">
              <w:rPr>
                <w:rFonts w:ascii="Calibri" w:hAnsi="Calibri" w:cs="Calibri"/>
              </w:rPr>
              <w:t>8. Safer Use of Technology</w:t>
            </w:r>
          </w:p>
        </w:tc>
        <w:tc>
          <w:tcPr>
            <w:tcW w:w="985" w:type="dxa"/>
          </w:tcPr>
          <w:p w14:paraId="063E701E" w14:textId="34A687F0"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1</w:t>
            </w:r>
            <w:r w:rsidR="005C360A">
              <w:rPr>
                <w:rFonts w:ascii="Calibri" w:hAnsi="Calibri" w:cs="Calibri"/>
              </w:rPr>
              <w:t>9</w:t>
            </w:r>
          </w:p>
        </w:tc>
      </w:tr>
      <w:tr w:rsidR="00E315D6" w:rsidRPr="00611144" w14:paraId="5EB29598" w14:textId="77777777" w:rsidTr="00FC6438">
        <w:tc>
          <w:tcPr>
            <w:tcW w:w="7655" w:type="dxa"/>
          </w:tcPr>
          <w:p w14:paraId="0AB92E5D" w14:textId="436BC7DA"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8.1 Classroom Use</w:t>
            </w:r>
          </w:p>
        </w:tc>
        <w:tc>
          <w:tcPr>
            <w:tcW w:w="985" w:type="dxa"/>
          </w:tcPr>
          <w:p w14:paraId="7D346924" w14:textId="3AC51B07"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1</w:t>
            </w:r>
            <w:r w:rsidR="005C360A">
              <w:rPr>
                <w:rFonts w:ascii="Calibri" w:hAnsi="Calibri" w:cs="Calibri"/>
              </w:rPr>
              <w:t>9</w:t>
            </w:r>
          </w:p>
        </w:tc>
      </w:tr>
      <w:tr w:rsidR="00E315D6" w:rsidRPr="00611144" w14:paraId="539A5168" w14:textId="77777777" w:rsidTr="00FC6438">
        <w:tc>
          <w:tcPr>
            <w:tcW w:w="7655" w:type="dxa"/>
          </w:tcPr>
          <w:p w14:paraId="0421CA74" w14:textId="6E4BBC0B"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8.2 Managing Internet Access</w:t>
            </w:r>
          </w:p>
        </w:tc>
        <w:tc>
          <w:tcPr>
            <w:tcW w:w="985" w:type="dxa"/>
          </w:tcPr>
          <w:p w14:paraId="1F607CA4" w14:textId="39A826E9"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w:t>
            </w:r>
            <w:r w:rsidR="00A521AB">
              <w:rPr>
                <w:rFonts w:ascii="Calibri" w:hAnsi="Calibri" w:cs="Calibri"/>
              </w:rPr>
              <w:t>20</w:t>
            </w:r>
          </w:p>
        </w:tc>
      </w:tr>
      <w:tr w:rsidR="00E315D6" w:rsidRPr="00611144" w14:paraId="5D0EE669" w14:textId="77777777" w:rsidTr="00FC6438">
        <w:tc>
          <w:tcPr>
            <w:tcW w:w="7655" w:type="dxa"/>
          </w:tcPr>
          <w:p w14:paraId="6231D49A" w14:textId="56C38E46"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8.3 Filtering and Monitoring</w:t>
            </w:r>
          </w:p>
        </w:tc>
        <w:tc>
          <w:tcPr>
            <w:tcW w:w="985" w:type="dxa"/>
          </w:tcPr>
          <w:p w14:paraId="2CB5FF46" w14:textId="6F559B9F"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w:t>
            </w:r>
            <w:r w:rsidR="00A521AB">
              <w:rPr>
                <w:rFonts w:ascii="Calibri" w:hAnsi="Calibri" w:cs="Calibri"/>
              </w:rPr>
              <w:t>20</w:t>
            </w:r>
          </w:p>
        </w:tc>
      </w:tr>
      <w:tr w:rsidR="00E315D6" w:rsidRPr="00611144" w14:paraId="73DE0136" w14:textId="77777777" w:rsidTr="00FC6438">
        <w:tc>
          <w:tcPr>
            <w:tcW w:w="7655" w:type="dxa"/>
          </w:tcPr>
          <w:p w14:paraId="1FAA3D03" w14:textId="5CFD5E53"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8.3.1 Decision Making</w:t>
            </w:r>
          </w:p>
        </w:tc>
        <w:tc>
          <w:tcPr>
            <w:tcW w:w="985" w:type="dxa"/>
          </w:tcPr>
          <w:p w14:paraId="60F36106" w14:textId="3BAF40D6" w:rsidR="00E315D6" w:rsidRPr="00611144" w:rsidRDefault="00B300DF" w:rsidP="00483BF4">
            <w:pPr>
              <w:spacing w:after="0" w:line="264" w:lineRule="auto"/>
              <w:jc w:val="right"/>
              <w:rPr>
                <w:rFonts w:ascii="Calibri" w:hAnsi="Calibri" w:cs="Calibri"/>
              </w:rPr>
            </w:pPr>
            <w:r>
              <w:rPr>
                <w:rFonts w:ascii="Calibri" w:hAnsi="Calibri" w:cs="Calibri"/>
              </w:rPr>
              <w:t>20</w:t>
            </w:r>
          </w:p>
        </w:tc>
      </w:tr>
      <w:tr w:rsidR="00E315D6" w:rsidRPr="00611144" w14:paraId="07055FCC" w14:textId="77777777" w:rsidTr="00FC6438">
        <w:tc>
          <w:tcPr>
            <w:tcW w:w="7655" w:type="dxa"/>
          </w:tcPr>
          <w:p w14:paraId="26E1733F" w14:textId="2F1BBC2E"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8.3.2 Filtering</w:t>
            </w:r>
          </w:p>
        </w:tc>
        <w:tc>
          <w:tcPr>
            <w:tcW w:w="985" w:type="dxa"/>
          </w:tcPr>
          <w:p w14:paraId="320F10D4" w14:textId="44DA85E9"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B300DF">
              <w:rPr>
                <w:rFonts w:ascii="Calibri" w:hAnsi="Calibri" w:cs="Calibri"/>
              </w:rPr>
              <w:t>1</w:t>
            </w:r>
          </w:p>
        </w:tc>
      </w:tr>
      <w:tr w:rsidR="00E315D6" w:rsidRPr="00611144" w14:paraId="4379851F" w14:textId="77777777" w:rsidTr="00FC6438">
        <w:tc>
          <w:tcPr>
            <w:tcW w:w="7655" w:type="dxa"/>
          </w:tcPr>
          <w:p w14:paraId="7438D339" w14:textId="23B41BBB"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8.3.2 Monitoring</w:t>
            </w:r>
          </w:p>
        </w:tc>
        <w:tc>
          <w:tcPr>
            <w:tcW w:w="985" w:type="dxa"/>
          </w:tcPr>
          <w:p w14:paraId="430C21CD" w14:textId="2F56CEA3"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B300DF">
              <w:rPr>
                <w:rFonts w:ascii="Calibri" w:hAnsi="Calibri" w:cs="Calibri"/>
              </w:rPr>
              <w:t>1</w:t>
            </w:r>
          </w:p>
        </w:tc>
      </w:tr>
      <w:tr w:rsidR="00E315D6" w:rsidRPr="00611144" w14:paraId="3DE8EC96" w14:textId="77777777" w:rsidTr="00FC6438">
        <w:tc>
          <w:tcPr>
            <w:tcW w:w="7655" w:type="dxa"/>
          </w:tcPr>
          <w:p w14:paraId="27F4D353" w14:textId="55E8B353"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 xml:space="preserve">8.4 Managing Personal Data Online           </w:t>
            </w:r>
          </w:p>
        </w:tc>
        <w:tc>
          <w:tcPr>
            <w:tcW w:w="985" w:type="dxa"/>
          </w:tcPr>
          <w:p w14:paraId="765BE18E" w14:textId="05698D16"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2</w:t>
            </w:r>
            <w:r w:rsidR="00411B40">
              <w:rPr>
                <w:rFonts w:ascii="Calibri" w:hAnsi="Calibri" w:cs="Calibri"/>
              </w:rPr>
              <w:t>2</w:t>
            </w:r>
          </w:p>
        </w:tc>
      </w:tr>
      <w:tr w:rsidR="00E315D6" w:rsidRPr="00611144" w14:paraId="58ACF20D" w14:textId="77777777" w:rsidTr="00FC6438">
        <w:tc>
          <w:tcPr>
            <w:tcW w:w="7655" w:type="dxa"/>
          </w:tcPr>
          <w:p w14:paraId="2BC914D4" w14:textId="7960D4B6"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 xml:space="preserve">8.5 Security and Management of Information Systems </w:t>
            </w:r>
          </w:p>
        </w:tc>
        <w:tc>
          <w:tcPr>
            <w:tcW w:w="985" w:type="dxa"/>
          </w:tcPr>
          <w:p w14:paraId="5C30D6CA" w14:textId="31715F66"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2</w:t>
            </w:r>
            <w:r w:rsidR="00411B40">
              <w:rPr>
                <w:rFonts w:ascii="Calibri" w:hAnsi="Calibri" w:cs="Calibri"/>
              </w:rPr>
              <w:t>2</w:t>
            </w:r>
          </w:p>
        </w:tc>
      </w:tr>
      <w:tr w:rsidR="00E315D6" w:rsidRPr="00611144" w14:paraId="353C2E29" w14:textId="77777777" w:rsidTr="00FC6438">
        <w:tc>
          <w:tcPr>
            <w:tcW w:w="7655" w:type="dxa"/>
          </w:tcPr>
          <w:p w14:paraId="7DCEC16C" w14:textId="63F3FBE8"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8.5.1 Password policy</w:t>
            </w:r>
          </w:p>
        </w:tc>
        <w:tc>
          <w:tcPr>
            <w:tcW w:w="985" w:type="dxa"/>
          </w:tcPr>
          <w:p w14:paraId="7FDF513B" w14:textId="108E351C" w:rsidR="00E315D6" w:rsidRPr="00611144" w:rsidRDefault="00856015" w:rsidP="00483BF4">
            <w:pPr>
              <w:spacing w:after="0" w:line="264" w:lineRule="auto"/>
              <w:jc w:val="right"/>
              <w:rPr>
                <w:rFonts w:ascii="Calibri" w:hAnsi="Calibri" w:cs="Calibri"/>
              </w:rPr>
            </w:pPr>
            <w:r w:rsidRPr="00611144">
              <w:rPr>
                <w:rFonts w:ascii="Calibri" w:hAnsi="Calibri" w:cs="Calibri"/>
              </w:rPr>
              <w:t xml:space="preserve">         2</w:t>
            </w:r>
            <w:r w:rsidR="006120BB">
              <w:rPr>
                <w:rFonts w:ascii="Calibri" w:hAnsi="Calibri" w:cs="Calibri"/>
              </w:rPr>
              <w:t>2</w:t>
            </w:r>
          </w:p>
        </w:tc>
      </w:tr>
      <w:tr w:rsidR="00E315D6" w:rsidRPr="00611144" w14:paraId="3D2B57D8" w14:textId="77777777" w:rsidTr="00FC6438">
        <w:tc>
          <w:tcPr>
            <w:tcW w:w="7655" w:type="dxa"/>
          </w:tcPr>
          <w:p w14:paraId="60C399C2" w14:textId="7E0AA4B9"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 xml:space="preserve">8.6 Managing the Safety of the Website                                                               </w:t>
            </w:r>
          </w:p>
        </w:tc>
        <w:tc>
          <w:tcPr>
            <w:tcW w:w="985" w:type="dxa"/>
          </w:tcPr>
          <w:p w14:paraId="4AEE9087" w14:textId="0762CB9E"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6120BB">
              <w:rPr>
                <w:rFonts w:ascii="Calibri" w:hAnsi="Calibri" w:cs="Calibri"/>
              </w:rPr>
              <w:t>3</w:t>
            </w:r>
          </w:p>
        </w:tc>
      </w:tr>
      <w:tr w:rsidR="00E315D6" w:rsidRPr="00611144" w14:paraId="6F3E40BB" w14:textId="77777777" w:rsidTr="00FC6438">
        <w:tc>
          <w:tcPr>
            <w:tcW w:w="7655" w:type="dxa"/>
          </w:tcPr>
          <w:p w14:paraId="42D5DA47" w14:textId="73A9BA56"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8.7 Publishing Images and Videos Online</w:t>
            </w:r>
          </w:p>
        </w:tc>
        <w:tc>
          <w:tcPr>
            <w:tcW w:w="985" w:type="dxa"/>
          </w:tcPr>
          <w:p w14:paraId="2123A359" w14:textId="7451FC7D"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6120BB">
              <w:rPr>
                <w:rFonts w:ascii="Calibri" w:hAnsi="Calibri" w:cs="Calibri"/>
              </w:rPr>
              <w:t>3</w:t>
            </w:r>
          </w:p>
        </w:tc>
      </w:tr>
      <w:tr w:rsidR="00E315D6" w:rsidRPr="00611144" w14:paraId="4059C750" w14:textId="77777777" w:rsidTr="00FC6438">
        <w:tc>
          <w:tcPr>
            <w:tcW w:w="7655" w:type="dxa"/>
          </w:tcPr>
          <w:p w14:paraId="42463700" w14:textId="00CD3B25"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8.8 Managing Email</w:t>
            </w:r>
          </w:p>
        </w:tc>
        <w:tc>
          <w:tcPr>
            <w:tcW w:w="985" w:type="dxa"/>
          </w:tcPr>
          <w:p w14:paraId="1AB8D897" w14:textId="7B687670"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3</w:t>
            </w:r>
          </w:p>
        </w:tc>
      </w:tr>
      <w:tr w:rsidR="00E315D6" w:rsidRPr="00611144" w14:paraId="48A6A3AD" w14:textId="77777777" w:rsidTr="00FC6438">
        <w:tc>
          <w:tcPr>
            <w:tcW w:w="7655" w:type="dxa"/>
          </w:tcPr>
          <w:p w14:paraId="4F401337" w14:textId="4A315B27" w:rsidR="00E315D6" w:rsidRPr="00611144" w:rsidRDefault="005E6E20" w:rsidP="00483BF4">
            <w:pPr>
              <w:spacing w:after="0" w:line="264" w:lineRule="auto"/>
              <w:rPr>
                <w:rFonts w:ascii="Calibri" w:hAnsi="Calibri" w:cs="Calibri"/>
              </w:rPr>
            </w:pPr>
            <w:r w:rsidRPr="00611144">
              <w:rPr>
                <w:rFonts w:ascii="Calibri" w:hAnsi="Calibri" w:cs="Calibri"/>
              </w:rPr>
              <w:lastRenderedPageBreak/>
              <w:t xml:space="preserve">     </w:t>
            </w:r>
            <w:r w:rsidR="00856015" w:rsidRPr="00611144">
              <w:rPr>
                <w:rFonts w:ascii="Calibri" w:hAnsi="Calibri" w:cs="Calibri"/>
              </w:rPr>
              <w:t>8.8.1 Staff email</w:t>
            </w:r>
          </w:p>
        </w:tc>
        <w:tc>
          <w:tcPr>
            <w:tcW w:w="985" w:type="dxa"/>
          </w:tcPr>
          <w:p w14:paraId="682E05F0" w14:textId="5774EF51"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4</w:t>
            </w:r>
          </w:p>
        </w:tc>
      </w:tr>
      <w:tr w:rsidR="00E315D6" w:rsidRPr="00611144" w14:paraId="1857C233" w14:textId="77777777" w:rsidTr="00FC6438">
        <w:tc>
          <w:tcPr>
            <w:tcW w:w="7655" w:type="dxa"/>
          </w:tcPr>
          <w:p w14:paraId="3BE1F55F" w14:textId="2A7196E8"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8.9 Live Stream Lessons for Remote Learning</w:t>
            </w:r>
          </w:p>
        </w:tc>
        <w:tc>
          <w:tcPr>
            <w:tcW w:w="985" w:type="dxa"/>
          </w:tcPr>
          <w:p w14:paraId="668F08F6" w14:textId="4E4EB5C2"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4</w:t>
            </w:r>
          </w:p>
        </w:tc>
      </w:tr>
      <w:tr w:rsidR="00E315D6" w:rsidRPr="00611144" w14:paraId="7D2A0E53" w14:textId="77777777" w:rsidTr="00FC6438">
        <w:tc>
          <w:tcPr>
            <w:tcW w:w="7655" w:type="dxa"/>
          </w:tcPr>
          <w:p w14:paraId="79C1E987" w14:textId="77777777" w:rsidR="00E315D6" w:rsidRPr="00611144" w:rsidRDefault="00856015" w:rsidP="00483BF4">
            <w:pPr>
              <w:spacing w:after="0" w:line="264" w:lineRule="auto"/>
              <w:rPr>
                <w:rFonts w:ascii="Calibri" w:hAnsi="Calibri" w:cs="Calibri"/>
              </w:rPr>
            </w:pPr>
            <w:r w:rsidRPr="00611144">
              <w:rPr>
                <w:rFonts w:ascii="Calibri" w:hAnsi="Calibri" w:cs="Calibri"/>
              </w:rPr>
              <w:t>9. Social Media</w:t>
            </w:r>
          </w:p>
        </w:tc>
        <w:tc>
          <w:tcPr>
            <w:tcW w:w="985" w:type="dxa"/>
          </w:tcPr>
          <w:p w14:paraId="1F28D96E" w14:textId="18C1DD10"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4</w:t>
            </w:r>
          </w:p>
        </w:tc>
      </w:tr>
      <w:tr w:rsidR="00E315D6" w:rsidRPr="00611144" w14:paraId="3725EC4C" w14:textId="77777777" w:rsidTr="00FC6438">
        <w:tc>
          <w:tcPr>
            <w:tcW w:w="7655" w:type="dxa"/>
          </w:tcPr>
          <w:p w14:paraId="51747D4A" w14:textId="41790451"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FC6438" w:rsidRPr="00611144">
              <w:rPr>
                <w:rFonts w:ascii="Calibri" w:hAnsi="Calibri" w:cs="Calibri"/>
              </w:rPr>
              <w:t>9</w:t>
            </w:r>
            <w:r w:rsidR="00856015" w:rsidRPr="00611144">
              <w:rPr>
                <w:rFonts w:ascii="Calibri" w:hAnsi="Calibri" w:cs="Calibri"/>
              </w:rPr>
              <w:t>.1 Expectations</w:t>
            </w:r>
          </w:p>
        </w:tc>
        <w:tc>
          <w:tcPr>
            <w:tcW w:w="985" w:type="dxa"/>
          </w:tcPr>
          <w:p w14:paraId="7CF75286" w14:textId="23BFFEFE"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5</w:t>
            </w:r>
          </w:p>
        </w:tc>
      </w:tr>
      <w:tr w:rsidR="00E315D6" w:rsidRPr="00611144" w14:paraId="773A0E16" w14:textId="77777777" w:rsidTr="00FC6438">
        <w:tc>
          <w:tcPr>
            <w:tcW w:w="7655" w:type="dxa"/>
          </w:tcPr>
          <w:p w14:paraId="44E6DEC6" w14:textId="469D80B0"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9.2 Staff Personal Use of Social Media</w:t>
            </w:r>
          </w:p>
        </w:tc>
        <w:tc>
          <w:tcPr>
            <w:tcW w:w="985" w:type="dxa"/>
          </w:tcPr>
          <w:p w14:paraId="67FD307D" w14:textId="5A631ECE"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5</w:t>
            </w:r>
          </w:p>
        </w:tc>
      </w:tr>
      <w:tr w:rsidR="00E315D6" w:rsidRPr="00611144" w14:paraId="57564DC7" w14:textId="77777777" w:rsidTr="00FC6438">
        <w:tc>
          <w:tcPr>
            <w:tcW w:w="7655" w:type="dxa"/>
          </w:tcPr>
          <w:p w14:paraId="093B6AAA" w14:textId="617C34C7"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9.3 Learners’ Personal Use of Social Media</w:t>
            </w:r>
          </w:p>
        </w:tc>
        <w:tc>
          <w:tcPr>
            <w:tcW w:w="985" w:type="dxa"/>
          </w:tcPr>
          <w:p w14:paraId="4777BB39" w14:textId="008D2ACA"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7</w:t>
            </w:r>
          </w:p>
        </w:tc>
      </w:tr>
      <w:tr w:rsidR="00E315D6" w:rsidRPr="00611144" w14:paraId="6A921DB8" w14:textId="77777777" w:rsidTr="00FC6438">
        <w:tc>
          <w:tcPr>
            <w:tcW w:w="7655" w:type="dxa"/>
          </w:tcPr>
          <w:p w14:paraId="24F29D7E" w14:textId="79FBAE2B"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9.4 Official Use of Social Media</w:t>
            </w:r>
          </w:p>
        </w:tc>
        <w:tc>
          <w:tcPr>
            <w:tcW w:w="985" w:type="dxa"/>
          </w:tcPr>
          <w:p w14:paraId="0A90A838" w14:textId="5535D554"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040D13">
              <w:rPr>
                <w:rFonts w:ascii="Calibri" w:hAnsi="Calibri" w:cs="Calibri"/>
              </w:rPr>
              <w:t>7</w:t>
            </w:r>
          </w:p>
        </w:tc>
      </w:tr>
      <w:tr w:rsidR="00E315D6" w:rsidRPr="00611144" w14:paraId="49A12507" w14:textId="77777777" w:rsidTr="00FC6438">
        <w:tc>
          <w:tcPr>
            <w:tcW w:w="7655" w:type="dxa"/>
          </w:tcPr>
          <w:p w14:paraId="028B1096" w14:textId="77777777" w:rsidR="00E315D6" w:rsidRPr="00611144" w:rsidRDefault="00856015" w:rsidP="00483BF4">
            <w:pPr>
              <w:spacing w:after="0" w:line="264" w:lineRule="auto"/>
              <w:rPr>
                <w:rFonts w:ascii="Calibri" w:hAnsi="Calibri" w:cs="Calibri"/>
              </w:rPr>
            </w:pPr>
            <w:r w:rsidRPr="00611144">
              <w:rPr>
                <w:rFonts w:ascii="Calibri" w:hAnsi="Calibri" w:cs="Calibri"/>
              </w:rPr>
              <w:t>10. Use of Personal Devices and Mobile Phones</w:t>
            </w:r>
          </w:p>
        </w:tc>
        <w:tc>
          <w:tcPr>
            <w:tcW w:w="985" w:type="dxa"/>
          </w:tcPr>
          <w:p w14:paraId="2C07FDD2" w14:textId="357C6E05"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F34EAC">
              <w:rPr>
                <w:rFonts w:ascii="Calibri" w:hAnsi="Calibri" w:cs="Calibri"/>
              </w:rPr>
              <w:t>8</w:t>
            </w:r>
          </w:p>
        </w:tc>
      </w:tr>
      <w:tr w:rsidR="00E315D6" w:rsidRPr="00611144" w14:paraId="7638BBDC" w14:textId="77777777" w:rsidTr="00FC6438">
        <w:tc>
          <w:tcPr>
            <w:tcW w:w="7655" w:type="dxa"/>
          </w:tcPr>
          <w:p w14:paraId="46164FD0" w14:textId="6F2ADBDB" w:rsidR="00E315D6" w:rsidRPr="00611144" w:rsidRDefault="005E6E20" w:rsidP="00483BF4">
            <w:pPr>
              <w:spacing w:after="0" w:line="264" w:lineRule="auto"/>
              <w:rPr>
                <w:rFonts w:ascii="Calibri" w:hAnsi="Calibri" w:cs="Calibri"/>
              </w:rPr>
            </w:pPr>
            <w:r w:rsidRPr="00611144">
              <w:rPr>
                <w:rFonts w:ascii="Calibri" w:hAnsi="Calibri" w:cs="Calibri"/>
              </w:rPr>
              <w:t xml:space="preserve">     </w:t>
            </w:r>
            <w:r w:rsidR="00856015" w:rsidRPr="00611144">
              <w:rPr>
                <w:rFonts w:ascii="Calibri" w:hAnsi="Calibri" w:cs="Calibri"/>
              </w:rPr>
              <w:t>10.1 Expectations</w:t>
            </w:r>
          </w:p>
        </w:tc>
        <w:tc>
          <w:tcPr>
            <w:tcW w:w="985" w:type="dxa"/>
          </w:tcPr>
          <w:p w14:paraId="6100C955" w14:textId="3F7FA96D"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141F04">
              <w:rPr>
                <w:rFonts w:ascii="Calibri" w:hAnsi="Calibri" w:cs="Calibri"/>
              </w:rPr>
              <w:t>9</w:t>
            </w:r>
          </w:p>
        </w:tc>
      </w:tr>
      <w:tr w:rsidR="00E315D6" w:rsidRPr="00611144" w14:paraId="5E7D4D20" w14:textId="77777777" w:rsidTr="00FC6438">
        <w:tc>
          <w:tcPr>
            <w:tcW w:w="7655" w:type="dxa"/>
          </w:tcPr>
          <w:p w14:paraId="798BDC08" w14:textId="34D797AC" w:rsidR="00E315D6" w:rsidRPr="00611144" w:rsidRDefault="00856015" w:rsidP="00483BF4">
            <w:pPr>
              <w:spacing w:after="0" w:line="264" w:lineRule="auto"/>
              <w:rPr>
                <w:rFonts w:ascii="Calibri" w:hAnsi="Calibri" w:cs="Calibri"/>
              </w:rPr>
            </w:pPr>
            <w:r w:rsidRPr="00611144">
              <w:rPr>
                <w:rFonts w:ascii="Calibri" w:hAnsi="Calibri" w:cs="Calibri"/>
              </w:rPr>
              <w:t xml:space="preserve">     10.2 Staff Use of Personal Devices and Mobile Phones</w:t>
            </w:r>
          </w:p>
        </w:tc>
        <w:tc>
          <w:tcPr>
            <w:tcW w:w="985" w:type="dxa"/>
          </w:tcPr>
          <w:p w14:paraId="05851B84" w14:textId="754F90CD" w:rsidR="00E315D6" w:rsidRPr="00611144" w:rsidRDefault="00856015" w:rsidP="00483BF4">
            <w:pPr>
              <w:spacing w:after="0" w:line="264" w:lineRule="auto"/>
              <w:jc w:val="right"/>
              <w:rPr>
                <w:rFonts w:ascii="Calibri" w:hAnsi="Calibri" w:cs="Calibri"/>
              </w:rPr>
            </w:pPr>
            <w:r w:rsidRPr="00611144">
              <w:rPr>
                <w:rFonts w:ascii="Calibri" w:hAnsi="Calibri" w:cs="Calibri"/>
              </w:rPr>
              <w:t>2</w:t>
            </w:r>
            <w:r w:rsidR="00530813">
              <w:rPr>
                <w:rFonts w:ascii="Calibri" w:hAnsi="Calibri" w:cs="Calibri"/>
              </w:rPr>
              <w:t>9</w:t>
            </w:r>
          </w:p>
        </w:tc>
      </w:tr>
      <w:tr w:rsidR="00E315D6" w:rsidRPr="00611144" w14:paraId="082AE70D" w14:textId="77777777" w:rsidTr="00FC6438">
        <w:tc>
          <w:tcPr>
            <w:tcW w:w="7655" w:type="dxa"/>
          </w:tcPr>
          <w:p w14:paraId="0804AAFB" w14:textId="5E22E32E" w:rsidR="00E315D6" w:rsidRPr="00611144" w:rsidRDefault="00856015" w:rsidP="00483BF4">
            <w:pPr>
              <w:spacing w:after="0" w:line="264" w:lineRule="auto"/>
              <w:rPr>
                <w:rFonts w:ascii="Calibri" w:hAnsi="Calibri" w:cs="Calibri"/>
              </w:rPr>
            </w:pPr>
            <w:r w:rsidRPr="00611144">
              <w:rPr>
                <w:rFonts w:ascii="Calibri" w:hAnsi="Calibri" w:cs="Calibri"/>
              </w:rPr>
              <w:t xml:space="preserve">     10.3 Learners’ Use of Personal Devices and Mobile Phones</w:t>
            </w:r>
          </w:p>
        </w:tc>
        <w:tc>
          <w:tcPr>
            <w:tcW w:w="985" w:type="dxa"/>
          </w:tcPr>
          <w:p w14:paraId="3620174E" w14:textId="5372E567" w:rsidR="00E315D6" w:rsidRPr="00611144" w:rsidRDefault="00530813" w:rsidP="00483BF4">
            <w:pPr>
              <w:spacing w:after="0" w:line="264" w:lineRule="auto"/>
              <w:jc w:val="right"/>
              <w:rPr>
                <w:rFonts w:ascii="Calibri" w:hAnsi="Calibri" w:cs="Calibri"/>
              </w:rPr>
            </w:pPr>
            <w:r>
              <w:rPr>
                <w:rFonts w:ascii="Calibri" w:hAnsi="Calibri" w:cs="Calibri"/>
              </w:rPr>
              <w:t>30</w:t>
            </w:r>
          </w:p>
        </w:tc>
      </w:tr>
      <w:tr w:rsidR="00E315D6" w:rsidRPr="00611144" w14:paraId="5499B2B2" w14:textId="77777777" w:rsidTr="00FC6438">
        <w:tc>
          <w:tcPr>
            <w:tcW w:w="7655" w:type="dxa"/>
          </w:tcPr>
          <w:p w14:paraId="70EE9DC9" w14:textId="4D3E447F" w:rsidR="00E315D6" w:rsidRPr="00611144" w:rsidRDefault="00856015" w:rsidP="00483BF4">
            <w:pPr>
              <w:spacing w:after="0" w:line="264" w:lineRule="auto"/>
              <w:rPr>
                <w:rFonts w:ascii="Calibri" w:hAnsi="Calibri" w:cs="Calibri"/>
              </w:rPr>
            </w:pPr>
            <w:r w:rsidRPr="00611144">
              <w:rPr>
                <w:rFonts w:ascii="Calibri" w:hAnsi="Calibri" w:cs="Calibri"/>
              </w:rPr>
              <w:t xml:space="preserve">     10.4 Visitors’ Use of Personal Devices and Mobile Phones</w:t>
            </w:r>
          </w:p>
        </w:tc>
        <w:tc>
          <w:tcPr>
            <w:tcW w:w="985" w:type="dxa"/>
          </w:tcPr>
          <w:p w14:paraId="0D280D7A" w14:textId="4FE1DDBE" w:rsidR="00E315D6" w:rsidRPr="00611144" w:rsidRDefault="00530813" w:rsidP="00483BF4">
            <w:pPr>
              <w:spacing w:after="0" w:line="264" w:lineRule="auto"/>
              <w:jc w:val="right"/>
              <w:rPr>
                <w:rFonts w:ascii="Calibri" w:hAnsi="Calibri" w:cs="Calibri"/>
              </w:rPr>
            </w:pPr>
            <w:r>
              <w:rPr>
                <w:rFonts w:ascii="Calibri" w:hAnsi="Calibri" w:cs="Calibri"/>
              </w:rPr>
              <w:t>30</w:t>
            </w:r>
          </w:p>
        </w:tc>
      </w:tr>
      <w:tr w:rsidR="00E315D6" w:rsidRPr="00611144" w14:paraId="4A385DE8" w14:textId="77777777" w:rsidTr="00FC6438">
        <w:tc>
          <w:tcPr>
            <w:tcW w:w="7655" w:type="dxa"/>
          </w:tcPr>
          <w:p w14:paraId="27694B67"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11. Useful Links for Education Settings </w:t>
            </w:r>
          </w:p>
        </w:tc>
        <w:tc>
          <w:tcPr>
            <w:tcW w:w="985" w:type="dxa"/>
          </w:tcPr>
          <w:p w14:paraId="0D7E881C" w14:textId="06AF8FBE" w:rsidR="00E315D6" w:rsidRPr="00611144" w:rsidRDefault="00B778A4" w:rsidP="00483BF4">
            <w:pPr>
              <w:spacing w:after="0" w:line="264" w:lineRule="auto"/>
              <w:jc w:val="right"/>
              <w:rPr>
                <w:rFonts w:ascii="Calibri" w:hAnsi="Calibri" w:cs="Calibri"/>
              </w:rPr>
            </w:pPr>
            <w:r>
              <w:rPr>
                <w:rFonts w:ascii="Calibri" w:hAnsi="Calibri" w:cs="Calibri"/>
              </w:rPr>
              <w:t>31</w:t>
            </w:r>
          </w:p>
        </w:tc>
      </w:tr>
      <w:tr w:rsidR="00D00816" w:rsidRPr="00611144" w14:paraId="56F60BE9" w14:textId="77777777" w:rsidTr="00FC6438">
        <w:tc>
          <w:tcPr>
            <w:tcW w:w="7655" w:type="dxa"/>
          </w:tcPr>
          <w:p w14:paraId="29D751A3" w14:textId="77777777" w:rsidR="00D00816" w:rsidRDefault="00D00816" w:rsidP="00483BF4">
            <w:pPr>
              <w:spacing w:after="0" w:line="264" w:lineRule="auto"/>
              <w:rPr>
                <w:rFonts w:ascii="Calibri" w:hAnsi="Calibri" w:cs="Calibri"/>
              </w:rPr>
            </w:pPr>
          </w:p>
          <w:p w14:paraId="1576D370" w14:textId="3CF9E8E2" w:rsidR="00D00816" w:rsidRPr="00611144" w:rsidRDefault="00D00816" w:rsidP="00483BF4">
            <w:pPr>
              <w:spacing w:after="0" w:line="264" w:lineRule="auto"/>
              <w:rPr>
                <w:rFonts w:ascii="Calibri" w:hAnsi="Calibri" w:cs="Calibri"/>
              </w:rPr>
            </w:pPr>
            <w:r>
              <w:rPr>
                <w:rFonts w:ascii="Calibri" w:hAnsi="Calibri" w:cs="Calibri"/>
              </w:rPr>
              <w:t xml:space="preserve">Part B </w:t>
            </w:r>
            <w:r w:rsidR="00D366F6">
              <w:rPr>
                <w:rFonts w:ascii="Calibri" w:hAnsi="Calibri" w:cs="Calibri"/>
              </w:rPr>
              <w:t>Artificial Intelligence Use</w:t>
            </w:r>
          </w:p>
        </w:tc>
        <w:tc>
          <w:tcPr>
            <w:tcW w:w="985" w:type="dxa"/>
          </w:tcPr>
          <w:p w14:paraId="2B4DB034" w14:textId="77777777" w:rsidR="00357B69" w:rsidRDefault="00357B69" w:rsidP="00483BF4">
            <w:pPr>
              <w:spacing w:after="0" w:line="264" w:lineRule="auto"/>
              <w:jc w:val="right"/>
              <w:rPr>
                <w:rFonts w:ascii="Calibri" w:hAnsi="Calibri" w:cs="Calibri"/>
              </w:rPr>
            </w:pPr>
          </w:p>
          <w:p w14:paraId="0A9A27D0" w14:textId="20FD966E" w:rsidR="00D00816" w:rsidRPr="00611144" w:rsidRDefault="00D00816" w:rsidP="00483BF4">
            <w:pPr>
              <w:spacing w:after="0" w:line="264" w:lineRule="auto"/>
              <w:jc w:val="right"/>
              <w:rPr>
                <w:rFonts w:ascii="Calibri" w:hAnsi="Calibri" w:cs="Calibri"/>
              </w:rPr>
            </w:pPr>
            <w:r>
              <w:rPr>
                <w:rFonts w:ascii="Calibri" w:hAnsi="Calibri" w:cs="Calibri"/>
              </w:rPr>
              <w:t>3</w:t>
            </w:r>
            <w:r w:rsidR="006A1775">
              <w:rPr>
                <w:rFonts w:ascii="Calibri" w:hAnsi="Calibri" w:cs="Calibri"/>
              </w:rPr>
              <w:t>3</w:t>
            </w:r>
          </w:p>
        </w:tc>
      </w:tr>
    </w:tbl>
    <w:p w14:paraId="6F776EE9" w14:textId="77777777" w:rsidR="00E315D6" w:rsidRDefault="00E315D6" w:rsidP="00483BF4">
      <w:pPr>
        <w:spacing w:after="0" w:line="264" w:lineRule="auto"/>
        <w:rPr>
          <w:rFonts w:ascii="Calibri" w:hAnsi="Calibri" w:cs="Calibri"/>
        </w:rPr>
      </w:pPr>
    </w:p>
    <w:p w14:paraId="50168332" w14:textId="4156B470" w:rsidR="00D00816" w:rsidRPr="00611144" w:rsidRDefault="00D00816" w:rsidP="00483BF4">
      <w:pPr>
        <w:spacing w:after="0" w:line="264" w:lineRule="auto"/>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p w14:paraId="53E6D47C" w14:textId="77777777" w:rsidR="00E315D6" w:rsidRPr="00611144" w:rsidRDefault="00856015" w:rsidP="00483BF4">
      <w:pPr>
        <w:spacing w:after="0" w:line="264" w:lineRule="auto"/>
        <w:rPr>
          <w:rFonts w:ascii="Calibri" w:hAnsi="Calibri" w:cs="Calibri"/>
        </w:rPr>
      </w:pPr>
      <w:r w:rsidRPr="00611144">
        <w:rPr>
          <w:rFonts w:ascii="Calibri" w:hAnsi="Calibri" w:cs="Calibri"/>
          <w:b/>
        </w:rPr>
        <w:t xml:space="preserve">This policy will be reviewed </w:t>
      </w:r>
      <w:r w:rsidRPr="00611144">
        <w:rPr>
          <w:rFonts w:ascii="Calibri" w:hAnsi="Calibri" w:cs="Calibri"/>
          <w:b/>
          <w:u w:val="single"/>
        </w:rPr>
        <w:t xml:space="preserve">at least </w:t>
      </w:r>
      <w:r w:rsidRPr="00611144">
        <w:rPr>
          <w:rFonts w:ascii="Calibri" w:hAnsi="Calibri" w:cs="Calibri"/>
          <w:b/>
        </w:rPr>
        <w:t>annually. It will also be revised following any concerns and/or updates to national and local guidance or procedure</w:t>
      </w:r>
    </w:p>
    <w:p w14:paraId="59726BFE" w14:textId="77777777" w:rsidR="00E315D6" w:rsidRPr="00611144" w:rsidRDefault="00E315D6" w:rsidP="00483BF4">
      <w:pPr>
        <w:spacing w:after="0" w:line="264" w:lineRule="auto"/>
        <w:rPr>
          <w:rFonts w:ascii="Calibri" w:hAnsi="Calibri" w:cs="Calibri"/>
        </w:rPr>
      </w:pPr>
    </w:p>
    <w:p w14:paraId="15A5CC0A" w14:textId="68D6AA21" w:rsidR="005E6E20" w:rsidRPr="00611144" w:rsidRDefault="005E6E20" w:rsidP="00483BF4">
      <w:pPr>
        <w:spacing w:line="264" w:lineRule="auto"/>
        <w:rPr>
          <w:rFonts w:ascii="Calibri" w:hAnsi="Calibri" w:cs="Calibri"/>
        </w:rPr>
      </w:pPr>
      <w:r w:rsidRPr="00611144">
        <w:rPr>
          <w:rFonts w:ascii="Calibri" w:hAnsi="Calibri" w:cs="Calibri"/>
        </w:rPr>
        <w:br w:type="page"/>
      </w:r>
    </w:p>
    <w:p w14:paraId="14914A2B" w14:textId="77777777" w:rsidR="00E315D6" w:rsidRPr="00611144" w:rsidRDefault="00E315D6" w:rsidP="00483BF4">
      <w:pPr>
        <w:spacing w:after="0" w:line="264" w:lineRule="auto"/>
        <w:rPr>
          <w:rFonts w:ascii="Calibri" w:hAnsi="Calibri" w:cs="Calibri"/>
        </w:rPr>
      </w:pPr>
    </w:p>
    <w:p w14:paraId="24D6FF62" w14:textId="77777777" w:rsidR="00E315D6" w:rsidRDefault="00856015" w:rsidP="00483BF4">
      <w:pPr>
        <w:spacing w:after="0" w:line="264" w:lineRule="auto"/>
        <w:jc w:val="center"/>
        <w:rPr>
          <w:rFonts w:ascii="Calibri" w:hAnsi="Calibri" w:cs="Calibri"/>
          <w:b/>
          <w:sz w:val="40"/>
          <w:szCs w:val="40"/>
        </w:rPr>
      </w:pPr>
      <w:r w:rsidRPr="00483BF4">
        <w:rPr>
          <w:rFonts w:ascii="Calibri" w:hAnsi="Calibri" w:cs="Calibri"/>
          <w:b/>
          <w:sz w:val="40"/>
          <w:szCs w:val="40"/>
        </w:rPr>
        <w:t>Online Safety Policy</w:t>
      </w:r>
    </w:p>
    <w:p w14:paraId="0A1DF340" w14:textId="0EEEFD5A" w:rsidR="00253EA1" w:rsidRPr="00D00816" w:rsidRDefault="00253EA1" w:rsidP="00D00816">
      <w:pPr>
        <w:pStyle w:val="Heading1"/>
        <w:spacing w:before="0" w:line="264" w:lineRule="auto"/>
        <w:rPr>
          <w:rFonts w:ascii="Calibri" w:hAnsi="Calibri" w:cs="Calibri"/>
        </w:rPr>
      </w:pPr>
      <w:r w:rsidRPr="00611144">
        <w:rPr>
          <w:rFonts w:ascii="Calibri" w:hAnsi="Calibri" w:cs="Calibri"/>
        </w:rPr>
        <w:t>Part</w:t>
      </w:r>
      <w:r w:rsidR="00D00816">
        <w:rPr>
          <w:rFonts w:ascii="Calibri" w:hAnsi="Calibri" w:cs="Calibri"/>
        </w:rPr>
        <w:t xml:space="preserve"> A: Online Safety Policy</w:t>
      </w:r>
    </w:p>
    <w:p w14:paraId="67100913" w14:textId="35293B0C" w:rsidR="00E315D6" w:rsidRPr="00ED3697" w:rsidRDefault="00483BF4" w:rsidP="00F806D4">
      <w:pPr>
        <w:spacing w:after="0" w:line="264" w:lineRule="auto"/>
        <w:rPr>
          <w:rFonts w:ascii="Calibri" w:hAnsi="Calibri" w:cs="Calibri"/>
          <w:sz w:val="32"/>
          <w:szCs w:val="32"/>
        </w:rPr>
      </w:pPr>
      <w:r w:rsidRPr="00ED3697">
        <w:rPr>
          <w:rFonts w:ascii="Calibri" w:hAnsi="Calibri" w:cs="Calibri"/>
          <w:b/>
          <w:sz w:val="32"/>
          <w:szCs w:val="32"/>
        </w:rPr>
        <w:t xml:space="preserve">1. </w:t>
      </w:r>
      <w:r w:rsidR="00856015" w:rsidRPr="00ED3697">
        <w:rPr>
          <w:rFonts w:ascii="Calibri" w:hAnsi="Calibri" w:cs="Calibri"/>
          <w:b/>
          <w:sz w:val="32"/>
          <w:szCs w:val="32"/>
        </w:rPr>
        <w:t>Policy Aims</w:t>
      </w:r>
    </w:p>
    <w:p w14:paraId="6D38F9C3" w14:textId="77777777" w:rsidR="00E315D6" w:rsidRPr="00611144" w:rsidRDefault="00E315D6" w:rsidP="00483BF4">
      <w:pPr>
        <w:spacing w:after="0" w:line="264" w:lineRule="auto"/>
        <w:rPr>
          <w:rFonts w:ascii="Calibri" w:hAnsi="Calibri" w:cs="Calibri"/>
        </w:rPr>
      </w:pPr>
    </w:p>
    <w:p w14:paraId="3DD2A234" w14:textId="77777777" w:rsidR="00E315D6" w:rsidRPr="00611144" w:rsidRDefault="00856015" w:rsidP="00C308E5">
      <w:pPr>
        <w:pStyle w:val="ListParagraph"/>
        <w:numPr>
          <w:ilvl w:val="0"/>
          <w:numId w:val="7"/>
        </w:numPr>
        <w:spacing w:after="0" w:line="264" w:lineRule="auto"/>
        <w:rPr>
          <w:rFonts w:ascii="Calibri" w:hAnsi="Calibri" w:cs="Calibri"/>
        </w:rPr>
      </w:pPr>
      <w:r w:rsidRPr="00611144">
        <w:rPr>
          <w:rFonts w:ascii="Calibri" w:hAnsi="Calibri" w:cs="Calibri"/>
        </w:rPr>
        <w:t xml:space="preserve">This online safety policy has been adapted by Little Common School involving staff, learners and parents/carers, building on the East Sussex County Council/The Education People online safety policy template, with specialist advice and input as required. </w:t>
      </w:r>
    </w:p>
    <w:p w14:paraId="54A5822D" w14:textId="77777777" w:rsidR="00E315D6" w:rsidRPr="00483BF4" w:rsidRDefault="00856015" w:rsidP="00C308E5">
      <w:pPr>
        <w:pStyle w:val="ListParagraph"/>
        <w:numPr>
          <w:ilvl w:val="0"/>
          <w:numId w:val="7"/>
        </w:numPr>
        <w:spacing w:after="0" w:line="264" w:lineRule="auto"/>
        <w:rPr>
          <w:rFonts w:ascii="Calibri" w:hAnsi="Calibri" w:cs="Calibri"/>
        </w:rPr>
      </w:pPr>
      <w:r w:rsidRPr="00483BF4">
        <w:rPr>
          <w:rFonts w:ascii="Calibri" w:hAnsi="Calibri" w:cs="Calibri"/>
        </w:rPr>
        <w:t xml:space="preserve">It takes account of the DfE statutory guidance Keeping Children Safe in Education 2023, Early Years and Foundation Stage Framework and the East Sussex Safeguarding Children Partnership procedures. </w:t>
      </w:r>
    </w:p>
    <w:p w14:paraId="6C7FD7A7" w14:textId="77777777" w:rsidR="00E315D6" w:rsidRPr="00483BF4" w:rsidRDefault="00856015" w:rsidP="00C308E5">
      <w:pPr>
        <w:pStyle w:val="ListParagraph"/>
        <w:numPr>
          <w:ilvl w:val="0"/>
          <w:numId w:val="7"/>
        </w:numPr>
        <w:spacing w:after="0" w:line="264" w:lineRule="auto"/>
        <w:rPr>
          <w:rFonts w:ascii="Calibri" w:hAnsi="Calibri" w:cs="Calibri"/>
        </w:rPr>
      </w:pPr>
      <w:r w:rsidRPr="00483BF4">
        <w:rPr>
          <w:rFonts w:ascii="Calibri" w:hAnsi="Calibri" w:cs="Calibri"/>
        </w:rPr>
        <w:t>The purpose of this online safety policy is to:</w:t>
      </w:r>
    </w:p>
    <w:p w14:paraId="7F8123AA" w14:textId="77777777" w:rsidR="00E315D6" w:rsidRPr="00483BF4" w:rsidRDefault="00856015" w:rsidP="00C308E5">
      <w:pPr>
        <w:pStyle w:val="ListParagraph"/>
        <w:numPr>
          <w:ilvl w:val="0"/>
          <w:numId w:val="8"/>
        </w:numPr>
        <w:spacing w:after="0" w:line="264" w:lineRule="auto"/>
        <w:rPr>
          <w:rFonts w:ascii="Calibri" w:hAnsi="Calibri" w:cs="Calibri"/>
        </w:rPr>
      </w:pPr>
      <w:r w:rsidRPr="00483BF4">
        <w:rPr>
          <w:rFonts w:ascii="Calibri" w:hAnsi="Calibri" w:cs="Calibri"/>
        </w:rPr>
        <w:t>Safeguard and protect all members of our community online.</w:t>
      </w:r>
    </w:p>
    <w:p w14:paraId="184236A8" w14:textId="77777777" w:rsidR="00E315D6" w:rsidRPr="00483BF4" w:rsidRDefault="00856015" w:rsidP="00C308E5">
      <w:pPr>
        <w:pStyle w:val="ListParagraph"/>
        <w:numPr>
          <w:ilvl w:val="0"/>
          <w:numId w:val="8"/>
        </w:numPr>
        <w:spacing w:after="0" w:line="264" w:lineRule="auto"/>
        <w:rPr>
          <w:rFonts w:ascii="Calibri" w:hAnsi="Calibri" w:cs="Calibri"/>
        </w:rPr>
      </w:pPr>
      <w:r w:rsidRPr="00483BF4">
        <w:rPr>
          <w:rFonts w:ascii="Calibri" w:hAnsi="Calibri" w:cs="Calibri"/>
        </w:rPr>
        <w:t>Identify approaches to educate and raise awareness of online safety throughout the community.</w:t>
      </w:r>
    </w:p>
    <w:p w14:paraId="3F379549" w14:textId="3C3ABC04" w:rsidR="00E315D6" w:rsidRPr="00E67FFE" w:rsidRDefault="00856015" w:rsidP="00C308E5">
      <w:pPr>
        <w:pStyle w:val="ListParagraph"/>
        <w:numPr>
          <w:ilvl w:val="0"/>
          <w:numId w:val="8"/>
        </w:numPr>
        <w:spacing w:after="0" w:line="264" w:lineRule="auto"/>
        <w:rPr>
          <w:rFonts w:ascii="Calibri" w:hAnsi="Calibri" w:cs="Calibri"/>
        </w:rPr>
      </w:pPr>
      <w:r w:rsidRPr="00E67FFE">
        <w:rPr>
          <w:rFonts w:ascii="Calibri" w:hAnsi="Calibri" w:cs="Calibri"/>
        </w:rPr>
        <w:t xml:space="preserve">Enable all staff to work safely and responsibly, to role model positive behaviour online and to manage professional standards and practice when using technology. </w:t>
      </w:r>
    </w:p>
    <w:p w14:paraId="5266EB95" w14:textId="20C3D44B" w:rsidR="00E315D6" w:rsidRPr="00E67FFE" w:rsidRDefault="00856015" w:rsidP="00C308E5">
      <w:pPr>
        <w:pStyle w:val="ListParagraph"/>
        <w:numPr>
          <w:ilvl w:val="0"/>
          <w:numId w:val="8"/>
        </w:numPr>
        <w:spacing w:after="0" w:line="264" w:lineRule="auto"/>
        <w:rPr>
          <w:rFonts w:ascii="Calibri" w:hAnsi="Calibri" w:cs="Calibri"/>
        </w:rPr>
      </w:pPr>
      <w:r w:rsidRPr="00E67FFE">
        <w:rPr>
          <w:rFonts w:ascii="Calibri" w:hAnsi="Calibri" w:cs="Calibri"/>
        </w:rPr>
        <w:t xml:space="preserve">Identify clear procedures to use when responding to online safety concerns. </w:t>
      </w:r>
    </w:p>
    <w:p w14:paraId="516899B4" w14:textId="77777777" w:rsidR="00E315D6" w:rsidRPr="00274851" w:rsidRDefault="00856015" w:rsidP="00C308E5">
      <w:pPr>
        <w:pStyle w:val="ListParagraph"/>
        <w:numPr>
          <w:ilvl w:val="0"/>
          <w:numId w:val="9"/>
        </w:numPr>
        <w:spacing w:after="0" w:line="264" w:lineRule="auto"/>
        <w:rPr>
          <w:rFonts w:ascii="Calibri" w:hAnsi="Calibri" w:cs="Calibri"/>
        </w:rPr>
      </w:pPr>
      <w:r w:rsidRPr="00274851">
        <w:rPr>
          <w:rFonts w:ascii="Calibri" w:hAnsi="Calibri" w:cs="Calibri"/>
        </w:rPr>
        <w:t>We identify that the issues classified within online safety are considerable, but can be broadly categorised into four areas of risk:</w:t>
      </w:r>
    </w:p>
    <w:p w14:paraId="34DD81C8" w14:textId="461C07F8" w:rsidR="00E315D6" w:rsidRPr="00274851" w:rsidRDefault="00856015" w:rsidP="00C308E5">
      <w:pPr>
        <w:pStyle w:val="ListParagraph"/>
        <w:numPr>
          <w:ilvl w:val="0"/>
          <w:numId w:val="8"/>
        </w:numPr>
        <w:spacing w:after="0" w:line="264" w:lineRule="auto"/>
        <w:rPr>
          <w:rFonts w:ascii="Calibri" w:hAnsi="Calibri" w:cs="Calibri"/>
        </w:rPr>
      </w:pPr>
      <w:r w:rsidRPr="00274851">
        <w:rPr>
          <w:rFonts w:ascii="Calibri" w:hAnsi="Calibri" w:cs="Calibri"/>
          <w:b/>
        </w:rPr>
        <w:t xml:space="preserve">Content: </w:t>
      </w:r>
      <w:r w:rsidRPr="00274851">
        <w:rPr>
          <w:rFonts w:ascii="Calibri" w:hAnsi="Calibri" w:cs="Calibri"/>
        </w:rPr>
        <w:t>being exposed to illegal, inappropriate or harmful material</w:t>
      </w:r>
    </w:p>
    <w:p w14:paraId="30C8A502" w14:textId="77CE1CD6" w:rsidR="00E315D6" w:rsidRPr="00274851" w:rsidRDefault="00856015" w:rsidP="00C308E5">
      <w:pPr>
        <w:pStyle w:val="ListParagraph"/>
        <w:numPr>
          <w:ilvl w:val="0"/>
          <w:numId w:val="8"/>
        </w:numPr>
        <w:spacing w:after="0" w:line="264" w:lineRule="auto"/>
        <w:rPr>
          <w:rFonts w:ascii="Calibri" w:hAnsi="Calibri" w:cs="Calibri"/>
        </w:rPr>
      </w:pPr>
      <w:r w:rsidRPr="00274851">
        <w:rPr>
          <w:rFonts w:ascii="Calibri" w:hAnsi="Calibri" w:cs="Calibri"/>
          <w:b/>
        </w:rPr>
        <w:t xml:space="preserve">Contact: </w:t>
      </w:r>
      <w:r w:rsidRPr="00274851">
        <w:rPr>
          <w:rFonts w:ascii="Calibri" w:hAnsi="Calibri" w:cs="Calibri"/>
        </w:rPr>
        <w:t>being subjected to harmful online interaction with other users</w:t>
      </w:r>
    </w:p>
    <w:p w14:paraId="1C6EFEEB" w14:textId="4D5396DA" w:rsidR="00E315D6" w:rsidRPr="00274851" w:rsidRDefault="00856015" w:rsidP="00C308E5">
      <w:pPr>
        <w:pStyle w:val="ListParagraph"/>
        <w:numPr>
          <w:ilvl w:val="0"/>
          <w:numId w:val="8"/>
        </w:numPr>
        <w:spacing w:after="0" w:line="264" w:lineRule="auto"/>
        <w:rPr>
          <w:rFonts w:ascii="Calibri" w:hAnsi="Calibri" w:cs="Calibri"/>
        </w:rPr>
      </w:pPr>
      <w:r w:rsidRPr="00274851">
        <w:rPr>
          <w:rFonts w:ascii="Calibri" w:hAnsi="Calibri" w:cs="Calibri"/>
          <w:b/>
        </w:rPr>
        <w:t xml:space="preserve">Conduct: </w:t>
      </w:r>
      <w:r w:rsidRPr="00274851">
        <w:rPr>
          <w:rFonts w:ascii="Calibri" w:hAnsi="Calibri" w:cs="Calibri"/>
        </w:rPr>
        <w:t>personal online behaviour that increases the likelihood of, or causes, harm.</w:t>
      </w:r>
    </w:p>
    <w:p w14:paraId="693631E5" w14:textId="4BA9E978" w:rsidR="00E315D6" w:rsidRPr="00274851" w:rsidRDefault="00856015" w:rsidP="00C308E5">
      <w:pPr>
        <w:pStyle w:val="ListParagraph"/>
        <w:numPr>
          <w:ilvl w:val="0"/>
          <w:numId w:val="8"/>
        </w:numPr>
        <w:spacing w:after="0" w:line="264" w:lineRule="auto"/>
        <w:rPr>
          <w:rFonts w:ascii="Calibri" w:hAnsi="Calibri" w:cs="Calibri"/>
        </w:rPr>
      </w:pPr>
      <w:r w:rsidRPr="00274851">
        <w:rPr>
          <w:rFonts w:ascii="Calibri" w:hAnsi="Calibri" w:cs="Calibri"/>
          <w:b/>
        </w:rPr>
        <w:t xml:space="preserve">Commerce /Contract: </w:t>
      </w:r>
      <w:r w:rsidRPr="00274851">
        <w:rPr>
          <w:rFonts w:ascii="Calibri" w:hAnsi="Calibri" w:cs="Calibri"/>
        </w:rPr>
        <w:t>risks such as online gambling, inappropriate advertising, phishing and or financial scams and sextortion (online sexual coercion and extortion of children).</w:t>
      </w:r>
    </w:p>
    <w:p w14:paraId="5F2504B1" w14:textId="77777777" w:rsidR="00E315D6" w:rsidRPr="00611144" w:rsidRDefault="00E315D6" w:rsidP="00483BF4">
      <w:pPr>
        <w:spacing w:after="0" w:line="264" w:lineRule="auto"/>
        <w:rPr>
          <w:rFonts w:ascii="Calibri" w:hAnsi="Calibri" w:cs="Calibri"/>
        </w:rPr>
      </w:pPr>
    </w:p>
    <w:p w14:paraId="2A31E6B9" w14:textId="5B6E50AA" w:rsidR="00E315D6" w:rsidRPr="00ED3697" w:rsidRDefault="00ED3697" w:rsidP="00483BF4">
      <w:pPr>
        <w:spacing w:after="0" w:line="264" w:lineRule="auto"/>
        <w:rPr>
          <w:rFonts w:ascii="Calibri" w:hAnsi="Calibri" w:cs="Calibri"/>
          <w:sz w:val="32"/>
          <w:szCs w:val="32"/>
        </w:rPr>
      </w:pPr>
      <w:r>
        <w:rPr>
          <w:rFonts w:ascii="Calibri" w:hAnsi="Calibri" w:cs="Calibri"/>
          <w:b/>
          <w:sz w:val="32"/>
          <w:szCs w:val="32"/>
        </w:rPr>
        <w:t xml:space="preserve">2. </w:t>
      </w:r>
      <w:r w:rsidR="00856015" w:rsidRPr="00ED3697">
        <w:rPr>
          <w:rFonts w:ascii="Calibri" w:hAnsi="Calibri" w:cs="Calibri"/>
          <w:b/>
          <w:sz w:val="32"/>
          <w:szCs w:val="32"/>
        </w:rPr>
        <w:t xml:space="preserve">Policy Scope </w:t>
      </w:r>
      <w:r w:rsidR="00856015" w:rsidRPr="00ED3697">
        <w:rPr>
          <w:rFonts w:ascii="Calibri" w:hAnsi="Calibri" w:cs="Calibri"/>
          <w:sz w:val="32"/>
          <w:szCs w:val="32"/>
        </w:rPr>
        <w:br/>
      </w:r>
    </w:p>
    <w:p w14:paraId="576D1AAD" w14:textId="77777777" w:rsidR="00E315D6" w:rsidRPr="00836F16" w:rsidRDefault="00856015" w:rsidP="00C308E5">
      <w:pPr>
        <w:pStyle w:val="ListParagraph"/>
        <w:numPr>
          <w:ilvl w:val="0"/>
          <w:numId w:val="9"/>
        </w:numPr>
        <w:spacing w:after="0" w:line="264" w:lineRule="auto"/>
        <w:rPr>
          <w:rFonts w:ascii="Calibri" w:hAnsi="Calibri" w:cs="Calibri"/>
        </w:rPr>
      </w:pPr>
      <w:r w:rsidRPr="00836F16">
        <w:rPr>
          <w:rFonts w:ascii="Calibri" w:hAnsi="Calibri" w:cs="Calibri"/>
        </w:rPr>
        <w:t>We believe that online safety is an essential part of safeguarding and acknowledges its duty to ensure that all learners and staff are protected from potential harm online.</w:t>
      </w:r>
    </w:p>
    <w:p w14:paraId="0FA54607" w14:textId="77777777" w:rsidR="00E315D6" w:rsidRPr="00836F16" w:rsidRDefault="00856015" w:rsidP="00C308E5">
      <w:pPr>
        <w:pStyle w:val="ListParagraph"/>
        <w:numPr>
          <w:ilvl w:val="0"/>
          <w:numId w:val="9"/>
        </w:numPr>
        <w:spacing w:after="0" w:line="264" w:lineRule="auto"/>
        <w:rPr>
          <w:rFonts w:ascii="Calibri" w:hAnsi="Calibri" w:cs="Calibri"/>
        </w:rPr>
      </w:pPr>
      <w:r w:rsidRPr="00836F16">
        <w:rPr>
          <w:rFonts w:ascii="Calibri" w:hAnsi="Calibri" w:cs="Calibri"/>
        </w:rPr>
        <w:t>We identify that the internet and associated devices, such as computers, tablets, mobile phones, smart watches and games consoles, are an important part of everyday life.</w:t>
      </w:r>
    </w:p>
    <w:p w14:paraId="527C3297" w14:textId="77777777" w:rsidR="00E315D6" w:rsidRPr="00836F16" w:rsidRDefault="00856015" w:rsidP="00C308E5">
      <w:pPr>
        <w:pStyle w:val="ListParagraph"/>
        <w:numPr>
          <w:ilvl w:val="0"/>
          <w:numId w:val="9"/>
        </w:numPr>
        <w:spacing w:after="0" w:line="264" w:lineRule="auto"/>
        <w:rPr>
          <w:rFonts w:ascii="Calibri" w:hAnsi="Calibri" w:cs="Calibri"/>
        </w:rPr>
      </w:pPr>
      <w:r w:rsidRPr="00836F16">
        <w:rPr>
          <w:rFonts w:ascii="Calibri" w:hAnsi="Calibri" w:cs="Calibri"/>
        </w:rPr>
        <w:t>We believe that learners should be empowered to build resilience and to develop strategies to manage and respond to risk online.</w:t>
      </w:r>
    </w:p>
    <w:p w14:paraId="01AD9F9A" w14:textId="77777777" w:rsidR="00E315D6" w:rsidRPr="00836F16" w:rsidRDefault="00856015" w:rsidP="00C308E5">
      <w:pPr>
        <w:pStyle w:val="ListParagraph"/>
        <w:numPr>
          <w:ilvl w:val="0"/>
          <w:numId w:val="9"/>
        </w:numPr>
        <w:spacing w:after="0" w:line="264" w:lineRule="auto"/>
        <w:rPr>
          <w:rFonts w:ascii="Calibri" w:hAnsi="Calibri" w:cs="Calibri"/>
        </w:rPr>
      </w:pPr>
      <w:r w:rsidRPr="00836F16">
        <w:rPr>
          <w:rFonts w:ascii="Calibri" w:hAnsi="Calibri" w:cs="Calibri"/>
        </w:rPr>
        <w:t>This policy applies to all staff including the governing body, teachers, support staff, external contractors, visitors, volunteers, work experience students and other individuals who work for, or provide services on behalf of the setting (collectively referred to as “staff” in this policy) as well as learners, parents and carers.</w:t>
      </w:r>
    </w:p>
    <w:p w14:paraId="7CD09B20" w14:textId="77777777" w:rsidR="00E315D6" w:rsidRPr="00836F16" w:rsidRDefault="00856015" w:rsidP="00C308E5">
      <w:pPr>
        <w:pStyle w:val="ListParagraph"/>
        <w:numPr>
          <w:ilvl w:val="0"/>
          <w:numId w:val="9"/>
        </w:numPr>
        <w:spacing w:after="0" w:line="264" w:lineRule="auto"/>
        <w:rPr>
          <w:rFonts w:ascii="Calibri" w:hAnsi="Calibri" w:cs="Calibri"/>
        </w:rPr>
      </w:pPr>
      <w:r w:rsidRPr="00836F16">
        <w:rPr>
          <w:rFonts w:ascii="Calibri" w:hAnsi="Calibri" w:cs="Calibri"/>
        </w:rPr>
        <w:lastRenderedPageBreak/>
        <w:t>This policy applies to all access to the internet and use of technology, including personal devices, or where learners, staff or other individuals have been provided with setting issued devices for use off-site, such as a work laptops, tablets or mobile phones.</w:t>
      </w:r>
    </w:p>
    <w:p w14:paraId="69DC2611" w14:textId="77777777" w:rsidR="00E315D6" w:rsidRPr="00836F16" w:rsidRDefault="00856015" w:rsidP="00C308E5">
      <w:pPr>
        <w:pStyle w:val="ListParagraph"/>
        <w:numPr>
          <w:ilvl w:val="0"/>
          <w:numId w:val="9"/>
        </w:numPr>
        <w:spacing w:after="0" w:line="264" w:lineRule="auto"/>
        <w:rPr>
          <w:rFonts w:ascii="Calibri" w:hAnsi="Calibri" w:cs="Calibri"/>
        </w:rPr>
      </w:pPr>
      <w:r w:rsidRPr="00836F16">
        <w:rPr>
          <w:rFonts w:ascii="Calibri" w:hAnsi="Calibri" w:cs="Calibri"/>
        </w:rPr>
        <w:t xml:space="preserve">The Education and Inspections Act 2006 empowers Headteachers/Principals to such extent as is reasonable to regulate the behaviour of students when they are off the school/academy site and empowers members of staff to impose disciplinary penalties for inappropriate behaviour. E.g. online bullying or online safety incidents which may take place outside of the school/academy but is linked to member of the school/academy.  The Behaviour in Schools guidance (2022) further reinforces this stating: </w:t>
      </w:r>
      <w:r w:rsidRPr="00836F16">
        <w:rPr>
          <w:rFonts w:ascii="Calibri" w:hAnsi="Calibri" w:cs="Calibri"/>
          <w:i/>
        </w:rPr>
        <w:t>Maintained schools and academies’ behaviour policies should set out what the school will do in response to non-criminal poor behaviour and bullying which occurs off the school premises or online and which is witnessed by a staff member or reported to the school,</w:t>
      </w:r>
    </w:p>
    <w:p w14:paraId="31CF7406" w14:textId="77777777" w:rsidR="00836F16" w:rsidRDefault="00856015" w:rsidP="00C308E5">
      <w:pPr>
        <w:pStyle w:val="ListParagraph"/>
        <w:numPr>
          <w:ilvl w:val="0"/>
          <w:numId w:val="9"/>
        </w:numPr>
        <w:spacing w:after="0" w:line="264" w:lineRule="auto"/>
        <w:rPr>
          <w:rFonts w:ascii="Calibri" w:hAnsi="Calibri" w:cs="Calibri"/>
        </w:rPr>
      </w:pPr>
      <w:r w:rsidRPr="00836F16">
        <w:rPr>
          <w:rFonts w:ascii="Calibri" w:hAnsi="Calibri" w:cs="Calibri"/>
        </w:rPr>
        <w:t>In this respect the school will deal with such incidents within this policy and associated behaviour and anti-bullying policies to such extent as is reasonable and will, where known, inform parents/carers of incidents of inappropriate online safety behaviour that has taken place out of school. Action can only be taken over issues covered by the published Behaviour Policy</w:t>
      </w:r>
    </w:p>
    <w:p w14:paraId="18410D68" w14:textId="77777777" w:rsidR="009016B3" w:rsidRDefault="009016B3" w:rsidP="009016B3">
      <w:pPr>
        <w:pStyle w:val="ListParagraph"/>
        <w:spacing w:after="0" w:line="264" w:lineRule="auto"/>
        <w:ind w:left="360"/>
        <w:rPr>
          <w:rFonts w:ascii="Calibri" w:hAnsi="Calibri" w:cs="Calibri"/>
        </w:rPr>
      </w:pPr>
    </w:p>
    <w:p w14:paraId="16535C98" w14:textId="7EA2EA02" w:rsidR="00E315D6" w:rsidRPr="00836F16" w:rsidRDefault="00856015" w:rsidP="00836F16">
      <w:pPr>
        <w:spacing w:after="0" w:line="264" w:lineRule="auto"/>
        <w:rPr>
          <w:rFonts w:ascii="Calibri" w:hAnsi="Calibri" w:cs="Calibri"/>
        </w:rPr>
      </w:pPr>
      <w:r w:rsidRPr="00836F16">
        <w:rPr>
          <w:rFonts w:ascii="Calibri" w:hAnsi="Calibri" w:cs="Calibri"/>
          <w:b/>
          <w:sz w:val="32"/>
          <w:szCs w:val="32"/>
        </w:rPr>
        <w:t xml:space="preserve">2.1 Links with other policies and practices </w:t>
      </w:r>
    </w:p>
    <w:p w14:paraId="1713E161"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 xml:space="preserve">This policy </w:t>
      </w:r>
      <w:r w:rsidRPr="00F806D4">
        <w:rPr>
          <w:rFonts w:ascii="Calibri" w:hAnsi="Calibri" w:cs="Calibri"/>
          <w:b/>
        </w:rPr>
        <w:t>links</w:t>
      </w:r>
      <w:r w:rsidRPr="00F806D4">
        <w:rPr>
          <w:rFonts w:ascii="Calibri" w:hAnsi="Calibri" w:cs="Calibri"/>
        </w:rPr>
        <w:t xml:space="preserve"> with several other policies, practices and action plans including: </w:t>
      </w:r>
    </w:p>
    <w:p w14:paraId="70B9F584"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Anti-bullying policy</w:t>
      </w:r>
    </w:p>
    <w:p w14:paraId="290CBA65"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 xml:space="preserve">Acceptable Use Policies (AUP) </w:t>
      </w:r>
    </w:p>
    <w:p w14:paraId="68578ED4"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Staff code of conduct and confidentiality policy (HR staff handbook)</w:t>
      </w:r>
    </w:p>
    <w:p w14:paraId="020F4891"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Behaviour policy</w:t>
      </w:r>
    </w:p>
    <w:p w14:paraId="1F5F8538"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 xml:space="preserve">Safeguarding and child protection policy </w:t>
      </w:r>
    </w:p>
    <w:p w14:paraId="2E868512"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Relationships education, sex education and health education (RSHE) policy</w:t>
      </w:r>
    </w:p>
    <w:p w14:paraId="79ABD834" w14:textId="77777777" w:rsidR="00E315D6" w:rsidRPr="00F806D4" w:rsidRDefault="00856015" w:rsidP="00C308E5">
      <w:pPr>
        <w:pStyle w:val="ListParagraph"/>
        <w:numPr>
          <w:ilvl w:val="0"/>
          <w:numId w:val="10"/>
        </w:numPr>
        <w:spacing w:after="0" w:line="264" w:lineRule="auto"/>
        <w:rPr>
          <w:rFonts w:ascii="Calibri" w:hAnsi="Calibri" w:cs="Calibri"/>
        </w:rPr>
      </w:pPr>
      <w:r w:rsidRPr="00F806D4">
        <w:rPr>
          <w:rFonts w:ascii="Calibri" w:hAnsi="Calibri" w:cs="Calibri"/>
        </w:rPr>
        <w:t xml:space="preserve">GDPR policy and data storing and security policies </w:t>
      </w:r>
    </w:p>
    <w:p w14:paraId="50924CD5" w14:textId="77777777" w:rsidR="00E315D6" w:rsidRPr="00611144" w:rsidRDefault="00E315D6" w:rsidP="00483BF4">
      <w:pPr>
        <w:spacing w:after="0" w:line="264" w:lineRule="auto"/>
        <w:rPr>
          <w:rFonts w:ascii="Calibri" w:hAnsi="Calibri" w:cs="Calibri"/>
        </w:rPr>
      </w:pPr>
    </w:p>
    <w:p w14:paraId="179A70A8" w14:textId="77777777" w:rsidR="00E315D6" w:rsidRPr="00F806D4" w:rsidRDefault="00856015" w:rsidP="00483BF4">
      <w:pPr>
        <w:pStyle w:val="Heading2"/>
        <w:spacing w:before="0" w:line="264" w:lineRule="auto"/>
        <w:rPr>
          <w:rFonts w:ascii="Calibri" w:hAnsi="Calibri" w:cs="Calibri"/>
          <w:color w:val="000000" w:themeColor="text1"/>
          <w:sz w:val="32"/>
          <w:szCs w:val="32"/>
        </w:rPr>
      </w:pPr>
      <w:r w:rsidRPr="00F806D4">
        <w:rPr>
          <w:rFonts w:ascii="Calibri" w:hAnsi="Calibri" w:cs="Calibri"/>
          <w:color w:val="000000" w:themeColor="text1"/>
          <w:sz w:val="32"/>
          <w:szCs w:val="32"/>
        </w:rPr>
        <w:t>2.2 Online safety in community activities, after-school clubs and tuition</w:t>
      </w:r>
    </w:p>
    <w:p w14:paraId="1AE09861" w14:textId="77777777" w:rsidR="00E315D6" w:rsidRPr="00F806D4" w:rsidRDefault="00856015" w:rsidP="00C308E5">
      <w:pPr>
        <w:pStyle w:val="ListParagraph"/>
        <w:numPr>
          <w:ilvl w:val="0"/>
          <w:numId w:val="11"/>
        </w:numPr>
        <w:spacing w:after="0" w:line="264" w:lineRule="auto"/>
        <w:rPr>
          <w:rFonts w:ascii="Calibri" w:hAnsi="Calibri" w:cs="Calibri"/>
        </w:rPr>
      </w:pPr>
      <w:r w:rsidRPr="00F806D4">
        <w:rPr>
          <w:rFonts w:ascii="Calibri" w:hAnsi="Calibri" w:cs="Calibri"/>
        </w:rPr>
        <w:t>When our school hires out or lets school facilities/premises to organisations or individuals (e.g. community groups, sports associations and service provider to run community or extra-curricular activities), we ensure that appropriate arrangements are in place to keep children safe.</w:t>
      </w:r>
    </w:p>
    <w:p w14:paraId="35426F52" w14:textId="77777777" w:rsidR="00E315D6" w:rsidRPr="00F806D4" w:rsidRDefault="00856015" w:rsidP="00C308E5">
      <w:pPr>
        <w:pStyle w:val="ListParagraph"/>
        <w:numPr>
          <w:ilvl w:val="0"/>
          <w:numId w:val="11"/>
        </w:numPr>
        <w:spacing w:after="0" w:line="264" w:lineRule="auto"/>
        <w:rPr>
          <w:rFonts w:ascii="Calibri" w:hAnsi="Calibri" w:cs="Calibri"/>
        </w:rPr>
      </w:pPr>
      <w:r w:rsidRPr="00F806D4">
        <w:rPr>
          <w:rFonts w:ascii="Calibri" w:hAnsi="Calibri" w:cs="Calibri"/>
        </w:rPr>
        <w:t>We seek assurances that where services or activities are provided separately by another body (not under direct supervision or management of our school staff) there are appropriate safeguarding and child protection policies and procedures in place (including online safety) and will inspect these as necessary. This applies regardless of whether or not the children who are attending these services are on our school roll.</w:t>
      </w:r>
    </w:p>
    <w:p w14:paraId="50B56B77" w14:textId="77777777" w:rsidR="00E315D6" w:rsidRPr="00F806D4" w:rsidRDefault="00856015" w:rsidP="00C308E5">
      <w:pPr>
        <w:pStyle w:val="ListParagraph"/>
        <w:numPr>
          <w:ilvl w:val="0"/>
          <w:numId w:val="11"/>
        </w:numPr>
        <w:spacing w:after="0" w:line="264" w:lineRule="auto"/>
        <w:rPr>
          <w:rFonts w:ascii="Calibri" w:hAnsi="Calibri" w:cs="Calibri"/>
        </w:rPr>
      </w:pPr>
      <w:r w:rsidRPr="00F806D4">
        <w:rPr>
          <w:rFonts w:ascii="Calibri" w:hAnsi="Calibri" w:cs="Calibri"/>
        </w:rPr>
        <w:t xml:space="preserve">Safeguarding arrangements are clearly detailed in any transfer of control agreement (i.e. lease or hire agreement). </w:t>
      </w:r>
    </w:p>
    <w:p w14:paraId="5AE8836E" w14:textId="77777777" w:rsidR="00E315D6" w:rsidRPr="00F806D4" w:rsidRDefault="00856015" w:rsidP="00C308E5">
      <w:pPr>
        <w:pStyle w:val="ListParagraph"/>
        <w:numPr>
          <w:ilvl w:val="0"/>
          <w:numId w:val="11"/>
        </w:numPr>
        <w:spacing w:after="0" w:line="264" w:lineRule="auto"/>
        <w:rPr>
          <w:rFonts w:ascii="Calibri" w:hAnsi="Calibri" w:cs="Calibri"/>
        </w:rPr>
      </w:pPr>
      <w:r w:rsidRPr="00F806D4">
        <w:rPr>
          <w:rFonts w:ascii="Calibri" w:hAnsi="Calibri" w:cs="Calibri"/>
        </w:rPr>
        <w:lastRenderedPageBreak/>
        <w:t>The DfE has published  for organisations and individuals who provide these activities for children and young people and this document contains a section on online safety which makes clear that the provider should have an online safety policy or acceptable use policies in place as well as appropriate filtering and monitoring. A staff behaviour policy should also include information on relationships and communications between children (and parents) and staff/volunteers, including the use of social media.</w:t>
      </w:r>
    </w:p>
    <w:p w14:paraId="2506EC94" w14:textId="77777777" w:rsidR="00E315D6" w:rsidRPr="00611144" w:rsidRDefault="00E315D6" w:rsidP="00483BF4">
      <w:pPr>
        <w:spacing w:after="0" w:line="264" w:lineRule="auto"/>
        <w:rPr>
          <w:rFonts w:ascii="Calibri" w:hAnsi="Calibri" w:cs="Calibri"/>
        </w:rPr>
      </w:pPr>
    </w:p>
    <w:p w14:paraId="15AEA689" w14:textId="1739ED7C" w:rsidR="00E315D6" w:rsidRPr="00F806D4" w:rsidRDefault="00F806D4" w:rsidP="00483BF4">
      <w:pPr>
        <w:spacing w:after="0" w:line="264" w:lineRule="auto"/>
        <w:rPr>
          <w:rFonts w:ascii="Calibri" w:hAnsi="Calibri" w:cs="Calibri"/>
          <w:sz w:val="32"/>
          <w:szCs w:val="32"/>
        </w:rPr>
      </w:pPr>
      <w:r>
        <w:rPr>
          <w:rFonts w:ascii="Calibri" w:hAnsi="Calibri" w:cs="Calibri"/>
          <w:b/>
          <w:sz w:val="32"/>
          <w:szCs w:val="32"/>
        </w:rPr>
        <w:t xml:space="preserve">3. </w:t>
      </w:r>
      <w:r w:rsidR="00856015" w:rsidRPr="00F806D4">
        <w:rPr>
          <w:rFonts w:ascii="Calibri" w:hAnsi="Calibri" w:cs="Calibri"/>
          <w:b/>
          <w:sz w:val="32"/>
          <w:szCs w:val="32"/>
        </w:rPr>
        <w:t>Monitoring and Review</w:t>
      </w:r>
    </w:p>
    <w:p w14:paraId="68379528" w14:textId="77777777" w:rsidR="00E315D6" w:rsidRPr="00611144" w:rsidRDefault="00E315D6" w:rsidP="00483BF4">
      <w:pPr>
        <w:spacing w:after="0" w:line="264" w:lineRule="auto"/>
        <w:rPr>
          <w:rFonts w:ascii="Calibri" w:hAnsi="Calibri" w:cs="Calibri"/>
        </w:rPr>
      </w:pPr>
    </w:p>
    <w:p w14:paraId="376212FF" w14:textId="77777777" w:rsidR="00E315D6" w:rsidRPr="00F806D4" w:rsidRDefault="00856015" w:rsidP="00C308E5">
      <w:pPr>
        <w:pStyle w:val="ListParagraph"/>
        <w:numPr>
          <w:ilvl w:val="0"/>
          <w:numId w:val="12"/>
        </w:numPr>
        <w:spacing w:after="0" w:line="264" w:lineRule="auto"/>
        <w:rPr>
          <w:rFonts w:ascii="Calibri" w:hAnsi="Calibri" w:cs="Calibri"/>
        </w:rPr>
      </w:pPr>
      <w:r w:rsidRPr="00F806D4">
        <w:rPr>
          <w:rFonts w:ascii="Calibri" w:hAnsi="Calibri" w:cs="Calibri"/>
        </w:rPr>
        <w:t xml:space="preserve">Technology in this area evolves and changes rapidly; We will review this policy at least annually </w:t>
      </w:r>
    </w:p>
    <w:p w14:paraId="487F96F4" w14:textId="77777777" w:rsidR="00E315D6" w:rsidRPr="00F806D4" w:rsidRDefault="00856015" w:rsidP="00C308E5">
      <w:pPr>
        <w:pStyle w:val="ListParagraph"/>
        <w:numPr>
          <w:ilvl w:val="0"/>
          <w:numId w:val="12"/>
        </w:numPr>
        <w:spacing w:after="0" w:line="264" w:lineRule="auto"/>
        <w:rPr>
          <w:rFonts w:ascii="Calibri" w:hAnsi="Calibri" w:cs="Calibri"/>
        </w:rPr>
      </w:pPr>
      <w:r w:rsidRPr="00F806D4">
        <w:rPr>
          <w:rFonts w:ascii="Calibri" w:hAnsi="Calibri" w:cs="Calibri"/>
        </w:rPr>
        <w:t>The policy will also be revised following any national or local policy requirements, any child protection concerns or any changes to the technical infrastructure</w:t>
      </w:r>
    </w:p>
    <w:p w14:paraId="61CEF212" w14:textId="77777777" w:rsidR="00E315D6" w:rsidRPr="00F806D4" w:rsidRDefault="00856015" w:rsidP="00C308E5">
      <w:pPr>
        <w:pStyle w:val="ListParagraph"/>
        <w:numPr>
          <w:ilvl w:val="0"/>
          <w:numId w:val="12"/>
        </w:numPr>
        <w:spacing w:after="0" w:line="264" w:lineRule="auto"/>
        <w:rPr>
          <w:rFonts w:ascii="Calibri" w:hAnsi="Calibri" w:cs="Calibri"/>
        </w:rPr>
      </w:pPr>
      <w:r w:rsidRPr="00F806D4">
        <w:rPr>
          <w:rFonts w:ascii="Calibri" w:hAnsi="Calibri" w:cs="Calibri"/>
        </w:rPr>
        <w:t xml:space="preserve">We will regularly monitor internet use and evaluate online safety mechanisms to ensure that this policy is consistently applied. </w:t>
      </w:r>
    </w:p>
    <w:p w14:paraId="5B2977CD" w14:textId="77777777" w:rsidR="00E315D6" w:rsidRPr="00F806D4" w:rsidRDefault="00856015" w:rsidP="00C308E5">
      <w:pPr>
        <w:pStyle w:val="ListParagraph"/>
        <w:numPr>
          <w:ilvl w:val="0"/>
          <w:numId w:val="12"/>
        </w:numPr>
        <w:spacing w:after="0" w:line="264" w:lineRule="auto"/>
        <w:rPr>
          <w:rFonts w:ascii="Calibri" w:hAnsi="Calibri" w:cs="Calibri"/>
        </w:rPr>
      </w:pPr>
      <w:r w:rsidRPr="00F806D4">
        <w:rPr>
          <w:rFonts w:ascii="Calibri" w:hAnsi="Calibri" w:cs="Calibri"/>
        </w:rPr>
        <w:t xml:space="preserve">To ensure they have oversight of online safety, the headteacher will be informed of online safety concerns, as appropriate. </w:t>
      </w:r>
    </w:p>
    <w:p w14:paraId="60E5D674" w14:textId="77777777" w:rsidR="00E315D6" w:rsidRPr="00F806D4" w:rsidRDefault="00856015" w:rsidP="00C308E5">
      <w:pPr>
        <w:pStyle w:val="ListParagraph"/>
        <w:numPr>
          <w:ilvl w:val="0"/>
          <w:numId w:val="12"/>
        </w:numPr>
        <w:spacing w:after="0" w:line="264" w:lineRule="auto"/>
        <w:rPr>
          <w:rFonts w:ascii="Calibri" w:hAnsi="Calibri" w:cs="Calibri"/>
        </w:rPr>
      </w:pPr>
      <w:r w:rsidRPr="00F806D4">
        <w:rPr>
          <w:rFonts w:ascii="Calibri" w:hAnsi="Calibri" w:cs="Calibri"/>
        </w:rPr>
        <w:t xml:space="preserve">The named DSL will report on a regular basis to the governing body on online safety practice and incidents, including outcomes. </w:t>
      </w:r>
    </w:p>
    <w:p w14:paraId="6C60F7F4" w14:textId="77777777" w:rsidR="00E315D6" w:rsidRPr="00F806D4" w:rsidRDefault="00856015" w:rsidP="00C308E5">
      <w:pPr>
        <w:pStyle w:val="ListParagraph"/>
        <w:numPr>
          <w:ilvl w:val="0"/>
          <w:numId w:val="12"/>
        </w:numPr>
        <w:spacing w:after="0" w:line="264" w:lineRule="auto"/>
        <w:rPr>
          <w:rFonts w:ascii="Calibri" w:hAnsi="Calibri" w:cs="Calibri"/>
        </w:rPr>
      </w:pPr>
      <w:r w:rsidRPr="00F806D4">
        <w:rPr>
          <w:rFonts w:ascii="Calibri" w:hAnsi="Calibri" w:cs="Calibri"/>
        </w:rPr>
        <w:t>Any issues identified via monitoring will be incorporated into our action planning.</w:t>
      </w:r>
    </w:p>
    <w:p w14:paraId="5F154758" w14:textId="77777777" w:rsidR="00E315D6" w:rsidRPr="00611144" w:rsidRDefault="00E315D6" w:rsidP="00483BF4">
      <w:pPr>
        <w:spacing w:after="0" w:line="264" w:lineRule="auto"/>
        <w:rPr>
          <w:rFonts w:ascii="Calibri" w:hAnsi="Calibri" w:cs="Calibri"/>
        </w:rPr>
      </w:pPr>
    </w:p>
    <w:p w14:paraId="4E5EF6F9" w14:textId="0D22945B" w:rsidR="00E315D6" w:rsidRPr="001248F1" w:rsidRDefault="001248F1" w:rsidP="00483BF4">
      <w:pPr>
        <w:spacing w:after="0" w:line="264" w:lineRule="auto"/>
        <w:rPr>
          <w:rFonts w:ascii="Calibri" w:hAnsi="Calibri" w:cs="Calibri"/>
          <w:sz w:val="28"/>
          <w:szCs w:val="28"/>
        </w:rPr>
      </w:pPr>
      <w:r>
        <w:rPr>
          <w:rFonts w:ascii="Calibri" w:hAnsi="Calibri" w:cs="Calibri"/>
          <w:b/>
          <w:sz w:val="28"/>
          <w:szCs w:val="28"/>
        </w:rPr>
        <w:t xml:space="preserve">4. </w:t>
      </w:r>
      <w:r w:rsidR="00856015" w:rsidRPr="001248F1">
        <w:rPr>
          <w:rFonts w:ascii="Calibri" w:hAnsi="Calibri" w:cs="Calibri"/>
          <w:b/>
          <w:sz w:val="28"/>
          <w:szCs w:val="28"/>
        </w:rPr>
        <w:t xml:space="preserve">Roles and Responsibilities </w:t>
      </w:r>
    </w:p>
    <w:p w14:paraId="2C359FE6" w14:textId="77777777" w:rsidR="00E315D6" w:rsidRPr="00611144" w:rsidRDefault="00E315D6" w:rsidP="00483BF4">
      <w:pPr>
        <w:spacing w:after="0" w:line="264" w:lineRule="auto"/>
        <w:rPr>
          <w:rFonts w:ascii="Calibri" w:hAnsi="Calibri" w:cs="Calibri"/>
        </w:rPr>
      </w:pPr>
    </w:p>
    <w:p w14:paraId="2044148C" w14:textId="77777777" w:rsidR="00E315D6" w:rsidRPr="001248F1" w:rsidRDefault="00856015" w:rsidP="00C308E5">
      <w:pPr>
        <w:pStyle w:val="ListParagraph"/>
        <w:numPr>
          <w:ilvl w:val="0"/>
          <w:numId w:val="13"/>
        </w:numPr>
        <w:spacing w:after="0" w:line="264" w:lineRule="auto"/>
        <w:rPr>
          <w:rFonts w:ascii="Calibri" w:hAnsi="Calibri" w:cs="Calibri"/>
        </w:rPr>
      </w:pPr>
      <w:r w:rsidRPr="001248F1">
        <w:rPr>
          <w:rFonts w:ascii="Calibri" w:hAnsi="Calibri" w:cs="Calibri"/>
        </w:rPr>
        <w:t xml:space="preserve">The Designated Safeguarding Lead (DSL) Louise Moor, Headteacher has lead responsibility for online safety. </w:t>
      </w:r>
    </w:p>
    <w:p w14:paraId="6ED4F81A" w14:textId="77777777" w:rsidR="00E315D6" w:rsidRPr="001248F1" w:rsidRDefault="00856015" w:rsidP="00C308E5">
      <w:pPr>
        <w:pStyle w:val="ListParagraph"/>
        <w:numPr>
          <w:ilvl w:val="0"/>
          <w:numId w:val="13"/>
        </w:numPr>
        <w:spacing w:after="0" w:line="264" w:lineRule="auto"/>
        <w:rPr>
          <w:rFonts w:ascii="Calibri" w:hAnsi="Calibri" w:cs="Calibri"/>
        </w:rPr>
      </w:pPr>
      <w:r w:rsidRPr="001248F1">
        <w:rPr>
          <w:rFonts w:ascii="Calibri" w:hAnsi="Calibri" w:cs="Calibri"/>
        </w:rPr>
        <w:t>Whilst activities of the designated safeguarding lead may be delegated to appropriately trained deputies, the ultimate lead responsibility for safeguarding and child protection remains with the DSL.</w:t>
      </w:r>
    </w:p>
    <w:p w14:paraId="7B3EF4F4" w14:textId="28584228" w:rsidR="00E315D6" w:rsidRPr="001248F1" w:rsidRDefault="00856015" w:rsidP="00C308E5">
      <w:pPr>
        <w:pStyle w:val="ListParagraph"/>
        <w:numPr>
          <w:ilvl w:val="0"/>
          <w:numId w:val="13"/>
        </w:numPr>
        <w:spacing w:after="0" w:line="264" w:lineRule="auto"/>
        <w:rPr>
          <w:rFonts w:ascii="Calibri" w:hAnsi="Calibri" w:cs="Calibri"/>
        </w:rPr>
      </w:pPr>
      <w:r w:rsidRPr="001248F1">
        <w:rPr>
          <w:rFonts w:ascii="Calibri" w:hAnsi="Calibri" w:cs="Calibri"/>
        </w:rPr>
        <w:t xml:space="preserve">The digital and technology standards in schools guidance states that the governing body should identify and assign a member of the leadership team and a governor to be responsible for ensuring these standards are met. The governor responsible for this is </w:t>
      </w:r>
      <w:r w:rsidR="001248F1" w:rsidRPr="001248F1">
        <w:rPr>
          <w:rFonts w:ascii="Calibri" w:hAnsi="Calibri" w:cs="Calibri"/>
        </w:rPr>
        <w:t>Hannah Willard.</w:t>
      </w:r>
    </w:p>
    <w:p w14:paraId="39482A0E" w14:textId="77777777" w:rsidR="00E315D6" w:rsidRPr="001248F1" w:rsidRDefault="00856015" w:rsidP="00C308E5">
      <w:pPr>
        <w:pStyle w:val="ListParagraph"/>
        <w:numPr>
          <w:ilvl w:val="0"/>
          <w:numId w:val="13"/>
        </w:numPr>
        <w:spacing w:after="0" w:line="264" w:lineRule="auto"/>
        <w:rPr>
          <w:rFonts w:ascii="Calibri" w:hAnsi="Calibri" w:cs="Calibri"/>
        </w:rPr>
      </w:pPr>
      <w:r w:rsidRPr="001248F1">
        <w:rPr>
          <w:rFonts w:ascii="Calibri" w:hAnsi="Calibri" w:cs="Calibri"/>
        </w:rPr>
        <w:t xml:space="preserve">We recognise that all members of the community have important roles and responsibilities to play with regards to online safety. </w:t>
      </w:r>
    </w:p>
    <w:p w14:paraId="208226D7" w14:textId="77777777" w:rsidR="00E315D6" w:rsidRPr="00611144" w:rsidRDefault="00E315D6" w:rsidP="00483BF4">
      <w:pPr>
        <w:spacing w:after="0" w:line="264" w:lineRule="auto"/>
        <w:rPr>
          <w:rFonts w:ascii="Calibri" w:hAnsi="Calibri" w:cs="Calibri"/>
        </w:rPr>
      </w:pPr>
    </w:p>
    <w:p w14:paraId="3C18D215" w14:textId="77777777" w:rsidR="00E315D6" w:rsidRPr="001248F1" w:rsidRDefault="00856015" w:rsidP="00483BF4">
      <w:pPr>
        <w:spacing w:after="0" w:line="264" w:lineRule="auto"/>
        <w:rPr>
          <w:rFonts w:ascii="Calibri" w:hAnsi="Calibri" w:cs="Calibri"/>
          <w:sz w:val="32"/>
          <w:szCs w:val="32"/>
        </w:rPr>
      </w:pPr>
      <w:r w:rsidRPr="001248F1">
        <w:rPr>
          <w:rFonts w:ascii="Calibri" w:hAnsi="Calibri" w:cs="Calibri"/>
          <w:b/>
          <w:sz w:val="32"/>
          <w:szCs w:val="32"/>
        </w:rPr>
        <w:t>4.1 The leadership and management team and governors will:</w:t>
      </w:r>
    </w:p>
    <w:p w14:paraId="1F405083" w14:textId="77777777" w:rsidR="00E315D6" w:rsidRPr="001248F1" w:rsidRDefault="00856015" w:rsidP="00C308E5">
      <w:pPr>
        <w:pStyle w:val="ListParagraph"/>
        <w:numPr>
          <w:ilvl w:val="0"/>
          <w:numId w:val="14"/>
        </w:numPr>
        <w:spacing w:after="0" w:line="264" w:lineRule="auto"/>
        <w:rPr>
          <w:rFonts w:ascii="Calibri" w:hAnsi="Calibri" w:cs="Calibri"/>
        </w:rPr>
      </w:pPr>
      <w:r w:rsidRPr="001248F1">
        <w:rPr>
          <w:rFonts w:ascii="Calibri" w:hAnsi="Calibri" w:cs="Calibri"/>
        </w:rPr>
        <w:t>Ensure that online safety is viewed as a safeguarding issue and that practice is in line with national and local recommendations and requirements.</w:t>
      </w:r>
    </w:p>
    <w:p w14:paraId="015D861D" w14:textId="77777777" w:rsidR="00E315D6" w:rsidRPr="001248F1" w:rsidRDefault="00856015" w:rsidP="00C308E5">
      <w:pPr>
        <w:pStyle w:val="ListParagraph"/>
        <w:numPr>
          <w:ilvl w:val="0"/>
          <w:numId w:val="14"/>
        </w:numPr>
        <w:spacing w:after="0" w:line="264" w:lineRule="auto"/>
        <w:rPr>
          <w:rFonts w:ascii="Calibri" w:hAnsi="Calibri" w:cs="Calibri"/>
        </w:rPr>
      </w:pPr>
      <w:r w:rsidRPr="001248F1">
        <w:rPr>
          <w:rFonts w:ascii="Calibri" w:hAnsi="Calibri" w:cs="Calibri"/>
        </w:rPr>
        <w:t xml:space="preserve">Ensure that online safety is a running and interrelated theme whilst devising and implementing the whole school approach to safeguarding and related policies and procedures. This will include considering how online safety is reflected as required in all relevant policies (including the staff code of conduct and/or acceptable use policies) and </w:t>
      </w:r>
      <w:r w:rsidRPr="001248F1">
        <w:rPr>
          <w:rFonts w:ascii="Calibri" w:hAnsi="Calibri" w:cs="Calibri"/>
        </w:rPr>
        <w:lastRenderedPageBreak/>
        <w:t xml:space="preserve">considering online safety whilst planning the curriculum, any teacher training, the role and responsibilities of the designated safeguarding lead (and deputies) and any parental engagement. </w:t>
      </w:r>
    </w:p>
    <w:p w14:paraId="7BEEB5D0"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Ensure that they are doing all that they reasonably can to limit children’s exposures to risks from the school’s IT system and therefore have appropriate filtering and monitoring systems in place. They will have an awareness and understanding of the provisions in place and will work with technical staff to monitor the safety and security of our systems and networks.</w:t>
      </w:r>
    </w:p>
    <w:p w14:paraId="0FC1DE02"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 xml:space="preserve">Ensure that all relevant staff have an awareness and understanding of the filtering and monitoring provisions in place and manage them effectively as well as knowing how to escalate concerns when identified. </w:t>
      </w:r>
    </w:p>
    <w:p w14:paraId="1B6EB1E5"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 xml:space="preserve">Ensure that they regularly review the effectiveness of filters and monitoring systems; as schools increasingly work online, it is essential that children are safeguarded from potentially harmful and inappropriate online material (including when they are online at home). </w:t>
      </w:r>
    </w:p>
    <w:p w14:paraId="00AB5664"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Ensure that the DfE’s filtering and monitoring standards for schools and colleges are being met: this will be supported through using the checklist appended to this policy.</w:t>
      </w:r>
    </w:p>
    <w:p w14:paraId="481DF6A5"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 xml:space="preserve">Ensure that online safety is embedded within a progressive preventative curriculum, which enables all learners to develop an age-appropriate understanding of online safety. </w:t>
      </w:r>
    </w:p>
    <w:p w14:paraId="408BFA40"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 xml:space="preserve">Recognise that effective education will be tailored to the specific needs and vulnerabilities of individual children, including children who are victims of abuse, and children with special educational needs or disabilities. </w:t>
      </w:r>
    </w:p>
    <w:p w14:paraId="550C342D"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Ensure that ALL members of staff receive regular, updated, and appropriate online safety training which is integrated, aligned and considered as part of the whole school safeguarding approach and know how to escalate concerns when identified.</w:t>
      </w:r>
    </w:p>
    <w:p w14:paraId="503A94C3"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Support the DSL and any deputies by ensuring they have the additional time, funding, training, resources and support they need to carry out the role effectively.</w:t>
      </w:r>
    </w:p>
    <w:p w14:paraId="7269E4B0"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 xml:space="preserve">Ensure there are robust reporting channels for the community to access regarding online safety concerns, including internal, local and national support. </w:t>
      </w:r>
    </w:p>
    <w:p w14:paraId="63772AB2"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 xml:space="preserve">Audit and evaluate online safety practice, annually, to identify strengths and areas for improvement. </w:t>
      </w:r>
    </w:p>
    <w:p w14:paraId="6DADEB1E"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Ensure that appropriate risk assessments are undertaken regarding the safe use of technology that considers and reflects the risks our children face.</w:t>
      </w:r>
    </w:p>
    <w:p w14:paraId="4421D2C9" w14:textId="77777777" w:rsidR="00E315D6" w:rsidRPr="00CC0809" w:rsidRDefault="00856015" w:rsidP="00C308E5">
      <w:pPr>
        <w:pStyle w:val="ListParagraph"/>
        <w:numPr>
          <w:ilvl w:val="0"/>
          <w:numId w:val="14"/>
        </w:numPr>
        <w:spacing w:after="0" w:line="264" w:lineRule="auto"/>
        <w:rPr>
          <w:rFonts w:ascii="Calibri" w:hAnsi="Calibri" w:cs="Calibri"/>
        </w:rPr>
      </w:pPr>
      <w:r w:rsidRPr="00CC0809">
        <w:rPr>
          <w:rFonts w:ascii="Calibri" w:hAnsi="Calibri" w:cs="Calibri"/>
        </w:rPr>
        <w:t>Communicate with parents regarding the importance of children being safe online, the systems being used in school and information regarding what their children are being asked to do online by the school.</w:t>
      </w:r>
    </w:p>
    <w:p w14:paraId="60A050A5" w14:textId="77777777" w:rsidR="00E315D6" w:rsidRPr="00611144" w:rsidRDefault="00E315D6" w:rsidP="00483BF4">
      <w:pPr>
        <w:spacing w:after="0" w:line="264" w:lineRule="auto"/>
        <w:rPr>
          <w:rFonts w:ascii="Calibri" w:hAnsi="Calibri" w:cs="Calibri"/>
        </w:rPr>
      </w:pPr>
    </w:p>
    <w:p w14:paraId="0142ABCD" w14:textId="77777777" w:rsidR="00E315D6" w:rsidRPr="00CC0809" w:rsidRDefault="00856015" w:rsidP="00483BF4">
      <w:pPr>
        <w:spacing w:after="0" w:line="264" w:lineRule="auto"/>
        <w:rPr>
          <w:rFonts w:ascii="Calibri" w:hAnsi="Calibri" w:cs="Calibri"/>
          <w:sz w:val="32"/>
          <w:szCs w:val="32"/>
        </w:rPr>
      </w:pPr>
      <w:r w:rsidRPr="00CC0809">
        <w:rPr>
          <w:rFonts w:ascii="Calibri" w:hAnsi="Calibri" w:cs="Calibri"/>
          <w:b/>
          <w:sz w:val="32"/>
          <w:szCs w:val="32"/>
        </w:rPr>
        <w:t xml:space="preserve">4.2 The Designated Safeguarding Lead (DSL) will: </w:t>
      </w:r>
    </w:p>
    <w:p w14:paraId="75C5937D"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 xml:space="preserve">Be an appropriate senior member of staff from the school leadership team. </w:t>
      </w:r>
    </w:p>
    <w:p w14:paraId="37B80F35"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Act as a named point of contact on all online safeguarding issues and liaise with other members of staff or other agencies, as appropriate.</w:t>
      </w:r>
    </w:p>
    <w:p w14:paraId="2B2C3FBE"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 xml:space="preserve">Work alongside deputy DSLs to ensure online safety is recognised as part of the settings safeguarding responsibilities and that a coordinated approach is implemented. </w:t>
      </w:r>
    </w:p>
    <w:p w14:paraId="5B962D8B"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lastRenderedPageBreak/>
        <w:t xml:space="preserve">Liaise with staff (especially pastoral support staff, school nurses, IT technicians, senior mental health leads and SENCOs) on matters of safeguarding that include online and digital safety. </w:t>
      </w:r>
    </w:p>
    <w:p w14:paraId="2B5E1F50"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 xml:space="preserve">Access regular and appropriate training and support to ensure they understand the unique risks associated with online safety, including filtering and monitoring and have the relevant knowledge and up to date training required to keep learners safe online. </w:t>
      </w:r>
    </w:p>
    <w:p w14:paraId="54E41687"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Access regular and appropriate training and support to ensure they recognise the additional risks that learners with SEN and disabilities (SEND) face online, for example, from online bullying, grooming and radicalisation.</w:t>
      </w:r>
    </w:p>
    <w:p w14:paraId="4D412A69"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Keep up to date with current research, legislation and trends regarding online safety and communicate this with the community, as appropriate.</w:t>
      </w:r>
    </w:p>
    <w:p w14:paraId="5804D12A"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Work with staff to coordinate participation in local and national events to promote positive online behaviour, such as Safer Internet Day.</w:t>
      </w:r>
    </w:p>
    <w:p w14:paraId="4BD91BFD"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 xml:space="preserve">Ensure that online safety is promoted to parents, carers and the wider community, through a variety of channels and approaches. </w:t>
      </w:r>
    </w:p>
    <w:p w14:paraId="631389AE"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 xml:space="preserve">Maintain records of online safety concerns, as well as actions taken, as part of the settings safeguarding recording mechanisms. </w:t>
      </w:r>
    </w:p>
    <w:p w14:paraId="7F95D111"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Monitor online safety incidents to identify gaps and trends, and use this data to update the education response, policies and procedures.</w:t>
      </w:r>
    </w:p>
    <w:p w14:paraId="318278DB"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Report online safety concerns,</w:t>
      </w:r>
      <w:r w:rsidRPr="00CC0809">
        <w:rPr>
          <w:rFonts w:ascii="Calibri" w:hAnsi="Calibri" w:cs="Calibri"/>
          <w:i/>
        </w:rPr>
        <w:t xml:space="preserve"> </w:t>
      </w:r>
      <w:r w:rsidRPr="00CC0809">
        <w:rPr>
          <w:rFonts w:ascii="Calibri" w:hAnsi="Calibri" w:cs="Calibri"/>
        </w:rPr>
        <w:t xml:space="preserve">as appropriate, to the headteacher and Governing Body. </w:t>
      </w:r>
    </w:p>
    <w:p w14:paraId="756330D0"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Work with the leadership team to review and update online safety policies on a regular basis (at least annually) with stakeholder input, including from pupils.</w:t>
      </w:r>
    </w:p>
    <w:p w14:paraId="795491CC" w14:textId="77777777" w:rsidR="00E315D6" w:rsidRPr="00CC0809" w:rsidRDefault="00856015" w:rsidP="00C308E5">
      <w:pPr>
        <w:pStyle w:val="ListParagraph"/>
        <w:numPr>
          <w:ilvl w:val="0"/>
          <w:numId w:val="15"/>
        </w:numPr>
        <w:spacing w:after="0" w:line="264" w:lineRule="auto"/>
        <w:rPr>
          <w:rFonts w:ascii="Calibri" w:hAnsi="Calibri" w:cs="Calibri"/>
        </w:rPr>
      </w:pPr>
      <w:r w:rsidRPr="00CC0809">
        <w:rPr>
          <w:rFonts w:ascii="Calibri" w:hAnsi="Calibri" w:cs="Calibri"/>
        </w:rPr>
        <w:t xml:space="preserve">Meet regularly (every other term, in addition to the 6 governor meetings) with the governor with a lead responsibility for safeguarding and online safety.  </w:t>
      </w:r>
    </w:p>
    <w:p w14:paraId="3C6A313A" w14:textId="77777777" w:rsidR="00E315D6" w:rsidRPr="00611144" w:rsidRDefault="00E315D6" w:rsidP="00483BF4">
      <w:pPr>
        <w:spacing w:after="0" w:line="264" w:lineRule="auto"/>
        <w:rPr>
          <w:rFonts w:ascii="Calibri" w:hAnsi="Calibri" w:cs="Calibri"/>
        </w:rPr>
      </w:pPr>
    </w:p>
    <w:p w14:paraId="50EF4A1F" w14:textId="77777777" w:rsidR="00E315D6" w:rsidRPr="00904799" w:rsidRDefault="00856015" w:rsidP="00483BF4">
      <w:pPr>
        <w:spacing w:after="0" w:line="264" w:lineRule="auto"/>
        <w:rPr>
          <w:rFonts w:ascii="Calibri" w:hAnsi="Calibri" w:cs="Calibri"/>
          <w:sz w:val="32"/>
          <w:szCs w:val="32"/>
        </w:rPr>
      </w:pPr>
      <w:r w:rsidRPr="00904799">
        <w:rPr>
          <w:rFonts w:ascii="Calibri" w:hAnsi="Calibri" w:cs="Calibri"/>
          <w:b/>
          <w:sz w:val="32"/>
          <w:szCs w:val="32"/>
        </w:rPr>
        <w:t>4.3 It is the responsibility of all members of staff to:</w:t>
      </w:r>
    </w:p>
    <w:p w14:paraId="06FB6F1E"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 xml:space="preserve">Be aware that technology is a significant component of many safeguarding and wellbeing issues and that children are at risk of abuse online as well as face to face and that in many cases abuse will take place concurrently via online channels and in daily life. </w:t>
      </w:r>
    </w:p>
    <w:p w14:paraId="76E27BEE"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Contribute to the development of online safety policies.</w:t>
      </w:r>
    </w:p>
    <w:p w14:paraId="69B955D7"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Read and adhere to the online safety policy and acceptable use policies.</w:t>
      </w:r>
    </w:p>
    <w:p w14:paraId="061F0707"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Take responsibility for the security of setting systems and the data they use or have access to.</w:t>
      </w:r>
    </w:p>
    <w:p w14:paraId="6F5D5CED"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Model good practice when using technology and maintain a professional level of conduct in their personal use of technology, both on and off site.</w:t>
      </w:r>
    </w:p>
    <w:p w14:paraId="6BC2D194"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Embed online safety education in curriculum delivery, wherever possible.</w:t>
      </w:r>
    </w:p>
    <w:p w14:paraId="2BEF00BF"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Have an awareness of a range of online safety issues and how they may be experienced by the children in their care.</w:t>
      </w:r>
    </w:p>
    <w:p w14:paraId="0AFC5B1C"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Identify online safety concerns and take appropriate action by following the settings safeguarding policies and procedures.</w:t>
      </w:r>
    </w:p>
    <w:p w14:paraId="0E3FEBBC"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lastRenderedPageBreak/>
        <w:t>Proactively monitor the use of digital technologies, mobile devices, cameras etc in lessons and other school activities and consistently implement current policies with regard to these devices</w:t>
      </w:r>
    </w:p>
    <w:p w14:paraId="4543455E"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Know when and how to escalate online safety issues, including signposting to appropriate support, internally and externally.</w:t>
      </w:r>
    </w:p>
    <w:p w14:paraId="40C8F839"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Take personal responsibility for professional development in this area.</w:t>
      </w:r>
    </w:p>
    <w:p w14:paraId="78E76AB6"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Ensure that students are guided to sites checked as suitable for their use and that processes are in place for dealing with any unsuitable material that is found in internet searches.</w:t>
      </w:r>
    </w:p>
    <w:p w14:paraId="60F5B74F" w14:textId="77777777" w:rsidR="00E315D6" w:rsidRPr="00904799" w:rsidRDefault="00856015" w:rsidP="00C308E5">
      <w:pPr>
        <w:pStyle w:val="ListParagraph"/>
        <w:numPr>
          <w:ilvl w:val="0"/>
          <w:numId w:val="16"/>
        </w:numPr>
        <w:spacing w:after="0" w:line="264" w:lineRule="auto"/>
        <w:rPr>
          <w:rFonts w:ascii="Calibri" w:hAnsi="Calibri" w:cs="Calibri"/>
        </w:rPr>
      </w:pPr>
      <w:r w:rsidRPr="00904799">
        <w:rPr>
          <w:rFonts w:ascii="Calibri" w:hAnsi="Calibri" w:cs="Calibri"/>
        </w:rPr>
        <w:t>Reinforce the school’s online safety messages when teaching lessons online</w:t>
      </w:r>
    </w:p>
    <w:p w14:paraId="4D8640D1" w14:textId="77777777" w:rsidR="00E315D6" w:rsidRPr="00611144" w:rsidRDefault="00E315D6" w:rsidP="00483BF4">
      <w:pPr>
        <w:spacing w:after="0" w:line="264" w:lineRule="auto"/>
        <w:rPr>
          <w:rFonts w:ascii="Calibri" w:hAnsi="Calibri" w:cs="Calibri"/>
        </w:rPr>
      </w:pPr>
    </w:p>
    <w:p w14:paraId="32717A14" w14:textId="77777777" w:rsidR="00E315D6" w:rsidRPr="00F85C6A" w:rsidRDefault="00856015" w:rsidP="00483BF4">
      <w:pPr>
        <w:spacing w:after="0" w:line="264" w:lineRule="auto"/>
        <w:rPr>
          <w:rFonts w:ascii="Calibri" w:hAnsi="Calibri" w:cs="Calibri"/>
          <w:sz w:val="32"/>
          <w:szCs w:val="32"/>
        </w:rPr>
      </w:pPr>
      <w:r w:rsidRPr="00F85C6A">
        <w:rPr>
          <w:rFonts w:ascii="Calibri" w:hAnsi="Calibri" w:cs="Calibri"/>
          <w:b/>
          <w:sz w:val="32"/>
          <w:szCs w:val="32"/>
        </w:rPr>
        <w:t>4.4 It is the responsibility of staff managing the technical environment to:</w:t>
      </w:r>
    </w:p>
    <w:p w14:paraId="4665172C" w14:textId="77777777" w:rsidR="00E315D6" w:rsidRPr="00242D36" w:rsidRDefault="00856015" w:rsidP="00C308E5">
      <w:pPr>
        <w:pStyle w:val="ListParagraph"/>
        <w:numPr>
          <w:ilvl w:val="0"/>
          <w:numId w:val="17"/>
        </w:numPr>
        <w:spacing w:after="0" w:line="264" w:lineRule="auto"/>
        <w:rPr>
          <w:rFonts w:ascii="Calibri" w:hAnsi="Calibri" w:cs="Calibri"/>
        </w:rPr>
      </w:pPr>
      <w:r w:rsidRPr="00242D36">
        <w:rPr>
          <w:rFonts w:ascii="Calibri" w:hAnsi="Calibri" w:cs="Calibri"/>
        </w:rPr>
        <w:t>Provide technical support and perspective to the DSL and leadership team, especially in the development and implementation of appropriate online safety policies and procedures and compliance with DfE’s filtering and monitoring standards for schools and colleges.</w:t>
      </w:r>
    </w:p>
    <w:p w14:paraId="2F36DEE2" w14:textId="77777777" w:rsidR="00E315D6" w:rsidRPr="00242D36" w:rsidRDefault="00856015" w:rsidP="00C308E5">
      <w:pPr>
        <w:pStyle w:val="ListParagraph"/>
        <w:numPr>
          <w:ilvl w:val="0"/>
          <w:numId w:val="17"/>
        </w:numPr>
        <w:spacing w:after="0" w:line="264" w:lineRule="auto"/>
        <w:rPr>
          <w:rFonts w:ascii="Calibri" w:hAnsi="Calibri" w:cs="Calibri"/>
        </w:rPr>
      </w:pPr>
      <w:r w:rsidRPr="00242D36">
        <w:rPr>
          <w:rFonts w:ascii="Calibri" w:hAnsi="Calibri" w:cs="Calibri"/>
        </w:rPr>
        <w:t>Implement appropriate security measures (East Sussex Voltage secure email system, use of SIRAS for home working, use of encrypted memory sticks for any school data off-site, use of personal passwords for each staff member) to ensure that the school’s IT infrastructure/system is secure and not open to misuse or malicious attack, whilst allowing learning opportunities to be maximised.</w:t>
      </w:r>
    </w:p>
    <w:p w14:paraId="67114D28" w14:textId="77777777" w:rsidR="00E315D6" w:rsidRPr="00242D36" w:rsidRDefault="00856015" w:rsidP="00C308E5">
      <w:pPr>
        <w:pStyle w:val="ListParagraph"/>
        <w:numPr>
          <w:ilvl w:val="0"/>
          <w:numId w:val="17"/>
        </w:numPr>
        <w:spacing w:after="0" w:line="264" w:lineRule="auto"/>
        <w:rPr>
          <w:rFonts w:ascii="Calibri" w:hAnsi="Calibri" w:cs="Calibri"/>
        </w:rPr>
      </w:pPr>
      <w:r w:rsidRPr="00242D36">
        <w:rPr>
          <w:rFonts w:ascii="Calibri" w:hAnsi="Calibri" w:cs="Calibri"/>
        </w:rPr>
        <w:t>Ensure that our filtering policy is applied and updated on a regular basis; responsibility for its implementation is shared with the leadership team.</w:t>
      </w:r>
    </w:p>
    <w:p w14:paraId="1DC9D532" w14:textId="77777777" w:rsidR="00E315D6" w:rsidRPr="00242D36" w:rsidRDefault="00856015" w:rsidP="00C308E5">
      <w:pPr>
        <w:pStyle w:val="ListParagraph"/>
        <w:numPr>
          <w:ilvl w:val="0"/>
          <w:numId w:val="17"/>
        </w:numPr>
        <w:spacing w:after="0" w:line="264" w:lineRule="auto"/>
        <w:rPr>
          <w:rFonts w:ascii="Calibri" w:hAnsi="Calibri" w:cs="Calibri"/>
        </w:rPr>
      </w:pPr>
      <w:r w:rsidRPr="00242D36">
        <w:rPr>
          <w:rFonts w:ascii="Calibri" w:hAnsi="Calibri" w:cs="Calibri"/>
        </w:rPr>
        <w:t>Report any filtering breaches to the DSL (or deputy DSLs) and leadership team, as well as, the settings Internet Service Provider or other services, as appropriate.</w:t>
      </w:r>
    </w:p>
    <w:p w14:paraId="63049496" w14:textId="77777777" w:rsidR="00E315D6" w:rsidRPr="00242D36" w:rsidRDefault="00856015" w:rsidP="00C308E5">
      <w:pPr>
        <w:pStyle w:val="ListParagraph"/>
        <w:numPr>
          <w:ilvl w:val="0"/>
          <w:numId w:val="17"/>
        </w:numPr>
        <w:spacing w:after="0" w:line="264" w:lineRule="auto"/>
        <w:rPr>
          <w:rFonts w:ascii="Calibri" w:hAnsi="Calibri" w:cs="Calibri"/>
        </w:rPr>
      </w:pPr>
      <w:r w:rsidRPr="00242D36">
        <w:rPr>
          <w:rFonts w:ascii="Calibri" w:hAnsi="Calibri" w:cs="Calibri"/>
        </w:rPr>
        <w:t>Ensure that any safeguarding concerns, identified through monitoring or filtering breaches are reported to the DSL (or deputy DSLs), in accordance with the safeguarding procedures.</w:t>
      </w:r>
    </w:p>
    <w:p w14:paraId="41C52BE3" w14:textId="77777777" w:rsidR="00E315D6" w:rsidRPr="00611144" w:rsidRDefault="00E315D6" w:rsidP="00483BF4">
      <w:pPr>
        <w:spacing w:after="0" w:line="264" w:lineRule="auto"/>
        <w:rPr>
          <w:rFonts w:ascii="Calibri" w:hAnsi="Calibri" w:cs="Calibri"/>
        </w:rPr>
      </w:pPr>
    </w:p>
    <w:p w14:paraId="443184CC" w14:textId="77777777" w:rsidR="00E315D6" w:rsidRPr="00F85C6A" w:rsidRDefault="00856015" w:rsidP="00483BF4">
      <w:pPr>
        <w:spacing w:after="0" w:line="264" w:lineRule="auto"/>
        <w:rPr>
          <w:rFonts w:ascii="Calibri" w:hAnsi="Calibri" w:cs="Calibri"/>
          <w:sz w:val="32"/>
          <w:szCs w:val="32"/>
        </w:rPr>
      </w:pPr>
      <w:r w:rsidRPr="00F85C6A">
        <w:rPr>
          <w:rFonts w:ascii="Calibri" w:hAnsi="Calibri" w:cs="Calibri"/>
          <w:b/>
          <w:sz w:val="32"/>
          <w:szCs w:val="32"/>
        </w:rPr>
        <w:t xml:space="preserve">4.5 It is the responsibility of learners (at a level that is appropriate to their individual age and ability) to: </w:t>
      </w:r>
    </w:p>
    <w:p w14:paraId="3AC05E13" w14:textId="77777777" w:rsidR="00E315D6" w:rsidRPr="00635198" w:rsidRDefault="00856015" w:rsidP="00C308E5">
      <w:pPr>
        <w:pStyle w:val="ListParagraph"/>
        <w:numPr>
          <w:ilvl w:val="0"/>
          <w:numId w:val="18"/>
        </w:numPr>
        <w:spacing w:after="0" w:line="264" w:lineRule="auto"/>
        <w:rPr>
          <w:rFonts w:ascii="Calibri" w:hAnsi="Calibri" w:cs="Calibri"/>
        </w:rPr>
      </w:pPr>
      <w:r w:rsidRPr="00635198">
        <w:rPr>
          <w:rFonts w:ascii="Calibri" w:hAnsi="Calibri" w:cs="Calibri"/>
        </w:rPr>
        <w:t>Engage in age-appropriate online safety education opportunities provided by the school.</w:t>
      </w:r>
    </w:p>
    <w:p w14:paraId="00E5E230" w14:textId="77777777" w:rsidR="00E315D6" w:rsidRPr="00635198" w:rsidRDefault="00856015" w:rsidP="00C308E5">
      <w:pPr>
        <w:pStyle w:val="ListParagraph"/>
        <w:numPr>
          <w:ilvl w:val="0"/>
          <w:numId w:val="18"/>
        </w:numPr>
        <w:spacing w:after="0" w:line="264" w:lineRule="auto"/>
        <w:rPr>
          <w:rFonts w:ascii="Calibri" w:hAnsi="Calibri" w:cs="Calibri"/>
        </w:rPr>
      </w:pPr>
      <w:r w:rsidRPr="00635198">
        <w:rPr>
          <w:rFonts w:ascii="Calibri" w:hAnsi="Calibri" w:cs="Calibri"/>
        </w:rPr>
        <w:t>Contribute to the development of online safety policies.</w:t>
      </w:r>
    </w:p>
    <w:p w14:paraId="0E22F267" w14:textId="77777777" w:rsidR="00E315D6" w:rsidRPr="00635198" w:rsidRDefault="00856015" w:rsidP="00C308E5">
      <w:pPr>
        <w:pStyle w:val="ListParagraph"/>
        <w:numPr>
          <w:ilvl w:val="0"/>
          <w:numId w:val="18"/>
        </w:numPr>
        <w:spacing w:after="0" w:line="264" w:lineRule="auto"/>
        <w:rPr>
          <w:rFonts w:ascii="Calibri" w:hAnsi="Calibri" w:cs="Calibri"/>
        </w:rPr>
      </w:pPr>
      <w:r w:rsidRPr="00635198">
        <w:rPr>
          <w:rFonts w:ascii="Calibri" w:hAnsi="Calibri" w:cs="Calibri"/>
        </w:rPr>
        <w:t xml:space="preserve">Read and adhere to Acceptable Use Policies which are appended to the end of this policy. </w:t>
      </w:r>
    </w:p>
    <w:p w14:paraId="6DBA1E47" w14:textId="77777777" w:rsidR="00E315D6" w:rsidRPr="00635198" w:rsidRDefault="00856015" w:rsidP="00C308E5">
      <w:pPr>
        <w:pStyle w:val="ListParagraph"/>
        <w:numPr>
          <w:ilvl w:val="0"/>
          <w:numId w:val="18"/>
        </w:numPr>
        <w:spacing w:after="0" w:line="264" w:lineRule="auto"/>
        <w:rPr>
          <w:rFonts w:ascii="Calibri" w:hAnsi="Calibri" w:cs="Calibri"/>
        </w:rPr>
      </w:pPr>
      <w:r w:rsidRPr="00635198">
        <w:rPr>
          <w:rFonts w:ascii="Calibri" w:hAnsi="Calibri" w:cs="Calibri"/>
        </w:rPr>
        <w:t>Understand the importance of good online safety practice out of school and understand that this policy covers their actions outside of school if related to their membership of the school.</w:t>
      </w:r>
    </w:p>
    <w:p w14:paraId="18286C5D" w14:textId="77777777" w:rsidR="00E315D6" w:rsidRPr="00635198" w:rsidRDefault="00856015" w:rsidP="00C308E5">
      <w:pPr>
        <w:pStyle w:val="ListParagraph"/>
        <w:numPr>
          <w:ilvl w:val="0"/>
          <w:numId w:val="18"/>
        </w:numPr>
        <w:spacing w:after="0" w:line="264" w:lineRule="auto"/>
        <w:rPr>
          <w:rFonts w:ascii="Calibri" w:hAnsi="Calibri" w:cs="Calibri"/>
        </w:rPr>
      </w:pPr>
      <w:r w:rsidRPr="00635198">
        <w:rPr>
          <w:rFonts w:ascii="Calibri" w:hAnsi="Calibri" w:cs="Calibri"/>
        </w:rPr>
        <w:t>Respect the feelings and rights of others both on and offline.</w:t>
      </w:r>
    </w:p>
    <w:p w14:paraId="61D1F07E" w14:textId="77777777" w:rsidR="00E315D6" w:rsidRPr="00635198" w:rsidRDefault="00856015" w:rsidP="00C308E5">
      <w:pPr>
        <w:pStyle w:val="ListParagraph"/>
        <w:numPr>
          <w:ilvl w:val="0"/>
          <w:numId w:val="18"/>
        </w:numPr>
        <w:spacing w:after="0" w:line="264" w:lineRule="auto"/>
        <w:rPr>
          <w:rFonts w:ascii="Calibri" w:hAnsi="Calibri" w:cs="Calibri"/>
        </w:rPr>
      </w:pPr>
      <w:r w:rsidRPr="00635198">
        <w:rPr>
          <w:rFonts w:ascii="Calibri" w:hAnsi="Calibri" w:cs="Calibri"/>
        </w:rPr>
        <w:t xml:space="preserve">Take responsibility for keeping themselves and others safe online. </w:t>
      </w:r>
    </w:p>
    <w:p w14:paraId="4E040144" w14:textId="77777777" w:rsidR="00E315D6" w:rsidRPr="00635198" w:rsidRDefault="00856015" w:rsidP="00C308E5">
      <w:pPr>
        <w:pStyle w:val="ListParagraph"/>
        <w:numPr>
          <w:ilvl w:val="0"/>
          <w:numId w:val="18"/>
        </w:numPr>
        <w:spacing w:after="0" w:line="264" w:lineRule="auto"/>
        <w:rPr>
          <w:rFonts w:ascii="Calibri" w:hAnsi="Calibri" w:cs="Calibri"/>
        </w:rPr>
      </w:pPr>
      <w:r w:rsidRPr="00635198">
        <w:rPr>
          <w:rFonts w:ascii="Calibri" w:hAnsi="Calibri" w:cs="Calibri"/>
        </w:rPr>
        <w:t>Seek help from a trusted adult, or other support services, if there is a concern online, and support others that may be experiencing online safety issues.</w:t>
      </w:r>
    </w:p>
    <w:p w14:paraId="0AB17256" w14:textId="77777777" w:rsidR="00E315D6" w:rsidRPr="00611144" w:rsidRDefault="00E315D6" w:rsidP="00483BF4">
      <w:pPr>
        <w:spacing w:after="0" w:line="264" w:lineRule="auto"/>
        <w:rPr>
          <w:rFonts w:ascii="Calibri" w:hAnsi="Calibri" w:cs="Calibri"/>
        </w:rPr>
      </w:pPr>
    </w:p>
    <w:p w14:paraId="547BFE8B" w14:textId="77777777" w:rsidR="00E315D6" w:rsidRPr="00F85C6A" w:rsidRDefault="00856015" w:rsidP="00483BF4">
      <w:pPr>
        <w:spacing w:after="0" w:line="264" w:lineRule="auto"/>
        <w:rPr>
          <w:rFonts w:ascii="Calibri" w:hAnsi="Calibri" w:cs="Calibri"/>
          <w:sz w:val="32"/>
          <w:szCs w:val="32"/>
        </w:rPr>
      </w:pPr>
      <w:r w:rsidRPr="00F85C6A">
        <w:rPr>
          <w:rFonts w:ascii="Calibri" w:hAnsi="Calibri" w:cs="Calibri"/>
          <w:b/>
          <w:sz w:val="32"/>
          <w:szCs w:val="32"/>
        </w:rPr>
        <w:t>4.6 It is the responsibility of parents and carers to:</w:t>
      </w:r>
    </w:p>
    <w:p w14:paraId="33E10844"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lastRenderedPageBreak/>
        <w:t xml:space="preserve">Read the Acceptable Use Policies and encourage their children to adhere to them. </w:t>
      </w:r>
    </w:p>
    <w:p w14:paraId="5B06F683"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Support our online safety approaches by discussing online safety issues with their children and reinforcing appropriate and safe online behaviours at home.</w:t>
      </w:r>
    </w:p>
    <w:p w14:paraId="352BE951"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Role model safe and appropriate use of technology and social media.</w:t>
      </w:r>
    </w:p>
    <w:p w14:paraId="70A28737"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 xml:space="preserve">Abide by the Acceptable Use Policies. </w:t>
      </w:r>
    </w:p>
    <w:p w14:paraId="262A2B10"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Identify changes in behaviour that could indicate that their child is at risk of harm online.</w:t>
      </w:r>
    </w:p>
    <w:p w14:paraId="3AC2D5D0"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Seek help and support from the setting, or other appropriate agencies, if they or their child encounter risk or concerns online.</w:t>
      </w:r>
    </w:p>
    <w:p w14:paraId="5F914D99"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Contribute to the development of the online safety policies.</w:t>
      </w:r>
    </w:p>
    <w:p w14:paraId="645AD9E5"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Use our systems safely and appropriately.</w:t>
      </w:r>
    </w:p>
    <w:p w14:paraId="0C6614F0" w14:textId="77777777" w:rsidR="00E315D6" w:rsidRPr="00635198" w:rsidRDefault="00856015" w:rsidP="00C308E5">
      <w:pPr>
        <w:pStyle w:val="ListParagraph"/>
        <w:numPr>
          <w:ilvl w:val="0"/>
          <w:numId w:val="19"/>
        </w:numPr>
        <w:spacing w:after="0" w:line="264" w:lineRule="auto"/>
        <w:rPr>
          <w:rFonts w:ascii="Calibri" w:hAnsi="Calibri" w:cs="Calibri"/>
        </w:rPr>
      </w:pPr>
      <w:r w:rsidRPr="00635198">
        <w:rPr>
          <w:rFonts w:ascii="Calibri" w:hAnsi="Calibri" w:cs="Calibri"/>
        </w:rPr>
        <w:t>Take responsibility for their own awareness in relation to the risks and opportunities posed by new and emerging technologies.</w:t>
      </w:r>
    </w:p>
    <w:p w14:paraId="433E007F" w14:textId="77777777" w:rsidR="00E315D6" w:rsidRPr="00611144" w:rsidRDefault="00E315D6" w:rsidP="00483BF4">
      <w:pPr>
        <w:spacing w:after="0" w:line="264" w:lineRule="auto"/>
        <w:rPr>
          <w:rFonts w:ascii="Calibri" w:hAnsi="Calibri" w:cs="Calibri"/>
        </w:rPr>
      </w:pPr>
    </w:p>
    <w:p w14:paraId="3CA5E2A7" w14:textId="77777777" w:rsidR="00E315D6" w:rsidRPr="00F85C6A" w:rsidRDefault="00856015" w:rsidP="00483BF4">
      <w:pPr>
        <w:spacing w:after="0" w:line="264" w:lineRule="auto"/>
        <w:rPr>
          <w:rFonts w:ascii="Calibri" w:hAnsi="Calibri" w:cs="Calibri"/>
          <w:sz w:val="32"/>
          <w:szCs w:val="32"/>
        </w:rPr>
      </w:pPr>
      <w:r w:rsidRPr="00F85C6A">
        <w:rPr>
          <w:rFonts w:ascii="Calibri" w:hAnsi="Calibri" w:cs="Calibri"/>
          <w:b/>
          <w:sz w:val="32"/>
          <w:szCs w:val="32"/>
        </w:rPr>
        <w:t xml:space="preserve">Education and Engagement Approaches </w:t>
      </w:r>
    </w:p>
    <w:p w14:paraId="42F4E454" w14:textId="77777777" w:rsidR="00E315D6" w:rsidRPr="00F85C6A" w:rsidRDefault="00E315D6" w:rsidP="00483BF4">
      <w:pPr>
        <w:spacing w:after="0" w:line="264" w:lineRule="auto"/>
        <w:rPr>
          <w:rFonts w:ascii="Calibri" w:hAnsi="Calibri" w:cs="Calibri"/>
          <w:sz w:val="32"/>
          <w:szCs w:val="32"/>
        </w:rPr>
      </w:pPr>
    </w:p>
    <w:p w14:paraId="47E8452E" w14:textId="25D90A76" w:rsidR="00E315D6" w:rsidRPr="00742382" w:rsidRDefault="00856015" w:rsidP="00C308E5">
      <w:pPr>
        <w:pStyle w:val="ListParagraph"/>
        <w:numPr>
          <w:ilvl w:val="1"/>
          <w:numId w:val="21"/>
        </w:numPr>
        <w:spacing w:after="0" w:line="264" w:lineRule="auto"/>
        <w:rPr>
          <w:rFonts w:ascii="Calibri" w:hAnsi="Calibri" w:cs="Calibri"/>
          <w:sz w:val="32"/>
          <w:szCs w:val="32"/>
        </w:rPr>
      </w:pPr>
      <w:r w:rsidRPr="00742382">
        <w:rPr>
          <w:rFonts w:ascii="Calibri" w:hAnsi="Calibri" w:cs="Calibri"/>
          <w:b/>
          <w:sz w:val="32"/>
          <w:szCs w:val="32"/>
        </w:rPr>
        <w:t>Education and engagement with learners</w:t>
      </w:r>
    </w:p>
    <w:p w14:paraId="34B2C74F" w14:textId="77777777" w:rsidR="00E315D6" w:rsidRPr="00F85C6A" w:rsidRDefault="00856015" w:rsidP="00C308E5">
      <w:pPr>
        <w:pStyle w:val="ListParagraph"/>
        <w:numPr>
          <w:ilvl w:val="0"/>
          <w:numId w:val="20"/>
        </w:numPr>
        <w:spacing w:after="0" w:line="264" w:lineRule="auto"/>
        <w:rPr>
          <w:rFonts w:ascii="Calibri" w:hAnsi="Calibri" w:cs="Calibri"/>
        </w:rPr>
      </w:pPr>
      <w:r w:rsidRPr="00F85C6A">
        <w:rPr>
          <w:rFonts w:ascii="Calibri" w:hAnsi="Calibri" w:cs="Calibri"/>
        </w:rPr>
        <w:t>We will establish and embed a progressive online safety curriculum to raise awareness and promote safe and responsible online behaviour at school and at home amongst learners by:</w:t>
      </w:r>
    </w:p>
    <w:p w14:paraId="4994F41F" w14:textId="6F846567" w:rsidR="00E315D6" w:rsidRPr="00742382" w:rsidRDefault="00856015" w:rsidP="00C308E5">
      <w:pPr>
        <w:pStyle w:val="ListParagraph"/>
        <w:numPr>
          <w:ilvl w:val="0"/>
          <w:numId w:val="10"/>
        </w:numPr>
        <w:spacing w:after="0" w:line="264" w:lineRule="auto"/>
        <w:rPr>
          <w:rFonts w:ascii="Calibri" w:hAnsi="Calibri" w:cs="Calibri"/>
        </w:rPr>
      </w:pPr>
      <w:r w:rsidRPr="00742382">
        <w:rPr>
          <w:rFonts w:ascii="Calibri" w:hAnsi="Calibri" w:cs="Calibri"/>
        </w:rPr>
        <w:t xml:space="preserve">Ensuring education regarding safe and responsible use precedes internet access. </w:t>
      </w:r>
    </w:p>
    <w:p w14:paraId="72661B9B" w14:textId="289FC59B" w:rsidR="00E315D6" w:rsidRPr="00742382" w:rsidRDefault="00856015" w:rsidP="00C308E5">
      <w:pPr>
        <w:pStyle w:val="ListParagraph"/>
        <w:numPr>
          <w:ilvl w:val="0"/>
          <w:numId w:val="10"/>
        </w:numPr>
        <w:spacing w:after="0" w:line="264" w:lineRule="auto"/>
        <w:rPr>
          <w:rFonts w:ascii="Calibri" w:hAnsi="Calibri" w:cs="Calibri"/>
        </w:rPr>
      </w:pPr>
      <w:r w:rsidRPr="00742382">
        <w:rPr>
          <w:rFonts w:ascii="Calibri" w:hAnsi="Calibri" w:cs="Calibri"/>
        </w:rPr>
        <w:t>Including online safety in Personal, Social, Health and Economic (PSHE), Sex and Relationships Education (SRE) and computing programmes of study.  Age appropriate online safety teaching linked to the UK Council for Child Internet Safety (UKCCIS) Framework is taught termly using the Education for a Connected World. In addition, all year groups look to exploit opportunities to address online safety issues throughout the computing curriculum.</w:t>
      </w:r>
    </w:p>
    <w:p w14:paraId="523DFB0D" w14:textId="0FA3FABD" w:rsidR="00E315D6" w:rsidRPr="00CC2FCD" w:rsidRDefault="00856015" w:rsidP="00C308E5">
      <w:pPr>
        <w:pStyle w:val="ListParagraph"/>
        <w:numPr>
          <w:ilvl w:val="0"/>
          <w:numId w:val="10"/>
        </w:numPr>
        <w:spacing w:after="0" w:line="264" w:lineRule="auto"/>
        <w:rPr>
          <w:rFonts w:ascii="Calibri" w:hAnsi="Calibri" w:cs="Calibri"/>
        </w:rPr>
      </w:pPr>
      <w:r w:rsidRPr="00CC2FCD">
        <w:rPr>
          <w:rFonts w:ascii="Calibri" w:hAnsi="Calibri" w:cs="Calibri"/>
        </w:rPr>
        <w:t>Reinforcing online safety messages whenever technology or the internet is in use.</w:t>
      </w:r>
    </w:p>
    <w:p w14:paraId="0682B6E4" w14:textId="77777777" w:rsidR="00001B3F" w:rsidRDefault="00856015" w:rsidP="00C308E5">
      <w:pPr>
        <w:pStyle w:val="ListParagraph"/>
        <w:numPr>
          <w:ilvl w:val="0"/>
          <w:numId w:val="10"/>
        </w:numPr>
        <w:spacing w:after="0" w:line="264" w:lineRule="auto"/>
        <w:rPr>
          <w:rFonts w:ascii="Calibri" w:hAnsi="Calibri" w:cs="Calibri"/>
        </w:rPr>
      </w:pPr>
      <w:r w:rsidRPr="00CC2FCD">
        <w:rPr>
          <w:rFonts w:ascii="Calibri" w:hAnsi="Calibri" w:cs="Calibri"/>
        </w:rPr>
        <w:t>Educating learners in the effective use of the internet to research; including the skills of knowledge location, retrieval and evaluation. This should include the use of generative AI tools and services.</w:t>
      </w:r>
    </w:p>
    <w:p w14:paraId="70B02755" w14:textId="77777777" w:rsidR="0092688F" w:rsidRDefault="00856015" w:rsidP="00C308E5">
      <w:pPr>
        <w:pStyle w:val="ListParagraph"/>
        <w:numPr>
          <w:ilvl w:val="0"/>
          <w:numId w:val="10"/>
        </w:numPr>
        <w:spacing w:after="0" w:line="264" w:lineRule="auto"/>
        <w:rPr>
          <w:rFonts w:ascii="Calibri" w:hAnsi="Calibri" w:cs="Calibri"/>
        </w:rPr>
      </w:pPr>
      <w:r w:rsidRPr="00001B3F">
        <w:rPr>
          <w:rFonts w:ascii="Calibri" w:hAnsi="Calibri" w:cs="Calibri"/>
        </w:rPr>
        <w:t xml:space="preserve">Teaching learners to be critically aware of the materials they read and shown how to validate information before accepting its accuracy. </w:t>
      </w:r>
    </w:p>
    <w:p w14:paraId="7FD6A582" w14:textId="01D8AEA2" w:rsidR="00491253" w:rsidRPr="0092688F" w:rsidRDefault="00856015" w:rsidP="00C308E5">
      <w:pPr>
        <w:pStyle w:val="ListParagraph"/>
        <w:numPr>
          <w:ilvl w:val="0"/>
          <w:numId w:val="20"/>
        </w:numPr>
        <w:spacing w:after="0" w:line="264" w:lineRule="auto"/>
        <w:rPr>
          <w:rFonts w:ascii="Calibri" w:hAnsi="Calibri" w:cs="Calibri"/>
        </w:rPr>
      </w:pPr>
      <w:r w:rsidRPr="0092688F">
        <w:rPr>
          <w:rFonts w:ascii="Calibri" w:hAnsi="Calibri" w:cs="Calibri"/>
        </w:rPr>
        <w:t>We will support learners to read and understand the Acceptable Use Policies in a way which suits their age and ability by:</w:t>
      </w:r>
    </w:p>
    <w:p w14:paraId="61FF47A1" w14:textId="77777777" w:rsidR="00491253" w:rsidRDefault="00856015" w:rsidP="00C308E5">
      <w:pPr>
        <w:pStyle w:val="ListParagraph"/>
        <w:numPr>
          <w:ilvl w:val="0"/>
          <w:numId w:val="10"/>
        </w:numPr>
        <w:spacing w:after="0" w:line="264" w:lineRule="auto"/>
        <w:rPr>
          <w:rFonts w:ascii="Calibri" w:hAnsi="Calibri" w:cs="Calibri"/>
        </w:rPr>
      </w:pPr>
      <w:r w:rsidRPr="00491253">
        <w:rPr>
          <w:rFonts w:ascii="Calibri" w:hAnsi="Calibri" w:cs="Calibri"/>
        </w:rPr>
        <w:t>Displaying age-appropriate acceptable use posters in all rooms with internet access.</w:t>
      </w:r>
    </w:p>
    <w:p w14:paraId="0F218621" w14:textId="77777777" w:rsidR="00491253" w:rsidRDefault="00856015" w:rsidP="00C308E5">
      <w:pPr>
        <w:pStyle w:val="ListParagraph"/>
        <w:numPr>
          <w:ilvl w:val="0"/>
          <w:numId w:val="10"/>
        </w:numPr>
        <w:spacing w:after="0" w:line="264" w:lineRule="auto"/>
        <w:rPr>
          <w:rFonts w:ascii="Calibri" w:hAnsi="Calibri" w:cs="Calibri"/>
        </w:rPr>
      </w:pPr>
      <w:r w:rsidRPr="00491253">
        <w:rPr>
          <w:rFonts w:ascii="Calibri" w:hAnsi="Calibri" w:cs="Calibri"/>
        </w:rPr>
        <w:t>Informing learners that network and internet use will be monitored for safety and security purposes and in accordance with legislation.</w:t>
      </w:r>
    </w:p>
    <w:p w14:paraId="51062998" w14:textId="77777777" w:rsidR="00491253" w:rsidRDefault="00856015" w:rsidP="00C308E5">
      <w:pPr>
        <w:pStyle w:val="ListParagraph"/>
        <w:numPr>
          <w:ilvl w:val="0"/>
          <w:numId w:val="10"/>
        </w:numPr>
        <w:spacing w:after="0" w:line="264" w:lineRule="auto"/>
        <w:rPr>
          <w:rFonts w:ascii="Calibri" w:hAnsi="Calibri" w:cs="Calibri"/>
        </w:rPr>
      </w:pPr>
      <w:r w:rsidRPr="00491253">
        <w:rPr>
          <w:rFonts w:ascii="Calibri" w:hAnsi="Calibri" w:cs="Calibri"/>
        </w:rPr>
        <w:t xml:space="preserve">Rewarding positive use of technology using the Good to Be Green behaviour system and individual rewards such as stickers/stars/merits depending on the age and key stage of the child. </w:t>
      </w:r>
    </w:p>
    <w:p w14:paraId="50FCCC91" w14:textId="35C13B21" w:rsidR="00E315D6" w:rsidRPr="00491253" w:rsidRDefault="00856015" w:rsidP="00C308E5">
      <w:pPr>
        <w:pStyle w:val="ListParagraph"/>
        <w:numPr>
          <w:ilvl w:val="0"/>
          <w:numId w:val="10"/>
        </w:numPr>
        <w:spacing w:after="0" w:line="264" w:lineRule="auto"/>
        <w:rPr>
          <w:rFonts w:ascii="Calibri" w:hAnsi="Calibri" w:cs="Calibri"/>
        </w:rPr>
      </w:pPr>
      <w:r w:rsidRPr="00491253">
        <w:rPr>
          <w:rFonts w:ascii="Calibri" w:hAnsi="Calibri" w:cs="Calibri"/>
        </w:rPr>
        <w:t>Implementing appropriate peer education approaches through the use of Online Safety Ambassadors.</w:t>
      </w:r>
    </w:p>
    <w:p w14:paraId="0D40B5B0" w14:textId="77777777" w:rsidR="00E315D6" w:rsidRPr="009D0C94" w:rsidRDefault="00856015" w:rsidP="00C308E5">
      <w:pPr>
        <w:pStyle w:val="ListParagraph"/>
        <w:numPr>
          <w:ilvl w:val="0"/>
          <w:numId w:val="22"/>
        </w:numPr>
        <w:spacing w:after="0" w:line="264" w:lineRule="auto"/>
        <w:rPr>
          <w:rFonts w:ascii="Calibri" w:hAnsi="Calibri" w:cs="Calibri"/>
        </w:rPr>
      </w:pPr>
      <w:r w:rsidRPr="009D0C94">
        <w:rPr>
          <w:rFonts w:ascii="Calibri" w:hAnsi="Calibri" w:cs="Calibri"/>
        </w:rPr>
        <w:lastRenderedPageBreak/>
        <w:t xml:space="preserve">Providing online safety education and training as part of the transition programme across the key stages and when moving between establishments. </w:t>
      </w:r>
    </w:p>
    <w:p w14:paraId="0686E0B5" w14:textId="77777777" w:rsidR="00E315D6" w:rsidRPr="009D0C94" w:rsidRDefault="00856015" w:rsidP="00C308E5">
      <w:pPr>
        <w:pStyle w:val="ListParagraph"/>
        <w:numPr>
          <w:ilvl w:val="0"/>
          <w:numId w:val="22"/>
        </w:numPr>
        <w:spacing w:after="0" w:line="264" w:lineRule="auto"/>
        <w:rPr>
          <w:rFonts w:ascii="Calibri" w:hAnsi="Calibri" w:cs="Calibri"/>
        </w:rPr>
      </w:pPr>
      <w:r w:rsidRPr="009D0C94">
        <w:rPr>
          <w:rFonts w:ascii="Calibri" w:hAnsi="Calibri" w:cs="Calibri"/>
        </w:rPr>
        <w:t xml:space="preserve">Seeking learner voice when writing and developing online safety policies and practices, including curriculum development and implementation. </w:t>
      </w:r>
    </w:p>
    <w:p w14:paraId="7F6722F7" w14:textId="77777777" w:rsidR="00E315D6" w:rsidRPr="009D0C94" w:rsidRDefault="00856015" w:rsidP="00C308E5">
      <w:pPr>
        <w:pStyle w:val="ListParagraph"/>
        <w:numPr>
          <w:ilvl w:val="0"/>
          <w:numId w:val="22"/>
        </w:numPr>
        <w:spacing w:after="0" w:line="264" w:lineRule="auto"/>
        <w:rPr>
          <w:rFonts w:ascii="Calibri" w:hAnsi="Calibri" w:cs="Calibri"/>
        </w:rPr>
      </w:pPr>
      <w:r w:rsidRPr="009D0C94">
        <w:rPr>
          <w:rFonts w:ascii="Calibri" w:hAnsi="Calibri" w:cs="Calibri"/>
        </w:rPr>
        <w:t>Using support, such as external visitors, where appropriate, to complement and support our internal online safety education approaches.</w:t>
      </w:r>
    </w:p>
    <w:p w14:paraId="32B56C2C" w14:textId="77777777" w:rsidR="00E315D6" w:rsidRPr="00611144" w:rsidRDefault="00E315D6" w:rsidP="00483BF4">
      <w:pPr>
        <w:spacing w:after="0" w:line="264" w:lineRule="auto"/>
        <w:rPr>
          <w:rFonts w:ascii="Calibri" w:hAnsi="Calibri" w:cs="Calibri"/>
        </w:rPr>
      </w:pPr>
    </w:p>
    <w:p w14:paraId="750392FF" w14:textId="77777777" w:rsidR="00E315D6" w:rsidRPr="009D0C94" w:rsidRDefault="00856015" w:rsidP="00483BF4">
      <w:pPr>
        <w:spacing w:after="0" w:line="264" w:lineRule="auto"/>
        <w:rPr>
          <w:rFonts w:ascii="Calibri" w:hAnsi="Calibri" w:cs="Calibri"/>
          <w:sz w:val="32"/>
          <w:szCs w:val="32"/>
        </w:rPr>
      </w:pPr>
      <w:r w:rsidRPr="009D0C94">
        <w:rPr>
          <w:rFonts w:ascii="Calibri" w:hAnsi="Calibri" w:cs="Calibri"/>
          <w:b/>
          <w:sz w:val="32"/>
          <w:szCs w:val="32"/>
        </w:rPr>
        <w:t>5.2 Vulnerable Learners</w:t>
      </w:r>
    </w:p>
    <w:p w14:paraId="252B37A0" w14:textId="77777777" w:rsidR="00E315D6" w:rsidRPr="00611144" w:rsidRDefault="00E315D6" w:rsidP="00483BF4">
      <w:pPr>
        <w:spacing w:after="0" w:line="264" w:lineRule="auto"/>
        <w:rPr>
          <w:rFonts w:ascii="Calibri" w:hAnsi="Calibri" w:cs="Calibri"/>
        </w:rPr>
      </w:pPr>
    </w:p>
    <w:p w14:paraId="0601B9B0" w14:textId="77777777" w:rsidR="00E315D6" w:rsidRPr="009D0C94" w:rsidRDefault="00856015" w:rsidP="00C308E5">
      <w:pPr>
        <w:pStyle w:val="ListParagraph"/>
        <w:numPr>
          <w:ilvl w:val="0"/>
          <w:numId w:val="23"/>
        </w:numPr>
        <w:spacing w:after="0" w:line="264" w:lineRule="auto"/>
        <w:rPr>
          <w:rFonts w:ascii="Calibri" w:hAnsi="Calibri" w:cs="Calibri"/>
        </w:rPr>
      </w:pPr>
      <w:r w:rsidRPr="009D0C94">
        <w:rPr>
          <w:rFonts w:ascii="Calibri" w:hAnsi="Calibri" w:cs="Calibri"/>
        </w:rPr>
        <w:t xml:space="preserve">We recognise that some learners are more vulnerable online due to a range of factors. This may include, but is not limited to children in care, children with Special Educational Needs and Disabilities (SEND) or mental health needs, children with English as an additional language (EAL) and children experiencing trauma or loss. </w:t>
      </w:r>
    </w:p>
    <w:p w14:paraId="0B3D5022" w14:textId="77777777" w:rsidR="00E315D6" w:rsidRPr="009D0C94" w:rsidRDefault="00856015" w:rsidP="00C308E5">
      <w:pPr>
        <w:pStyle w:val="ListParagraph"/>
        <w:numPr>
          <w:ilvl w:val="0"/>
          <w:numId w:val="23"/>
        </w:numPr>
        <w:spacing w:after="0" w:line="264" w:lineRule="auto"/>
        <w:rPr>
          <w:rFonts w:ascii="Calibri" w:hAnsi="Calibri" w:cs="Calibri"/>
        </w:rPr>
      </w:pPr>
      <w:r w:rsidRPr="009D0C94">
        <w:rPr>
          <w:rFonts w:ascii="Calibri" w:hAnsi="Calibri" w:cs="Calibri"/>
        </w:rPr>
        <w:t>We recognise that children with cognitive difficulties may be unable to understand the difference between fact and fiction in online content and then may repeat the content/behaviours without understanding the consequences of doing so.</w:t>
      </w:r>
    </w:p>
    <w:p w14:paraId="5ED344D6" w14:textId="77777777" w:rsidR="00E315D6" w:rsidRPr="009D0C94" w:rsidRDefault="00856015" w:rsidP="00C308E5">
      <w:pPr>
        <w:pStyle w:val="ListParagraph"/>
        <w:numPr>
          <w:ilvl w:val="0"/>
          <w:numId w:val="23"/>
        </w:numPr>
        <w:spacing w:after="0" w:line="264" w:lineRule="auto"/>
        <w:rPr>
          <w:rFonts w:ascii="Calibri" w:hAnsi="Calibri" w:cs="Calibri"/>
        </w:rPr>
      </w:pPr>
      <w:r w:rsidRPr="009D0C94">
        <w:rPr>
          <w:rFonts w:ascii="Calibri" w:hAnsi="Calibri" w:cs="Calibri"/>
        </w:rPr>
        <w:t>We will ensure that differentiated and ability appropriate online safety education, access and support is provided to vulnerable learners</w:t>
      </w:r>
    </w:p>
    <w:p w14:paraId="6A04BA8E" w14:textId="77777777" w:rsidR="00E315D6" w:rsidRPr="009D0C94" w:rsidRDefault="00856015" w:rsidP="00C308E5">
      <w:pPr>
        <w:pStyle w:val="ListParagraph"/>
        <w:numPr>
          <w:ilvl w:val="0"/>
          <w:numId w:val="23"/>
        </w:numPr>
        <w:spacing w:after="0" w:line="264" w:lineRule="auto"/>
        <w:rPr>
          <w:rFonts w:ascii="Calibri" w:hAnsi="Calibri" w:cs="Calibri"/>
        </w:rPr>
      </w:pPr>
      <w:r w:rsidRPr="009D0C94">
        <w:rPr>
          <w:rFonts w:ascii="Calibri" w:hAnsi="Calibri" w:cs="Calibri"/>
        </w:rPr>
        <w:t xml:space="preserve">When implementing an appropriate online safety policy and curriculum we will seek input from specialist staff as appropriate, including the SENCO and Child in Care Designated Teacher (Sabrina Simons). </w:t>
      </w:r>
    </w:p>
    <w:p w14:paraId="2C108A82" w14:textId="77777777" w:rsidR="00E315D6" w:rsidRPr="00611144" w:rsidRDefault="00E315D6" w:rsidP="00483BF4">
      <w:pPr>
        <w:spacing w:after="0" w:line="264" w:lineRule="auto"/>
        <w:rPr>
          <w:rFonts w:ascii="Calibri" w:hAnsi="Calibri" w:cs="Calibri"/>
        </w:rPr>
      </w:pPr>
    </w:p>
    <w:p w14:paraId="119E672F" w14:textId="77777777" w:rsidR="00E315D6" w:rsidRPr="00D3321F" w:rsidRDefault="00856015" w:rsidP="00483BF4">
      <w:pPr>
        <w:spacing w:after="0" w:line="264" w:lineRule="auto"/>
        <w:rPr>
          <w:rFonts w:ascii="Calibri" w:hAnsi="Calibri" w:cs="Calibri"/>
          <w:sz w:val="32"/>
          <w:szCs w:val="32"/>
        </w:rPr>
      </w:pPr>
      <w:r w:rsidRPr="00D3321F">
        <w:rPr>
          <w:rFonts w:ascii="Calibri" w:hAnsi="Calibri" w:cs="Calibri"/>
          <w:b/>
          <w:sz w:val="32"/>
          <w:szCs w:val="32"/>
        </w:rPr>
        <w:t>5.3 Training and engagement with staff</w:t>
      </w:r>
    </w:p>
    <w:p w14:paraId="04E93445" w14:textId="77777777" w:rsidR="00E315D6" w:rsidRPr="00611144" w:rsidRDefault="00856015" w:rsidP="00483BF4">
      <w:pPr>
        <w:spacing w:after="0" w:line="264" w:lineRule="auto"/>
        <w:rPr>
          <w:rFonts w:ascii="Calibri" w:hAnsi="Calibri" w:cs="Calibri"/>
        </w:rPr>
      </w:pPr>
      <w:r w:rsidRPr="00611144">
        <w:rPr>
          <w:rFonts w:ascii="Calibri" w:hAnsi="Calibri" w:cs="Calibri"/>
        </w:rPr>
        <w:t>We will:</w:t>
      </w:r>
    </w:p>
    <w:p w14:paraId="0186E568" w14:textId="77777777" w:rsidR="00E315D6" w:rsidRPr="00D3321F" w:rsidRDefault="00856015" w:rsidP="00C308E5">
      <w:pPr>
        <w:pStyle w:val="ListParagraph"/>
        <w:numPr>
          <w:ilvl w:val="0"/>
          <w:numId w:val="24"/>
        </w:numPr>
        <w:spacing w:after="0" w:line="264" w:lineRule="auto"/>
        <w:rPr>
          <w:rFonts w:ascii="Calibri" w:hAnsi="Calibri" w:cs="Calibri"/>
        </w:rPr>
      </w:pPr>
      <w:r w:rsidRPr="00D3321F">
        <w:rPr>
          <w:rFonts w:ascii="Calibri" w:hAnsi="Calibri" w:cs="Calibri"/>
        </w:rPr>
        <w:t>Provide and discuss the online safety policy and procedures with ALL members of staff as part of induction.</w:t>
      </w:r>
    </w:p>
    <w:p w14:paraId="2F1B6BF2" w14:textId="77777777" w:rsidR="00E315D6" w:rsidRPr="00D3321F" w:rsidRDefault="00856015" w:rsidP="00C308E5">
      <w:pPr>
        <w:pStyle w:val="ListParagraph"/>
        <w:numPr>
          <w:ilvl w:val="0"/>
          <w:numId w:val="24"/>
        </w:numPr>
        <w:spacing w:after="0" w:line="264" w:lineRule="auto"/>
        <w:rPr>
          <w:rFonts w:ascii="Calibri" w:hAnsi="Calibri" w:cs="Calibri"/>
        </w:rPr>
      </w:pPr>
      <w:r w:rsidRPr="00D3321F">
        <w:rPr>
          <w:rFonts w:ascii="Calibri" w:hAnsi="Calibri" w:cs="Calibri"/>
        </w:rPr>
        <w:t xml:space="preserve">Provide up-to-date and appropriate online safety training for all staff and governors on a regular basis, with at least annual updates. </w:t>
      </w:r>
    </w:p>
    <w:p w14:paraId="73CE5DE2" w14:textId="77777777" w:rsidR="00D3321F" w:rsidRPr="00D3321F" w:rsidRDefault="00856015" w:rsidP="00C308E5">
      <w:pPr>
        <w:pStyle w:val="ListParagraph"/>
        <w:numPr>
          <w:ilvl w:val="0"/>
          <w:numId w:val="26"/>
        </w:numPr>
        <w:spacing w:after="0" w:line="264" w:lineRule="auto"/>
        <w:rPr>
          <w:rFonts w:ascii="Calibri" w:hAnsi="Calibri" w:cs="Calibri"/>
        </w:rPr>
      </w:pPr>
      <w:r w:rsidRPr="00D3321F">
        <w:rPr>
          <w:rFonts w:ascii="Calibri" w:hAnsi="Calibri" w:cs="Calibri"/>
        </w:rPr>
        <w:t>This will be achieved through a blend of existing safeguarding and child protection training and updates, safeguarding newsletters or within specific online safety sessions, as deemed appropriate by the DSL and headteacher.</w:t>
      </w:r>
    </w:p>
    <w:p w14:paraId="565F4F14" w14:textId="18E3BCCA" w:rsidR="00E315D6" w:rsidRPr="00D3321F" w:rsidRDefault="00856015" w:rsidP="00C308E5">
      <w:pPr>
        <w:pStyle w:val="ListParagraph"/>
        <w:numPr>
          <w:ilvl w:val="0"/>
          <w:numId w:val="25"/>
        </w:numPr>
        <w:spacing w:after="0" w:line="264" w:lineRule="auto"/>
        <w:rPr>
          <w:rFonts w:ascii="Calibri" w:hAnsi="Calibri" w:cs="Calibri"/>
        </w:rPr>
      </w:pPr>
      <w:r w:rsidRPr="00D3321F">
        <w:rPr>
          <w:rFonts w:ascii="Calibri" w:hAnsi="Calibri" w:cs="Calibri"/>
        </w:rPr>
        <w:t xml:space="preserve">This will cover the potential risks posed to learners (Content, Contact, Conduct and Commerce) as well as our professional practice expectations. </w:t>
      </w:r>
    </w:p>
    <w:p w14:paraId="21699446" w14:textId="77777777" w:rsidR="00E315D6" w:rsidRPr="00D3321F" w:rsidRDefault="00856015" w:rsidP="00C308E5">
      <w:pPr>
        <w:pStyle w:val="ListParagraph"/>
        <w:numPr>
          <w:ilvl w:val="0"/>
          <w:numId w:val="27"/>
        </w:numPr>
        <w:spacing w:after="0" w:line="264" w:lineRule="auto"/>
        <w:rPr>
          <w:rFonts w:ascii="Calibri" w:hAnsi="Calibri" w:cs="Calibri"/>
        </w:rPr>
      </w:pPr>
      <w:r w:rsidRPr="00D3321F">
        <w:rPr>
          <w:rFonts w:ascii="Calibri" w:hAnsi="Calibri" w:cs="Calibri"/>
        </w:rPr>
        <w:t>Recognise the expertise staff build by undertaking safeguarding training and managing safeguarding concerns and provide opportunities for staff to contribute to and shape online safety policies and procedures.</w:t>
      </w:r>
    </w:p>
    <w:p w14:paraId="25D27FAF" w14:textId="77777777" w:rsidR="00491253" w:rsidRPr="00D3321F" w:rsidRDefault="00856015" w:rsidP="00C308E5">
      <w:pPr>
        <w:pStyle w:val="ListParagraph"/>
        <w:numPr>
          <w:ilvl w:val="0"/>
          <w:numId w:val="27"/>
        </w:numPr>
        <w:spacing w:after="0" w:line="264" w:lineRule="auto"/>
        <w:rPr>
          <w:rFonts w:ascii="Calibri" w:hAnsi="Calibri" w:cs="Calibri"/>
        </w:rPr>
      </w:pPr>
      <w:r w:rsidRPr="00D3321F">
        <w:rPr>
          <w:rFonts w:ascii="Calibri" w:hAnsi="Calibri" w:cs="Calibri"/>
        </w:rPr>
        <w:t xml:space="preserve">Make staff aware that our IT systems are monitored, and that activity can be traced to individual users; staff will be reminded to behave professionally and in accordance with our policies when accessing our systems and devices. </w:t>
      </w:r>
    </w:p>
    <w:p w14:paraId="01439329" w14:textId="781702C7" w:rsidR="00E315D6" w:rsidRPr="00D3321F" w:rsidRDefault="00856015" w:rsidP="00C308E5">
      <w:pPr>
        <w:pStyle w:val="ListParagraph"/>
        <w:numPr>
          <w:ilvl w:val="0"/>
          <w:numId w:val="27"/>
        </w:numPr>
        <w:spacing w:after="0" w:line="264" w:lineRule="auto"/>
        <w:rPr>
          <w:rFonts w:ascii="Calibri" w:hAnsi="Calibri" w:cs="Calibri"/>
        </w:rPr>
      </w:pPr>
      <w:r w:rsidRPr="00D3321F">
        <w:rPr>
          <w:rFonts w:ascii="Calibri" w:hAnsi="Calibri" w:cs="Calibri"/>
        </w:rPr>
        <w:t xml:space="preserve">Make staff aware that their online conduct outside of the setting, including personal use of social media, could have an impact on their professional role and reputation. </w:t>
      </w:r>
    </w:p>
    <w:p w14:paraId="1871363B" w14:textId="77777777" w:rsidR="00E315D6" w:rsidRPr="007A5236" w:rsidRDefault="00856015" w:rsidP="00C308E5">
      <w:pPr>
        <w:pStyle w:val="ListParagraph"/>
        <w:numPr>
          <w:ilvl w:val="0"/>
          <w:numId w:val="27"/>
        </w:numPr>
        <w:spacing w:after="0" w:line="264" w:lineRule="auto"/>
        <w:rPr>
          <w:rFonts w:ascii="Calibri" w:hAnsi="Calibri" w:cs="Calibri"/>
        </w:rPr>
      </w:pPr>
      <w:r w:rsidRPr="007A5236">
        <w:rPr>
          <w:rFonts w:ascii="Calibri" w:hAnsi="Calibri" w:cs="Calibri"/>
        </w:rPr>
        <w:lastRenderedPageBreak/>
        <w:t>Highlight useful educational resources and tools which staff should use, according to the age and ability of the learners.</w:t>
      </w:r>
    </w:p>
    <w:p w14:paraId="4A3A40F6" w14:textId="77777777" w:rsidR="00E315D6" w:rsidRPr="007A5236" w:rsidRDefault="00856015" w:rsidP="00C308E5">
      <w:pPr>
        <w:pStyle w:val="ListParagraph"/>
        <w:numPr>
          <w:ilvl w:val="0"/>
          <w:numId w:val="27"/>
        </w:numPr>
        <w:spacing w:after="0" w:line="264" w:lineRule="auto"/>
        <w:rPr>
          <w:rFonts w:ascii="Calibri" w:hAnsi="Calibri" w:cs="Calibri"/>
        </w:rPr>
      </w:pPr>
      <w:r w:rsidRPr="007A5236">
        <w:rPr>
          <w:rFonts w:ascii="Calibri" w:hAnsi="Calibri" w:cs="Calibri"/>
        </w:rPr>
        <w:t>Ensure all members of staff are aware of the procedures to follow regarding online safety concerns affecting learners, colleagues or other members of the community.</w:t>
      </w:r>
    </w:p>
    <w:p w14:paraId="37DB064E" w14:textId="77777777" w:rsidR="00E315D6" w:rsidRPr="00611144" w:rsidRDefault="00E315D6" w:rsidP="00483BF4">
      <w:pPr>
        <w:spacing w:after="0" w:line="264" w:lineRule="auto"/>
        <w:rPr>
          <w:rFonts w:ascii="Calibri" w:hAnsi="Calibri" w:cs="Calibri"/>
        </w:rPr>
      </w:pPr>
    </w:p>
    <w:p w14:paraId="688DB3E7" w14:textId="77777777" w:rsidR="00E315D6" w:rsidRPr="007A5236" w:rsidRDefault="00856015" w:rsidP="00483BF4">
      <w:pPr>
        <w:spacing w:after="0" w:line="264" w:lineRule="auto"/>
        <w:rPr>
          <w:rFonts w:ascii="Calibri" w:hAnsi="Calibri" w:cs="Calibri"/>
          <w:sz w:val="32"/>
          <w:szCs w:val="32"/>
        </w:rPr>
      </w:pPr>
      <w:r w:rsidRPr="007A5236">
        <w:rPr>
          <w:rFonts w:ascii="Calibri" w:hAnsi="Calibri" w:cs="Calibri"/>
          <w:b/>
          <w:sz w:val="32"/>
          <w:szCs w:val="32"/>
        </w:rPr>
        <w:t>5.4 Awareness and engagement with parents and carers</w:t>
      </w:r>
    </w:p>
    <w:p w14:paraId="1F3B8F65" w14:textId="77777777" w:rsidR="00E315D6" w:rsidRPr="007A5236" w:rsidRDefault="00856015" w:rsidP="00C308E5">
      <w:pPr>
        <w:pStyle w:val="ListParagraph"/>
        <w:numPr>
          <w:ilvl w:val="0"/>
          <w:numId w:val="28"/>
        </w:numPr>
        <w:spacing w:after="0" w:line="264" w:lineRule="auto"/>
        <w:rPr>
          <w:rFonts w:ascii="Calibri" w:hAnsi="Calibri" w:cs="Calibri"/>
        </w:rPr>
      </w:pPr>
      <w:r w:rsidRPr="007A5236">
        <w:rPr>
          <w:rFonts w:ascii="Calibri" w:hAnsi="Calibri" w:cs="Calibri"/>
        </w:rPr>
        <w:t xml:space="preserve">We recognise that parents and carers have an essential role to play in enabling children and young people to become safe and responsible users of the internet and associated technologies. </w:t>
      </w:r>
    </w:p>
    <w:p w14:paraId="4AF8CD70" w14:textId="77777777" w:rsidR="00E315D6" w:rsidRPr="007A5236" w:rsidRDefault="00856015" w:rsidP="00C308E5">
      <w:pPr>
        <w:pStyle w:val="ListParagraph"/>
        <w:numPr>
          <w:ilvl w:val="0"/>
          <w:numId w:val="28"/>
        </w:numPr>
        <w:spacing w:after="0" w:line="264" w:lineRule="auto"/>
        <w:rPr>
          <w:rFonts w:ascii="Calibri" w:hAnsi="Calibri" w:cs="Calibri"/>
        </w:rPr>
      </w:pPr>
      <w:r w:rsidRPr="007A5236">
        <w:rPr>
          <w:rFonts w:ascii="Calibri" w:hAnsi="Calibri" w:cs="Calibri"/>
        </w:rPr>
        <w:t>We will build a partnership approach to online safety with parents and carers by:</w:t>
      </w:r>
    </w:p>
    <w:p w14:paraId="45EE20EC" w14:textId="55F54E7B" w:rsidR="00E315D6" w:rsidRPr="007A5236" w:rsidRDefault="00856015" w:rsidP="00C308E5">
      <w:pPr>
        <w:pStyle w:val="ListParagraph"/>
        <w:numPr>
          <w:ilvl w:val="0"/>
          <w:numId w:val="25"/>
        </w:numPr>
        <w:spacing w:after="0" w:line="264" w:lineRule="auto"/>
        <w:rPr>
          <w:rFonts w:ascii="Calibri" w:hAnsi="Calibri" w:cs="Calibri"/>
        </w:rPr>
      </w:pPr>
      <w:r w:rsidRPr="007A5236">
        <w:rPr>
          <w:rFonts w:ascii="Calibri" w:hAnsi="Calibri" w:cs="Calibri"/>
        </w:rPr>
        <w:t xml:space="preserve">Providing information and guidance on online safety in a variety of formats. </w:t>
      </w:r>
    </w:p>
    <w:p w14:paraId="5B71D267" w14:textId="77777777" w:rsidR="00E315D6" w:rsidRPr="00611144" w:rsidRDefault="00856015" w:rsidP="007A5236">
      <w:pPr>
        <w:spacing w:after="0" w:line="264" w:lineRule="auto"/>
        <w:ind w:left="360" w:firstLine="720"/>
        <w:rPr>
          <w:rFonts w:ascii="Calibri" w:hAnsi="Calibri" w:cs="Calibri"/>
        </w:rPr>
      </w:pPr>
      <w:r w:rsidRPr="00611144">
        <w:rPr>
          <w:rFonts w:ascii="Calibri" w:hAnsi="Calibri" w:cs="Calibri"/>
        </w:rPr>
        <w:t>This will include offering specific online safety awareness training and highlighting online safety at other events such as parent evenings, transition events, fetes and sports days.</w:t>
      </w:r>
    </w:p>
    <w:p w14:paraId="38A19D00" w14:textId="5846A17D" w:rsidR="00E315D6" w:rsidRPr="007A5236" w:rsidRDefault="00856015" w:rsidP="00C308E5">
      <w:pPr>
        <w:pStyle w:val="ListParagraph"/>
        <w:numPr>
          <w:ilvl w:val="0"/>
          <w:numId w:val="25"/>
        </w:numPr>
        <w:spacing w:after="0" w:line="264" w:lineRule="auto"/>
        <w:rPr>
          <w:rFonts w:ascii="Calibri" w:hAnsi="Calibri" w:cs="Calibri"/>
        </w:rPr>
      </w:pPr>
      <w:r w:rsidRPr="007A5236">
        <w:rPr>
          <w:rFonts w:ascii="Calibri" w:hAnsi="Calibri" w:cs="Calibri"/>
        </w:rPr>
        <w:t xml:space="preserve">Drawing their attention to the online safety policy and expectations in newsletters, letters, our prospectus and on our website. </w:t>
      </w:r>
    </w:p>
    <w:p w14:paraId="2B10CBD6" w14:textId="77777777" w:rsidR="00E315D6" w:rsidRPr="007A5236" w:rsidRDefault="00856015" w:rsidP="00C308E5">
      <w:pPr>
        <w:pStyle w:val="ListParagraph"/>
        <w:numPr>
          <w:ilvl w:val="0"/>
          <w:numId w:val="29"/>
        </w:numPr>
        <w:spacing w:after="0" w:line="264" w:lineRule="auto"/>
        <w:rPr>
          <w:rFonts w:ascii="Calibri" w:hAnsi="Calibri" w:cs="Calibri"/>
        </w:rPr>
      </w:pPr>
      <w:r w:rsidRPr="007A5236">
        <w:rPr>
          <w:rFonts w:ascii="Calibri" w:hAnsi="Calibri" w:cs="Calibri"/>
        </w:rPr>
        <w:t xml:space="preserve">Requesting that they read online safety information as part of joining our community, for example, within our home school agreement. </w:t>
      </w:r>
    </w:p>
    <w:p w14:paraId="3E68AB7B" w14:textId="77777777" w:rsidR="00E315D6" w:rsidRPr="007A5236" w:rsidRDefault="00856015" w:rsidP="00C308E5">
      <w:pPr>
        <w:pStyle w:val="ListParagraph"/>
        <w:numPr>
          <w:ilvl w:val="0"/>
          <w:numId w:val="29"/>
        </w:numPr>
        <w:spacing w:after="0" w:line="264" w:lineRule="auto"/>
        <w:rPr>
          <w:rFonts w:ascii="Calibri" w:hAnsi="Calibri" w:cs="Calibri"/>
        </w:rPr>
      </w:pPr>
      <w:r w:rsidRPr="007A5236">
        <w:rPr>
          <w:rFonts w:ascii="Calibri" w:hAnsi="Calibri" w:cs="Calibri"/>
        </w:rPr>
        <w:t>Requiring them to read our acceptable use policies and discuss the implications with their children.</w:t>
      </w:r>
    </w:p>
    <w:p w14:paraId="50876640" w14:textId="77777777" w:rsidR="00E315D6" w:rsidRPr="007A5236" w:rsidRDefault="00856015" w:rsidP="00C308E5">
      <w:pPr>
        <w:pStyle w:val="ListParagraph"/>
        <w:numPr>
          <w:ilvl w:val="0"/>
          <w:numId w:val="29"/>
        </w:numPr>
        <w:spacing w:after="0" w:line="264" w:lineRule="auto"/>
        <w:rPr>
          <w:rFonts w:ascii="Calibri" w:hAnsi="Calibri" w:cs="Calibri"/>
        </w:rPr>
      </w:pPr>
      <w:r w:rsidRPr="007A5236">
        <w:rPr>
          <w:rFonts w:ascii="Calibri" w:hAnsi="Calibri" w:cs="Calibri"/>
        </w:rPr>
        <w:t>Providing them with information about our approach to filtering and monitoring as well as information about the types of things that children will be doing online.</w:t>
      </w:r>
    </w:p>
    <w:p w14:paraId="756A738C" w14:textId="77777777" w:rsidR="00E315D6" w:rsidRPr="00611144" w:rsidRDefault="00E315D6" w:rsidP="00483BF4">
      <w:pPr>
        <w:spacing w:after="0" w:line="264" w:lineRule="auto"/>
        <w:rPr>
          <w:rFonts w:ascii="Calibri" w:hAnsi="Calibri" w:cs="Calibri"/>
        </w:rPr>
      </w:pPr>
    </w:p>
    <w:p w14:paraId="0FDFBAF2" w14:textId="77777777" w:rsidR="00E315D6" w:rsidRPr="00611144" w:rsidRDefault="00E315D6" w:rsidP="00483BF4">
      <w:pPr>
        <w:spacing w:after="0" w:line="264" w:lineRule="auto"/>
        <w:rPr>
          <w:rFonts w:ascii="Calibri" w:hAnsi="Calibri" w:cs="Calibri"/>
        </w:rPr>
      </w:pPr>
    </w:p>
    <w:p w14:paraId="15139DC6" w14:textId="3EC3D908" w:rsidR="00E315D6" w:rsidRPr="007A5236" w:rsidRDefault="007A5236" w:rsidP="00483BF4">
      <w:pPr>
        <w:spacing w:after="0" w:line="264" w:lineRule="auto"/>
        <w:rPr>
          <w:rFonts w:ascii="Calibri" w:hAnsi="Calibri" w:cs="Calibri"/>
          <w:sz w:val="32"/>
          <w:szCs w:val="32"/>
        </w:rPr>
      </w:pPr>
      <w:r w:rsidRPr="007A5236">
        <w:rPr>
          <w:rFonts w:ascii="Calibri" w:hAnsi="Calibri" w:cs="Calibri"/>
          <w:b/>
          <w:sz w:val="32"/>
          <w:szCs w:val="32"/>
        </w:rPr>
        <w:t xml:space="preserve">6. </w:t>
      </w:r>
      <w:r w:rsidR="00856015" w:rsidRPr="007A5236">
        <w:rPr>
          <w:rFonts w:ascii="Calibri" w:hAnsi="Calibri" w:cs="Calibri"/>
          <w:b/>
          <w:sz w:val="32"/>
          <w:szCs w:val="32"/>
        </w:rPr>
        <w:t>Responding to Online Safety Incidents and Concerns</w:t>
      </w:r>
    </w:p>
    <w:p w14:paraId="2C986FD3" w14:textId="77777777" w:rsidR="00E315D6" w:rsidRPr="00611144" w:rsidRDefault="00E315D6" w:rsidP="00483BF4">
      <w:pPr>
        <w:spacing w:after="0" w:line="264" w:lineRule="auto"/>
        <w:rPr>
          <w:rFonts w:ascii="Calibri" w:hAnsi="Calibri" w:cs="Calibri"/>
        </w:rPr>
      </w:pPr>
    </w:p>
    <w:p w14:paraId="6F06C2A6"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 xml:space="preserve">All members of the community will be made aware of the reporting procedure for online safety concerns, including breaches of filtering, youth produced sexual imagery (sharing of nudes or semi-nudes/sexting), cyberbullying and illegal content. </w:t>
      </w:r>
    </w:p>
    <w:p w14:paraId="716641B4"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All members of the community will be directed to the DSL or headteacher in such circumstances.</w:t>
      </w:r>
    </w:p>
    <w:p w14:paraId="7AF389B4"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 xml:space="preserve">All reports will be taken seriously and will be dealt with as soon as is practically possible. </w:t>
      </w:r>
    </w:p>
    <w:p w14:paraId="6BF6AD35"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All incidents should be logged.</w:t>
      </w:r>
    </w:p>
    <w:p w14:paraId="715FBCF7"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 xml:space="preserve">All members of the community must respect confidentiality and the need to follow the official procedures for reporting concerns. </w:t>
      </w:r>
    </w:p>
    <w:p w14:paraId="00E15389"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We require staff, parents, carers and learners to work in partnership to resolve online safety issues.</w:t>
      </w:r>
    </w:p>
    <w:p w14:paraId="5F4E4F5D"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After any investigations are completed, we will debrief, identify lessons learnt and implement any policy or curriculum changes as required.</w:t>
      </w:r>
    </w:p>
    <w:p w14:paraId="5A477D26"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Safeguarding concerns and incidents, at level 3 or 4 on the Continuum of Need, should be reported to Single Point of Advice in line with East Sussex Safeguarding and Child Protection model policy.</w:t>
      </w:r>
    </w:p>
    <w:p w14:paraId="0399025C"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lastRenderedPageBreak/>
        <w:t>If we are unsure how to proceed with an incident or concern, the DSL (or deputies) will seek advice from the Standards and Learning Effectiveness Service Safeguarding Team.</w:t>
      </w:r>
    </w:p>
    <w:p w14:paraId="1FFC37F3"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 xml:space="preserve">Where there is suspicion that illegal activity has occurred contact the Sussex Police using 101, or 999 if there is immediate danger or risk of harm. </w:t>
      </w:r>
    </w:p>
    <w:p w14:paraId="29FB256B" w14:textId="77777777" w:rsidR="00E315D6" w:rsidRPr="007A5236" w:rsidRDefault="00856015" w:rsidP="00C308E5">
      <w:pPr>
        <w:pStyle w:val="ListParagraph"/>
        <w:numPr>
          <w:ilvl w:val="0"/>
          <w:numId w:val="30"/>
        </w:numPr>
        <w:spacing w:after="0" w:line="264" w:lineRule="auto"/>
        <w:rPr>
          <w:rFonts w:ascii="Calibri" w:hAnsi="Calibri" w:cs="Calibri"/>
        </w:rPr>
      </w:pPr>
      <w:r w:rsidRPr="007A5236">
        <w:rPr>
          <w:rFonts w:ascii="Calibri" w:hAnsi="Calibri" w:cs="Calibri"/>
        </w:rPr>
        <w:t xml:space="preserve">If an incident or concern needs to be passed beyond our community (for example if other local settings are involved or the public may be at risk), the DSL or headteacher will contact Sussex Police first to ensure that potential investigations are not compromised.  </w:t>
      </w:r>
    </w:p>
    <w:p w14:paraId="22D73FEE" w14:textId="77777777" w:rsidR="00E315D6" w:rsidRPr="00611144" w:rsidRDefault="00E315D6" w:rsidP="00483BF4">
      <w:pPr>
        <w:spacing w:after="0" w:line="264" w:lineRule="auto"/>
        <w:rPr>
          <w:rFonts w:ascii="Calibri" w:hAnsi="Calibri" w:cs="Calibri"/>
        </w:rPr>
      </w:pPr>
    </w:p>
    <w:p w14:paraId="36BC60EF" w14:textId="77777777" w:rsidR="00E315D6" w:rsidRPr="009B36A3" w:rsidRDefault="00856015" w:rsidP="00483BF4">
      <w:pPr>
        <w:spacing w:after="0" w:line="264" w:lineRule="auto"/>
        <w:rPr>
          <w:rFonts w:ascii="Calibri" w:hAnsi="Calibri" w:cs="Calibri"/>
          <w:sz w:val="32"/>
          <w:szCs w:val="32"/>
        </w:rPr>
      </w:pPr>
      <w:r w:rsidRPr="009B36A3">
        <w:rPr>
          <w:rFonts w:ascii="Calibri" w:hAnsi="Calibri" w:cs="Calibri"/>
          <w:b/>
          <w:sz w:val="32"/>
          <w:szCs w:val="32"/>
        </w:rPr>
        <w:t>6.1 Concerns about Learners’ Welfare</w:t>
      </w:r>
    </w:p>
    <w:p w14:paraId="73DF71A2" w14:textId="77777777" w:rsidR="00E315D6" w:rsidRPr="009B36A3" w:rsidRDefault="00856015" w:rsidP="00C308E5">
      <w:pPr>
        <w:pStyle w:val="ListParagraph"/>
        <w:numPr>
          <w:ilvl w:val="0"/>
          <w:numId w:val="31"/>
        </w:numPr>
        <w:spacing w:after="0" w:line="264" w:lineRule="auto"/>
        <w:rPr>
          <w:rFonts w:ascii="Calibri" w:hAnsi="Calibri" w:cs="Calibri"/>
        </w:rPr>
      </w:pPr>
      <w:r w:rsidRPr="009B36A3">
        <w:rPr>
          <w:rFonts w:ascii="Calibri" w:hAnsi="Calibri" w:cs="Calibri"/>
        </w:rPr>
        <w:t xml:space="preserve">The DSL (or deputies) will be informed of any online safety incidents involving safeguarding or child protection concerns. </w:t>
      </w:r>
    </w:p>
    <w:p w14:paraId="5E17589F" w14:textId="33742458" w:rsidR="00E315D6" w:rsidRPr="009B36A3" w:rsidRDefault="00856015" w:rsidP="00C308E5">
      <w:pPr>
        <w:pStyle w:val="ListParagraph"/>
        <w:numPr>
          <w:ilvl w:val="0"/>
          <w:numId w:val="29"/>
        </w:numPr>
        <w:spacing w:after="0" w:line="264" w:lineRule="auto"/>
        <w:rPr>
          <w:rFonts w:ascii="Calibri" w:hAnsi="Calibri" w:cs="Calibri"/>
        </w:rPr>
      </w:pPr>
      <w:r w:rsidRPr="009B36A3">
        <w:rPr>
          <w:rFonts w:ascii="Calibri" w:hAnsi="Calibri" w:cs="Calibri"/>
        </w:rPr>
        <w:t>The DSL (or deputies) will record these issues in line with our child protection policy.</w:t>
      </w:r>
    </w:p>
    <w:p w14:paraId="40AFC6DF" w14:textId="77777777" w:rsidR="00E315D6" w:rsidRPr="009B36A3" w:rsidRDefault="00856015" w:rsidP="00C308E5">
      <w:pPr>
        <w:pStyle w:val="ListParagraph"/>
        <w:numPr>
          <w:ilvl w:val="0"/>
          <w:numId w:val="32"/>
        </w:numPr>
        <w:spacing w:after="0" w:line="264" w:lineRule="auto"/>
        <w:rPr>
          <w:rFonts w:ascii="Calibri" w:hAnsi="Calibri" w:cs="Calibri"/>
        </w:rPr>
      </w:pPr>
      <w:r w:rsidRPr="009B36A3">
        <w:rPr>
          <w:rFonts w:ascii="Calibri" w:hAnsi="Calibri" w:cs="Calibri"/>
        </w:rPr>
        <w:t>The DSL (or deputies) will ensure that online safety concerns are escalated and reported to relevant agencies in line with the East Sussex Safeguarding Children Partnership thresholds and procedures.</w:t>
      </w:r>
    </w:p>
    <w:p w14:paraId="326D1D33" w14:textId="77777777" w:rsidR="00E315D6" w:rsidRPr="009B36A3" w:rsidRDefault="00856015" w:rsidP="00C308E5">
      <w:pPr>
        <w:pStyle w:val="ListParagraph"/>
        <w:numPr>
          <w:ilvl w:val="0"/>
          <w:numId w:val="32"/>
        </w:numPr>
        <w:spacing w:after="0" w:line="264" w:lineRule="auto"/>
        <w:rPr>
          <w:rFonts w:ascii="Calibri" w:hAnsi="Calibri" w:cs="Calibri"/>
        </w:rPr>
      </w:pPr>
      <w:r w:rsidRPr="009B36A3">
        <w:rPr>
          <w:rFonts w:ascii="Calibri" w:hAnsi="Calibri" w:cs="Calibri"/>
        </w:rPr>
        <w:t>We will inform parents and carers of online safety incidents or concerns involving their child, as and when required.</w:t>
      </w:r>
    </w:p>
    <w:p w14:paraId="1F05EC3F" w14:textId="77777777" w:rsidR="00E315D6" w:rsidRPr="00611144" w:rsidRDefault="00E315D6" w:rsidP="00483BF4">
      <w:pPr>
        <w:spacing w:after="0" w:line="264" w:lineRule="auto"/>
        <w:rPr>
          <w:rFonts w:ascii="Calibri" w:hAnsi="Calibri" w:cs="Calibri"/>
        </w:rPr>
      </w:pPr>
    </w:p>
    <w:p w14:paraId="4144E1A3" w14:textId="77777777" w:rsidR="00E315D6" w:rsidRPr="00164991" w:rsidRDefault="00856015" w:rsidP="00483BF4">
      <w:pPr>
        <w:spacing w:after="0" w:line="264" w:lineRule="auto"/>
        <w:rPr>
          <w:rFonts w:ascii="Calibri" w:hAnsi="Calibri" w:cs="Calibri"/>
          <w:sz w:val="32"/>
          <w:szCs w:val="32"/>
        </w:rPr>
      </w:pPr>
      <w:r w:rsidRPr="00164991">
        <w:rPr>
          <w:rFonts w:ascii="Calibri" w:hAnsi="Calibri" w:cs="Calibri"/>
          <w:b/>
          <w:sz w:val="32"/>
          <w:szCs w:val="32"/>
        </w:rPr>
        <w:t>6.2 Staff Misuse</w:t>
      </w:r>
    </w:p>
    <w:p w14:paraId="0A90FF43" w14:textId="77777777" w:rsidR="00E315D6" w:rsidRPr="00611144" w:rsidRDefault="00E315D6" w:rsidP="00483BF4">
      <w:pPr>
        <w:spacing w:after="0" w:line="264" w:lineRule="auto"/>
        <w:rPr>
          <w:rFonts w:ascii="Calibri" w:hAnsi="Calibri" w:cs="Calibri"/>
        </w:rPr>
      </w:pPr>
    </w:p>
    <w:p w14:paraId="779D6708" w14:textId="77777777" w:rsidR="00E315D6" w:rsidRPr="00164991" w:rsidRDefault="00856015" w:rsidP="00C308E5">
      <w:pPr>
        <w:pStyle w:val="ListParagraph"/>
        <w:numPr>
          <w:ilvl w:val="0"/>
          <w:numId w:val="33"/>
        </w:numPr>
        <w:spacing w:after="0" w:line="264" w:lineRule="auto"/>
        <w:rPr>
          <w:rFonts w:ascii="Calibri" w:hAnsi="Calibri" w:cs="Calibri"/>
        </w:rPr>
      </w:pPr>
      <w:r w:rsidRPr="00164991">
        <w:rPr>
          <w:rFonts w:ascii="Calibri" w:hAnsi="Calibri" w:cs="Calibri"/>
        </w:rPr>
        <w:t>Any complaint about staff misuse will be referred to the headteacher, in accordance with the allegations policy.</w:t>
      </w:r>
    </w:p>
    <w:p w14:paraId="6C8698DC" w14:textId="77777777" w:rsidR="00E315D6" w:rsidRPr="00164991" w:rsidRDefault="00856015" w:rsidP="00C308E5">
      <w:pPr>
        <w:pStyle w:val="ListParagraph"/>
        <w:numPr>
          <w:ilvl w:val="0"/>
          <w:numId w:val="33"/>
        </w:numPr>
        <w:spacing w:after="0" w:line="264" w:lineRule="auto"/>
        <w:rPr>
          <w:rFonts w:ascii="Calibri" w:hAnsi="Calibri" w:cs="Calibri"/>
        </w:rPr>
      </w:pPr>
      <w:r w:rsidRPr="00164991">
        <w:rPr>
          <w:rFonts w:ascii="Calibri" w:hAnsi="Calibri" w:cs="Calibri"/>
        </w:rPr>
        <w:t>For any allegations regarding a member of staff’s online conduct a consultation will be sort with the LADO (Local Authority Designated Officer).</w:t>
      </w:r>
    </w:p>
    <w:p w14:paraId="02A332FA" w14:textId="77777777" w:rsidR="00E315D6" w:rsidRPr="00164991" w:rsidRDefault="00856015" w:rsidP="00C308E5">
      <w:pPr>
        <w:pStyle w:val="ListParagraph"/>
        <w:numPr>
          <w:ilvl w:val="0"/>
          <w:numId w:val="33"/>
        </w:numPr>
        <w:spacing w:after="0" w:line="264" w:lineRule="auto"/>
        <w:rPr>
          <w:rFonts w:ascii="Calibri" w:hAnsi="Calibri" w:cs="Calibri"/>
        </w:rPr>
      </w:pPr>
      <w:r w:rsidRPr="00164991">
        <w:rPr>
          <w:rFonts w:ascii="Calibri" w:hAnsi="Calibri" w:cs="Calibri"/>
        </w:rPr>
        <w:t>Appropriate action will be taken in accordance with our staff behaviour policy/code of conduct.</w:t>
      </w:r>
    </w:p>
    <w:p w14:paraId="49E74875" w14:textId="77777777" w:rsidR="00E315D6" w:rsidRPr="00611144" w:rsidRDefault="00E315D6" w:rsidP="00483BF4">
      <w:pPr>
        <w:spacing w:after="0" w:line="264" w:lineRule="auto"/>
        <w:rPr>
          <w:rFonts w:ascii="Calibri" w:hAnsi="Calibri" w:cs="Calibri"/>
        </w:rPr>
      </w:pPr>
    </w:p>
    <w:p w14:paraId="76F094D2" w14:textId="44B735F3" w:rsidR="00E315D6" w:rsidRPr="00164991" w:rsidRDefault="00164991" w:rsidP="00483BF4">
      <w:pPr>
        <w:spacing w:after="0" w:line="264" w:lineRule="auto"/>
        <w:rPr>
          <w:rFonts w:ascii="Calibri" w:hAnsi="Calibri" w:cs="Calibri"/>
          <w:sz w:val="32"/>
          <w:szCs w:val="32"/>
        </w:rPr>
      </w:pPr>
      <w:r w:rsidRPr="00164991">
        <w:rPr>
          <w:rFonts w:ascii="Calibri" w:hAnsi="Calibri" w:cs="Calibri"/>
          <w:b/>
          <w:sz w:val="32"/>
          <w:szCs w:val="32"/>
        </w:rPr>
        <w:t xml:space="preserve">7. </w:t>
      </w:r>
      <w:r w:rsidR="00856015" w:rsidRPr="00164991">
        <w:rPr>
          <w:rFonts w:ascii="Calibri" w:hAnsi="Calibri" w:cs="Calibri"/>
          <w:b/>
          <w:sz w:val="32"/>
          <w:szCs w:val="32"/>
        </w:rPr>
        <w:t>Procedures for Responding to Specific Online Incidents or Concerns</w:t>
      </w:r>
    </w:p>
    <w:p w14:paraId="068A3959" w14:textId="77777777" w:rsidR="00E315D6" w:rsidRPr="00164991" w:rsidRDefault="00E315D6" w:rsidP="00483BF4">
      <w:pPr>
        <w:spacing w:after="0" w:line="264" w:lineRule="auto"/>
        <w:rPr>
          <w:rFonts w:ascii="Calibri" w:hAnsi="Calibri" w:cs="Calibri"/>
          <w:sz w:val="32"/>
          <w:szCs w:val="32"/>
        </w:rPr>
      </w:pPr>
    </w:p>
    <w:p w14:paraId="7FC6C4F3" w14:textId="77777777" w:rsidR="00E315D6" w:rsidRPr="00164991" w:rsidRDefault="00856015" w:rsidP="00483BF4">
      <w:pPr>
        <w:spacing w:after="0" w:line="264" w:lineRule="auto"/>
        <w:rPr>
          <w:rFonts w:ascii="Calibri" w:hAnsi="Calibri" w:cs="Calibri"/>
          <w:sz w:val="32"/>
          <w:szCs w:val="32"/>
        </w:rPr>
      </w:pPr>
      <w:r w:rsidRPr="00164991">
        <w:rPr>
          <w:rFonts w:ascii="Calibri" w:hAnsi="Calibri" w:cs="Calibri"/>
          <w:b/>
          <w:sz w:val="32"/>
          <w:szCs w:val="32"/>
        </w:rPr>
        <w:t>7.1 Online Sexual Violence and Sexual Harassment (Child-on-child)</w:t>
      </w:r>
    </w:p>
    <w:p w14:paraId="3F5E5EC9" w14:textId="547450DE" w:rsidR="00DE5E09" w:rsidRPr="00517973" w:rsidRDefault="00856015" w:rsidP="00C308E5">
      <w:pPr>
        <w:pStyle w:val="ListParagraph"/>
        <w:numPr>
          <w:ilvl w:val="0"/>
          <w:numId w:val="34"/>
        </w:numPr>
        <w:spacing w:after="0" w:line="264" w:lineRule="auto"/>
        <w:rPr>
          <w:rStyle w:val="Hyperlink"/>
          <w:sz w:val="24"/>
          <w:szCs w:val="24"/>
        </w:rPr>
      </w:pPr>
      <w:r w:rsidRPr="00611144">
        <w:rPr>
          <w:rFonts w:ascii="Calibri" w:hAnsi="Calibri" w:cs="Calibri"/>
        </w:rPr>
        <w:t xml:space="preserve">Our setting has accessed and understood part 5 of </w:t>
      </w:r>
      <w:r w:rsidR="00517973">
        <w:rPr>
          <w:sz w:val="24"/>
          <w:szCs w:val="24"/>
        </w:rPr>
        <w:fldChar w:fldCharType="begin"/>
      </w:r>
      <w:r w:rsidR="00517973">
        <w:rPr>
          <w:sz w:val="24"/>
          <w:szCs w:val="24"/>
        </w:rPr>
        <w:instrText>HYPERLINK "https://assets.publishing.service.gov.uk/media/68add931969253904d155860/Keeping_children_safe_in_education_from_1_September_2025.pdf"</w:instrText>
      </w:r>
      <w:r w:rsidR="00517973">
        <w:rPr>
          <w:sz w:val="24"/>
          <w:szCs w:val="24"/>
        </w:rPr>
      </w:r>
      <w:r w:rsidR="00517973">
        <w:rPr>
          <w:sz w:val="24"/>
          <w:szCs w:val="24"/>
        </w:rPr>
        <w:fldChar w:fldCharType="separate"/>
      </w:r>
      <w:r w:rsidR="00DE5E09" w:rsidRPr="00517973">
        <w:rPr>
          <w:rStyle w:val="Hyperlink"/>
          <w:sz w:val="24"/>
          <w:szCs w:val="24"/>
        </w:rPr>
        <w:t>Keeping Children Safe in Education September 202</w:t>
      </w:r>
      <w:r w:rsidR="00517973" w:rsidRPr="00517973">
        <w:rPr>
          <w:rStyle w:val="Hyperlink"/>
          <w:sz w:val="24"/>
          <w:szCs w:val="24"/>
        </w:rPr>
        <w:t>5</w:t>
      </w:r>
      <w:r w:rsidR="00DE5E09" w:rsidRPr="00517973">
        <w:rPr>
          <w:rStyle w:val="Hyperlink"/>
          <w:sz w:val="24"/>
          <w:szCs w:val="24"/>
        </w:rPr>
        <w:t>.</w:t>
      </w:r>
    </w:p>
    <w:p w14:paraId="1DBE1B70" w14:textId="693129AE" w:rsidR="00E315D6" w:rsidRPr="00611144" w:rsidRDefault="00517973" w:rsidP="00C308E5">
      <w:pPr>
        <w:pStyle w:val="ListParagraph"/>
        <w:numPr>
          <w:ilvl w:val="0"/>
          <w:numId w:val="34"/>
        </w:numPr>
      </w:pPr>
      <w:r>
        <w:rPr>
          <w:sz w:val="24"/>
          <w:szCs w:val="24"/>
        </w:rPr>
        <w:fldChar w:fldCharType="end"/>
      </w:r>
      <w:r w:rsidR="00856015" w:rsidRPr="00611144">
        <w:t>We recognise that sexual violence and sexual harassment between children can take place online and our staff will maintain an attitude of ‘it could happen here’. Examples may include; non-consensual sharing of nudes and semi-nudes images and videos, sharing of unwanted explicit content, upskirting, sexualised online bullying, online coercion and threats, unwanted sexual comments and messages on social media, and online sexual exploitation.</w:t>
      </w:r>
    </w:p>
    <w:p w14:paraId="212F5E46" w14:textId="551904FA" w:rsidR="00E315D6" w:rsidRPr="00863782" w:rsidRDefault="00856015" w:rsidP="00C308E5">
      <w:pPr>
        <w:pStyle w:val="ListParagraph"/>
        <w:numPr>
          <w:ilvl w:val="1"/>
          <w:numId w:val="29"/>
        </w:numPr>
        <w:spacing w:after="0" w:line="264" w:lineRule="auto"/>
        <w:rPr>
          <w:rFonts w:ascii="Calibri" w:hAnsi="Calibri" w:cs="Calibri"/>
        </w:rPr>
      </w:pPr>
      <w:r w:rsidRPr="00863782">
        <w:rPr>
          <w:rFonts w:ascii="Calibri" w:hAnsi="Calibri" w:cs="Calibri"/>
        </w:rPr>
        <w:lastRenderedPageBreak/>
        <w:t>Full details of how we will respond to concerns relating to sexual violence and sexual harassment between children can be found within our child protection and anti-bullying policy.</w:t>
      </w:r>
    </w:p>
    <w:p w14:paraId="31405AF4" w14:textId="77777777" w:rsidR="00E315D6" w:rsidRPr="00863782" w:rsidRDefault="00856015" w:rsidP="00C308E5">
      <w:pPr>
        <w:pStyle w:val="ListParagraph"/>
        <w:numPr>
          <w:ilvl w:val="0"/>
          <w:numId w:val="35"/>
        </w:numPr>
        <w:spacing w:after="0" w:line="264" w:lineRule="auto"/>
        <w:rPr>
          <w:rFonts w:ascii="Calibri" w:hAnsi="Calibri" w:cs="Calibri"/>
        </w:rPr>
      </w:pPr>
      <w:r w:rsidRPr="00863782">
        <w:rPr>
          <w:rFonts w:ascii="Calibri" w:hAnsi="Calibri" w:cs="Calibri"/>
        </w:rPr>
        <w:t xml:space="preserve">We recognise that the internet brings the potential for the impact of any sexual violence and sexual harassment concerns to extend further than the local community, and for a victim or alleged perpetrator to become marginalised and excluded by online communities. </w:t>
      </w:r>
    </w:p>
    <w:p w14:paraId="0CEE0CF9" w14:textId="77777777" w:rsidR="00E315D6" w:rsidRPr="00863782" w:rsidRDefault="00856015" w:rsidP="00C308E5">
      <w:pPr>
        <w:pStyle w:val="ListParagraph"/>
        <w:numPr>
          <w:ilvl w:val="0"/>
          <w:numId w:val="35"/>
        </w:numPr>
        <w:spacing w:after="0" w:line="264" w:lineRule="auto"/>
        <w:rPr>
          <w:rFonts w:ascii="Calibri" w:hAnsi="Calibri" w:cs="Calibri"/>
        </w:rPr>
      </w:pPr>
      <w:r w:rsidRPr="00863782">
        <w:rPr>
          <w:rFonts w:ascii="Calibri" w:hAnsi="Calibri" w:cs="Calibri"/>
        </w:rPr>
        <w:t>We also recognise the potential for repeat victimisation in the future if abusive content continues to exist somewhere online.</w:t>
      </w:r>
    </w:p>
    <w:p w14:paraId="23746721" w14:textId="77777777" w:rsidR="00E315D6" w:rsidRPr="00863782" w:rsidRDefault="00856015" w:rsidP="00C308E5">
      <w:pPr>
        <w:pStyle w:val="ListParagraph"/>
        <w:numPr>
          <w:ilvl w:val="0"/>
          <w:numId w:val="35"/>
        </w:numPr>
        <w:spacing w:after="0" w:line="264" w:lineRule="auto"/>
        <w:rPr>
          <w:rFonts w:ascii="Calibri" w:hAnsi="Calibri" w:cs="Calibri"/>
        </w:rPr>
      </w:pPr>
      <w:r w:rsidRPr="00863782">
        <w:rPr>
          <w:rFonts w:ascii="Calibri" w:hAnsi="Calibri" w:cs="Calibri"/>
        </w:rPr>
        <w:t xml:space="preserve">We will ensure that all members of the community are made aware of the potential social, psychological and criminal consequences of online sexual violence and sexual harassment between children by implementing a range of age and ability appropriate educational methods as part of our PSHE and SRE curriculum. </w:t>
      </w:r>
    </w:p>
    <w:p w14:paraId="43A51915" w14:textId="77777777" w:rsidR="00E315D6" w:rsidRPr="00863782" w:rsidRDefault="00856015" w:rsidP="00C308E5">
      <w:pPr>
        <w:pStyle w:val="ListParagraph"/>
        <w:numPr>
          <w:ilvl w:val="0"/>
          <w:numId w:val="35"/>
        </w:numPr>
        <w:spacing w:after="0" w:line="264" w:lineRule="auto"/>
        <w:rPr>
          <w:rFonts w:ascii="Calibri" w:hAnsi="Calibri" w:cs="Calibri"/>
        </w:rPr>
      </w:pPr>
      <w:r w:rsidRPr="00863782">
        <w:rPr>
          <w:rFonts w:ascii="Calibri" w:hAnsi="Calibri" w:cs="Calibri"/>
        </w:rPr>
        <w:t xml:space="preserve">We will ensure that all members of the community are aware of sources of support regarding online sexual violence and sexual harassment between children. </w:t>
      </w:r>
    </w:p>
    <w:p w14:paraId="2FC00808" w14:textId="77777777" w:rsidR="00E315D6" w:rsidRPr="00863782" w:rsidRDefault="00856015" w:rsidP="00C308E5">
      <w:pPr>
        <w:pStyle w:val="ListParagraph"/>
        <w:numPr>
          <w:ilvl w:val="0"/>
          <w:numId w:val="35"/>
        </w:numPr>
        <w:spacing w:after="0" w:line="264" w:lineRule="auto"/>
        <w:rPr>
          <w:rFonts w:ascii="Calibri" w:hAnsi="Calibri" w:cs="Calibri"/>
        </w:rPr>
      </w:pPr>
      <w:r w:rsidRPr="00863782">
        <w:rPr>
          <w:rFonts w:ascii="Calibri" w:hAnsi="Calibri" w:cs="Calibri"/>
        </w:rPr>
        <w:t>We will respond to concerns regarding online sexual violence and sexual harassment between children, regardless of whether the incident took place on our premises or using our equipment.</w:t>
      </w:r>
    </w:p>
    <w:p w14:paraId="7500E6BB" w14:textId="77777777" w:rsidR="00E315D6" w:rsidRPr="00863782" w:rsidRDefault="00856015" w:rsidP="00C308E5">
      <w:pPr>
        <w:pStyle w:val="ListParagraph"/>
        <w:numPr>
          <w:ilvl w:val="0"/>
          <w:numId w:val="35"/>
        </w:numPr>
        <w:spacing w:after="0" w:line="264" w:lineRule="auto"/>
        <w:rPr>
          <w:rFonts w:ascii="Calibri" w:hAnsi="Calibri" w:cs="Calibri"/>
        </w:rPr>
      </w:pPr>
      <w:r w:rsidRPr="00863782">
        <w:rPr>
          <w:rFonts w:ascii="Calibri" w:hAnsi="Calibri" w:cs="Calibri"/>
        </w:rPr>
        <w:t>If made aware of online sexual violence and sexual harassment, we will:</w:t>
      </w:r>
    </w:p>
    <w:p w14:paraId="3EA08D3E" w14:textId="77777777"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 xml:space="preserve">Immediately notify the DSL (or deputy) and act in accordance with our child protection and anti-bullying policies. </w:t>
      </w:r>
    </w:p>
    <w:p w14:paraId="3057605C" w14:textId="55178A70"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If content is contained on learners electronic devices, they will be managed in accordance with the DfE ‘ advice</w:t>
      </w:r>
      <w:r w:rsidR="004A054F">
        <w:rPr>
          <w:rFonts w:ascii="Calibri" w:hAnsi="Calibri" w:cs="Calibri"/>
        </w:rPr>
        <w:t xml:space="preserve"> </w:t>
      </w:r>
      <w:hyperlink r:id="rId14" w:history="1">
        <w:r w:rsidR="004A054F" w:rsidRPr="004A054F">
          <w:rPr>
            <w:rStyle w:val="Hyperlink"/>
            <w:rFonts w:ascii="Calibri" w:hAnsi="Calibri" w:cs="Calibri"/>
          </w:rPr>
          <w:t>Searching, screening and confiscation in schools - GOV.UK</w:t>
        </w:r>
      </w:hyperlink>
    </w:p>
    <w:p w14:paraId="23188549" w14:textId="77777777"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Provide the necessary safeguards and support for all learners involved, such as offering specific advice on blocking, reporting and removing online content, as well as providing appropriate counselling/pastoral support.</w:t>
      </w:r>
    </w:p>
    <w:p w14:paraId="7EBE0F84" w14:textId="77777777"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 xml:space="preserve">Implement appropriate sanctions in accordance with our behaviour policy. </w:t>
      </w:r>
    </w:p>
    <w:p w14:paraId="5C663E87" w14:textId="77777777"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Inform parents and carers, if appropriate, about the incident and how it is being managed.</w:t>
      </w:r>
    </w:p>
    <w:p w14:paraId="59799962" w14:textId="6A3D6D15"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If appropriate, make a referral to partner agencies, such as Children’s Social Care and/or the Police.</w:t>
      </w:r>
    </w:p>
    <w:p w14:paraId="28FE245D" w14:textId="77777777"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If the concern involves children and young people at a different educational setting, work in partnership with other DSLs to ensure appropriate safeguarding action is taken in the wider local community.</w:t>
      </w:r>
    </w:p>
    <w:p w14:paraId="38C5BC82" w14:textId="77777777" w:rsidR="00E315D6" w:rsidRPr="0000628E" w:rsidRDefault="00856015" w:rsidP="00C308E5">
      <w:pPr>
        <w:pStyle w:val="ListParagraph"/>
        <w:numPr>
          <w:ilvl w:val="2"/>
          <w:numId w:val="35"/>
        </w:numPr>
        <w:spacing w:after="0" w:line="264" w:lineRule="auto"/>
        <w:rPr>
          <w:rFonts w:ascii="Calibri" w:hAnsi="Calibri" w:cs="Calibri"/>
        </w:rPr>
      </w:pPr>
      <w:r w:rsidRPr="0000628E">
        <w:rPr>
          <w:rFonts w:ascii="Calibri" w:hAnsi="Calibri" w:cs="Calibri"/>
        </w:rPr>
        <w:t>If a criminal offence has been committed, the DSL (or deputy) will discuss this with Sussex Police first to ensure that investigations are not compromised.</w:t>
      </w:r>
    </w:p>
    <w:p w14:paraId="14DD8DF6" w14:textId="77777777" w:rsidR="00E315D6" w:rsidRPr="0000628E" w:rsidRDefault="00856015" w:rsidP="00C308E5">
      <w:pPr>
        <w:pStyle w:val="ListParagraph"/>
        <w:numPr>
          <w:ilvl w:val="1"/>
          <w:numId w:val="35"/>
        </w:numPr>
        <w:spacing w:after="0" w:line="264" w:lineRule="auto"/>
        <w:rPr>
          <w:rFonts w:ascii="Calibri" w:hAnsi="Calibri" w:cs="Calibri"/>
        </w:rPr>
      </w:pPr>
      <w:r w:rsidRPr="0000628E">
        <w:rPr>
          <w:rFonts w:ascii="Calibri" w:hAnsi="Calibri" w:cs="Calibri"/>
        </w:rPr>
        <w:t>Review the handling of any incidents to ensure that best practice was implemented, and policies/procedures are appropriate.</w:t>
      </w:r>
    </w:p>
    <w:p w14:paraId="129BDBD4" w14:textId="77777777" w:rsidR="00E315D6" w:rsidRPr="00611144" w:rsidRDefault="00E315D6" w:rsidP="00483BF4">
      <w:pPr>
        <w:spacing w:after="0" w:line="264" w:lineRule="auto"/>
        <w:rPr>
          <w:rFonts w:ascii="Calibri" w:hAnsi="Calibri" w:cs="Calibri"/>
        </w:rPr>
      </w:pPr>
    </w:p>
    <w:p w14:paraId="004D161B" w14:textId="77777777" w:rsidR="00E315D6" w:rsidRPr="004A054F" w:rsidRDefault="00856015" w:rsidP="00483BF4">
      <w:pPr>
        <w:spacing w:after="0" w:line="264" w:lineRule="auto"/>
        <w:rPr>
          <w:rFonts w:ascii="Calibri" w:hAnsi="Calibri" w:cs="Calibri"/>
          <w:sz w:val="32"/>
          <w:szCs w:val="32"/>
        </w:rPr>
      </w:pPr>
      <w:r w:rsidRPr="004A054F">
        <w:rPr>
          <w:rFonts w:ascii="Calibri" w:hAnsi="Calibri" w:cs="Calibri"/>
          <w:b/>
          <w:sz w:val="32"/>
          <w:szCs w:val="32"/>
        </w:rPr>
        <w:t>7.2 Youth Produced Sexual Imagery (‘Sharing nudes and semi nudes’)</w:t>
      </w:r>
    </w:p>
    <w:p w14:paraId="2855C53A" w14:textId="77777777" w:rsidR="00E315D6" w:rsidRPr="004A054F"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lastRenderedPageBreak/>
        <w:t xml:space="preserve">We recognise youth produced sexual imagery (known as “sharing nudes and semi nudes”) as a safeguarding issue; all concerns will be reported to and dealt with by the DSL (or deputy).  </w:t>
      </w:r>
    </w:p>
    <w:p w14:paraId="7D7C1D7B" w14:textId="46F74CF9" w:rsidR="00E315D6" w:rsidRPr="004A054F"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t>We will follow the advice as set out in the non-statutory UK Council for Internet Safety (UKCIS), </w:t>
      </w:r>
      <w:hyperlink r:id="rId15" w:history="1">
        <w:r w:rsidR="00BB1DE5" w:rsidRPr="00BB1DE5">
          <w:rPr>
            <w:rStyle w:val="Hyperlink"/>
            <w:rFonts w:ascii="Calibri" w:hAnsi="Calibri" w:cs="Calibri"/>
          </w:rPr>
          <w:t>Sharing nudes and semi-nudes: advice for education settings working with children and young people - GOV.UK</w:t>
        </w:r>
      </w:hyperlink>
    </w:p>
    <w:p w14:paraId="1D83F6FD" w14:textId="77777777" w:rsidR="00E315D6" w:rsidRPr="004A054F"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t xml:space="preserve">We will ensure that all members of the community are made aware of the potential social, psychological and criminal consequences of sharing nudes and semi nudes (or sexting) by implementing preventative approaches, via a range of age and ability appropriate educational methods. </w:t>
      </w:r>
    </w:p>
    <w:p w14:paraId="6AA712C3" w14:textId="77777777" w:rsidR="00E315D6" w:rsidRPr="004A054F"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t xml:space="preserve">We will ensure that all members of the community are aware of sources of support regarding youth produced sexual imagery. </w:t>
      </w:r>
    </w:p>
    <w:p w14:paraId="2687AE4A" w14:textId="77777777" w:rsidR="00E315D6" w:rsidRPr="004A054F"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t>We will respond to concerns regarding youth produced sexual imagery, regardless of whether the incident took place on/off site or using setting provided or personal equipment.</w:t>
      </w:r>
    </w:p>
    <w:p w14:paraId="3E36127E" w14:textId="77777777" w:rsidR="00E315D6" w:rsidRPr="004A054F"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t>We will not:</w:t>
      </w:r>
    </w:p>
    <w:p w14:paraId="5BB2DAA6" w14:textId="2F754F8E" w:rsidR="00E315D6" w:rsidRPr="00BB1DE5"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 xml:space="preserve">View any images suspected of being youth produced sexual imagery, unless there is </w:t>
      </w:r>
      <w:r w:rsidRPr="00BB1DE5">
        <w:rPr>
          <w:rFonts w:ascii="Calibri" w:hAnsi="Calibri" w:cs="Calibri"/>
        </w:rPr>
        <w:t xml:space="preserve">a clear need or reason to do so in order to safeguard the child or young person. If it is necessary to view the image(s) in order to safeguard the child or young person, the image will only be viewed by the DSL (or deputy DSL) and their justification for viewing the image will be clearly documented.– </w:t>
      </w:r>
      <w:r w:rsidRPr="00BB1DE5">
        <w:rPr>
          <w:rFonts w:ascii="Calibri" w:hAnsi="Calibri" w:cs="Calibri"/>
          <w:b/>
        </w:rPr>
        <w:t xml:space="preserve">in most cases, images or videos should not be viewed. </w:t>
      </w:r>
      <w:r w:rsidRPr="00BB1DE5">
        <w:rPr>
          <w:rFonts w:ascii="Calibri" w:hAnsi="Calibri" w:cs="Calibri"/>
        </w:rPr>
        <w:t xml:space="preserve">The UKCIS/DSIT guidance </w:t>
      </w:r>
      <w:hyperlink r:id="rId16" w:history="1">
        <w:r w:rsidR="00200E8B" w:rsidRPr="00200E8B">
          <w:rPr>
            <w:rStyle w:val="Hyperlink"/>
            <w:rFonts w:ascii="Calibri" w:hAnsi="Calibri" w:cs="Calibri"/>
          </w:rPr>
          <w:t>Sharing nudes and semi-nudes: advice for education settings working with children and young people - GOV.UK</w:t>
        </w:r>
      </w:hyperlink>
      <w:r w:rsidRPr="00BB1DE5">
        <w:rPr>
          <w:rFonts w:ascii="Calibri" w:hAnsi="Calibri" w:cs="Calibri"/>
        </w:rPr>
        <w:t xml:space="preserve"> provides information on the steps to be taken if an image does need to be viewed. </w:t>
      </w:r>
      <w:r w:rsidRPr="00BB1DE5">
        <w:rPr>
          <w:rFonts w:ascii="Calibri" w:hAnsi="Calibri" w:cs="Calibri"/>
          <w:b/>
        </w:rPr>
        <w:t xml:space="preserve"> </w:t>
      </w:r>
      <w:r w:rsidRPr="00BB1DE5">
        <w:rPr>
          <w:rFonts w:ascii="Calibri" w:hAnsi="Calibri" w:cs="Calibri"/>
        </w:rPr>
        <w:t xml:space="preserve"> </w:t>
      </w:r>
    </w:p>
    <w:p w14:paraId="777AEE77" w14:textId="77777777" w:rsidR="00E315D6" w:rsidRPr="004A054F"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 xml:space="preserve">Send, share, save or make copies of content suspected to be an indecent image of a child (i.e. youth produced sexual imagery) and will not allow or request learners to do so. </w:t>
      </w:r>
    </w:p>
    <w:p w14:paraId="28D1199D" w14:textId="77777777" w:rsidR="00E315D6" w:rsidRPr="004A054F"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t>If made aware of an incident involving the creation or distribution of youth produced sexual imagery, we will:</w:t>
      </w:r>
    </w:p>
    <w:p w14:paraId="78D0567A" w14:textId="77777777" w:rsidR="00E315D6" w:rsidRPr="004A054F"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Act in accordance with our child protection policy.</w:t>
      </w:r>
    </w:p>
    <w:p w14:paraId="6B927A3B" w14:textId="45360E98" w:rsidR="00E315D6" w:rsidRPr="004A054F"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Ensure the DSL (or deputy) responds in line with the UK Council for Internet Safety (UKCIS),</w:t>
      </w:r>
      <w:r w:rsidR="002D03C4">
        <w:rPr>
          <w:rFonts w:ascii="Calibri" w:hAnsi="Calibri" w:cs="Calibri"/>
        </w:rPr>
        <w:t xml:space="preserve"> </w:t>
      </w:r>
      <w:hyperlink r:id="rId17" w:history="1">
        <w:r w:rsidR="002D03C4" w:rsidRPr="002D03C4">
          <w:rPr>
            <w:rStyle w:val="Hyperlink"/>
            <w:rFonts w:ascii="Calibri" w:hAnsi="Calibri" w:cs="Calibri"/>
          </w:rPr>
          <w:t>Sharing nudes and semi-nudes: advice for education settings working with children and young people - GOV.UK</w:t>
        </w:r>
      </w:hyperlink>
      <w:r w:rsidRPr="004A054F">
        <w:rPr>
          <w:rFonts w:ascii="Calibri" w:hAnsi="Calibri" w:cs="Calibri"/>
        </w:rPr>
        <w:t> , guidance.</w:t>
      </w:r>
    </w:p>
    <w:p w14:paraId="6D6829A2" w14:textId="77777777" w:rsidR="00E315D6" w:rsidRPr="004A054F"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Store the device securely.</w:t>
      </w:r>
    </w:p>
    <w:p w14:paraId="501223F6" w14:textId="57563DEA" w:rsidR="00E315D6" w:rsidRPr="004A054F" w:rsidRDefault="00856015" w:rsidP="00C308E5">
      <w:pPr>
        <w:pStyle w:val="ListParagraph"/>
        <w:numPr>
          <w:ilvl w:val="2"/>
          <w:numId w:val="36"/>
        </w:numPr>
        <w:spacing w:after="0" w:line="264" w:lineRule="auto"/>
        <w:rPr>
          <w:rFonts w:ascii="Calibri" w:hAnsi="Calibri" w:cs="Calibri"/>
        </w:rPr>
      </w:pPr>
      <w:r w:rsidRPr="004A054F">
        <w:rPr>
          <w:rFonts w:ascii="Calibri" w:hAnsi="Calibri" w:cs="Calibri"/>
        </w:rPr>
        <w:t xml:space="preserve">If an indecent image has been taken or shared on our network or devices, we will act to block access to all users and isolate the image. </w:t>
      </w:r>
    </w:p>
    <w:p w14:paraId="62FA74CC" w14:textId="77777777" w:rsidR="00E315D6" w:rsidRPr="004A054F"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Carry out a risk assessment which considers any vulnerability of learners involved; including carrying out relevant checks with other agencies.</w:t>
      </w:r>
    </w:p>
    <w:p w14:paraId="3D5FAD8C" w14:textId="77777777" w:rsidR="00E315D6" w:rsidRPr="004A054F"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Inform parents and carers, if appropriate, about the incident and how it is being managed.</w:t>
      </w:r>
    </w:p>
    <w:p w14:paraId="1A919BDE" w14:textId="77777777" w:rsidR="00E315D6" w:rsidRPr="004A054F" w:rsidRDefault="00856015" w:rsidP="00C308E5">
      <w:pPr>
        <w:pStyle w:val="ListParagraph"/>
        <w:numPr>
          <w:ilvl w:val="1"/>
          <w:numId w:val="36"/>
        </w:numPr>
        <w:spacing w:after="0" w:line="264" w:lineRule="auto"/>
        <w:rPr>
          <w:rFonts w:ascii="Calibri" w:hAnsi="Calibri" w:cs="Calibri"/>
        </w:rPr>
      </w:pPr>
      <w:r w:rsidRPr="004A054F">
        <w:rPr>
          <w:rFonts w:ascii="Calibri" w:hAnsi="Calibri" w:cs="Calibri"/>
        </w:rPr>
        <w:t xml:space="preserve">Make a referral to Children’s Social Care and/or the Police, as appropriate. </w:t>
      </w:r>
    </w:p>
    <w:p w14:paraId="154DE0F8" w14:textId="77777777" w:rsidR="001D436D" w:rsidRDefault="00856015" w:rsidP="00C308E5">
      <w:pPr>
        <w:pStyle w:val="ListParagraph"/>
        <w:numPr>
          <w:ilvl w:val="0"/>
          <w:numId w:val="36"/>
        </w:numPr>
        <w:spacing w:after="0" w:line="264" w:lineRule="auto"/>
        <w:rPr>
          <w:rFonts w:ascii="Calibri" w:hAnsi="Calibri" w:cs="Calibri"/>
        </w:rPr>
      </w:pPr>
      <w:r w:rsidRPr="004A054F">
        <w:rPr>
          <w:rFonts w:ascii="Calibri" w:hAnsi="Calibri" w:cs="Calibri"/>
        </w:rPr>
        <w:t xml:space="preserve">Provide the necessary safeguards and support for learners, such as offering counselling or pastoral support. </w:t>
      </w:r>
    </w:p>
    <w:p w14:paraId="12D579C4" w14:textId="77777777" w:rsidR="001D436D" w:rsidRDefault="001D436D" w:rsidP="00C308E5">
      <w:pPr>
        <w:pStyle w:val="ListParagraph"/>
        <w:numPr>
          <w:ilvl w:val="1"/>
          <w:numId w:val="36"/>
        </w:numPr>
        <w:spacing w:after="0" w:line="264" w:lineRule="auto"/>
        <w:rPr>
          <w:rFonts w:ascii="Calibri" w:hAnsi="Calibri" w:cs="Calibri"/>
        </w:rPr>
      </w:pPr>
      <w:r w:rsidRPr="001D436D">
        <w:rPr>
          <w:rFonts w:ascii="Calibri" w:hAnsi="Calibri" w:cs="Calibri"/>
        </w:rPr>
        <w:t>Inform parents/carers about the incident and how it is being managed.</w:t>
      </w:r>
    </w:p>
    <w:p w14:paraId="609E3382" w14:textId="77777777" w:rsidR="00555A17" w:rsidRDefault="001D436D" w:rsidP="00C308E5">
      <w:pPr>
        <w:pStyle w:val="ListParagraph"/>
        <w:numPr>
          <w:ilvl w:val="1"/>
          <w:numId w:val="36"/>
        </w:numPr>
        <w:spacing w:after="0" w:line="264" w:lineRule="auto"/>
        <w:rPr>
          <w:rFonts w:ascii="Calibri" w:hAnsi="Calibri" w:cs="Calibri"/>
        </w:rPr>
      </w:pPr>
      <w:r w:rsidRPr="001D436D">
        <w:rPr>
          <w:rFonts w:ascii="Calibri" w:hAnsi="Calibri" w:cs="Calibri"/>
        </w:rPr>
        <w:lastRenderedPageBreak/>
        <w:t xml:space="preserve">Provide the necessary safeguards and support for learners, such as, offering counselling or pastoral support. </w:t>
      </w:r>
    </w:p>
    <w:p w14:paraId="34A774DA" w14:textId="512702AB" w:rsidR="001D436D" w:rsidRPr="00555A17" w:rsidRDefault="001D436D" w:rsidP="00C308E5">
      <w:pPr>
        <w:pStyle w:val="ListParagraph"/>
        <w:numPr>
          <w:ilvl w:val="1"/>
          <w:numId w:val="36"/>
        </w:numPr>
        <w:spacing w:after="0" w:line="264" w:lineRule="auto"/>
        <w:rPr>
          <w:rFonts w:ascii="Calibri" w:hAnsi="Calibri" w:cs="Calibri"/>
        </w:rPr>
      </w:pPr>
      <w:r w:rsidRPr="00555A17">
        <w:rPr>
          <w:rFonts w:ascii="Calibri" w:hAnsi="Calibri" w:cs="Calibri"/>
        </w:rPr>
        <w:t>Review the handling of any incidents to ensure that best practice is implemented; leadership team will review and update any management procedures, where necessary.</w:t>
      </w:r>
    </w:p>
    <w:p w14:paraId="173A9C4D" w14:textId="77777777" w:rsidR="001D436D" w:rsidRPr="00555A17" w:rsidRDefault="001D436D" w:rsidP="00C308E5">
      <w:pPr>
        <w:pStyle w:val="ListParagraph"/>
        <w:numPr>
          <w:ilvl w:val="0"/>
          <w:numId w:val="37"/>
        </w:numPr>
        <w:spacing w:after="0" w:line="264" w:lineRule="auto"/>
        <w:rPr>
          <w:rFonts w:ascii="Calibri" w:hAnsi="Calibri" w:cs="Calibri"/>
        </w:rPr>
      </w:pPr>
      <w:r w:rsidRPr="00555A17">
        <w:rPr>
          <w:rFonts w:ascii="Calibri" w:hAnsi="Calibri" w:cs="Calibri"/>
        </w:rPr>
        <w:t>We will respond to concerns regarding online child sexual abuse and exploitation (including criminal exploitation), regardless of whether the incident took place on our premises or using setting provided or personal equipment.</w:t>
      </w:r>
    </w:p>
    <w:p w14:paraId="38722DFD" w14:textId="60C397E8" w:rsidR="00016B0A" w:rsidRDefault="001D436D" w:rsidP="00C308E5">
      <w:pPr>
        <w:pStyle w:val="ListParagraph"/>
        <w:numPr>
          <w:ilvl w:val="1"/>
          <w:numId w:val="37"/>
        </w:numPr>
        <w:spacing w:after="0" w:line="264" w:lineRule="auto"/>
        <w:rPr>
          <w:rFonts w:ascii="Calibri" w:hAnsi="Calibri" w:cs="Calibri"/>
        </w:rPr>
      </w:pPr>
      <w:r w:rsidRPr="00016B0A">
        <w:rPr>
          <w:rFonts w:ascii="Calibri" w:hAnsi="Calibri" w:cs="Calibri"/>
        </w:rPr>
        <w:t xml:space="preserve">Where possible, learners will be involved in decision making and if appropriate, will be empowered to report concerns such as via the Click CEOP report: </w:t>
      </w:r>
      <w:hyperlink r:id="rId18" w:history="1">
        <w:r w:rsidR="00016B0A" w:rsidRPr="00F54A72">
          <w:rPr>
            <w:rStyle w:val="Hyperlink"/>
            <w:rFonts w:ascii="Calibri" w:hAnsi="Calibri" w:cs="Calibri"/>
          </w:rPr>
          <w:t>www.ceop.police.uk/safety-centre/</w:t>
        </w:r>
      </w:hyperlink>
    </w:p>
    <w:p w14:paraId="71A39886" w14:textId="7842DF01" w:rsidR="001D436D" w:rsidRPr="00016B0A" w:rsidRDefault="001D436D" w:rsidP="00C308E5">
      <w:pPr>
        <w:pStyle w:val="ListParagraph"/>
        <w:numPr>
          <w:ilvl w:val="0"/>
          <w:numId w:val="37"/>
        </w:numPr>
        <w:spacing w:after="0" w:line="264" w:lineRule="auto"/>
        <w:rPr>
          <w:rFonts w:ascii="Calibri" w:hAnsi="Calibri" w:cs="Calibri"/>
        </w:rPr>
      </w:pPr>
      <w:r w:rsidRPr="00016B0A">
        <w:rPr>
          <w:rFonts w:ascii="Calibri" w:hAnsi="Calibri" w:cs="Calibri"/>
        </w:rPr>
        <w:t>If we are unclear whether a criminal offence has been committed, the DSL (or deputy) will obtain advice immediately through the Police.</w:t>
      </w:r>
    </w:p>
    <w:p w14:paraId="2C1F4E4F" w14:textId="77777777" w:rsidR="001D436D" w:rsidRPr="00016B0A" w:rsidRDefault="001D436D" w:rsidP="00C308E5">
      <w:pPr>
        <w:pStyle w:val="ListParagraph"/>
        <w:numPr>
          <w:ilvl w:val="0"/>
          <w:numId w:val="37"/>
        </w:numPr>
        <w:spacing w:after="0" w:line="264" w:lineRule="auto"/>
        <w:rPr>
          <w:rFonts w:ascii="Calibri" w:hAnsi="Calibri" w:cs="Calibri"/>
        </w:rPr>
      </w:pPr>
      <w:r w:rsidRPr="00016B0A">
        <w:rPr>
          <w:rFonts w:ascii="Calibri" w:hAnsi="Calibri" w:cs="Calibri"/>
        </w:rPr>
        <w:t>If learners at other settings are believed to have been targeted, the DSL (or deputy) will contact the Police.</w:t>
      </w:r>
    </w:p>
    <w:p w14:paraId="15E2C9F8" w14:textId="77777777" w:rsidR="00E315D6" w:rsidRPr="00611144" w:rsidRDefault="00E315D6" w:rsidP="00483BF4">
      <w:pPr>
        <w:spacing w:after="0" w:line="264" w:lineRule="auto"/>
        <w:rPr>
          <w:rFonts w:ascii="Calibri" w:hAnsi="Calibri" w:cs="Calibri"/>
        </w:rPr>
      </w:pPr>
    </w:p>
    <w:p w14:paraId="386AE664" w14:textId="74B40DDA" w:rsidR="00E315D6" w:rsidRPr="00016B0A" w:rsidRDefault="00856015" w:rsidP="00483BF4">
      <w:pPr>
        <w:spacing w:after="0" w:line="264" w:lineRule="auto"/>
        <w:rPr>
          <w:rFonts w:ascii="Calibri" w:hAnsi="Calibri" w:cs="Calibri"/>
          <w:sz w:val="32"/>
          <w:szCs w:val="32"/>
        </w:rPr>
      </w:pPr>
      <w:r w:rsidRPr="00016B0A">
        <w:rPr>
          <w:rFonts w:ascii="Calibri" w:hAnsi="Calibri" w:cs="Calibri"/>
          <w:b/>
          <w:sz w:val="32"/>
          <w:szCs w:val="32"/>
        </w:rPr>
        <w:t>7.3 Online Child Sexual Abuse and Exploitation (including child criminal</w:t>
      </w:r>
      <w:r w:rsidR="00016B0A">
        <w:rPr>
          <w:rFonts w:ascii="Calibri" w:hAnsi="Calibri" w:cs="Calibri"/>
          <w:b/>
          <w:sz w:val="32"/>
          <w:szCs w:val="32"/>
        </w:rPr>
        <w:t xml:space="preserve"> </w:t>
      </w:r>
      <w:r w:rsidRPr="00016B0A">
        <w:rPr>
          <w:rFonts w:ascii="Calibri" w:hAnsi="Calibri" w:cs="Calibri"/>
          <w:b/>
          <w:sz w:val="32"/>
          <w:szCs w:val="32"/>
        </w:rPr>
        <w:t>exploitation and County Lines)</w:t>
      </w:r>
    </w:p>
    <w:p w14:paraId="7815661D" w14:textId="77777777" w:rsidR="00E315D6" w:rsidRPr="00E77B2B" w:rsidRDefault="00856015" w:rsidP="00C308E5">
      <w:pPr>
        <w:pStyle w:val="ListParagraph"/>
        <w:numPr>
          <w:ilvl w:val="0"/>
          <w:numId w:val="38"/>
        </w:numPr>
        <w:spacing w:after="0" w:line="264" w:lineRule="auto"/>
        <w:rPr>
          <w:rFonts w:ascii="Calibri" w:hAnsi="Calibri" w:cs="Calibri"/>
        </w:rPr>
      </w:pPr>
      <w:r w:rsidRPr="00E77B2B">
        <w:rPr>
          <w:rFonts w:ascii="Calibri" w:hAnsi="Calibri" w:cs="Calibri"/>
        </w:rPr>
        <w:t xml:space="preserve">We will ensure that all members of the community are aware of online child sexual abuse including exploitation and grooming, the consequences, possible approaches which may be employed by offenders to target children and how to respond to concerns. </w:t>
      </w:r>
    </w:p>
    <w:p w14:paraId="67FB53EE" w14:textId="77777777" w:rsidR="00E315D6" w:rsidRPr="00E77B2B" w:rsidRDefault="00856015" w:rsidP="00C308E5">
      <w:pPr>
        <w:pStyle w:val="ListParagraph"/>
        <w:numPr>
          <w:ilvl w:val="0"/>
          <w:numId w:val="38"/>
        </w:numPr>
        <w:spacing w:after="0" w:line="264" w:lineRule="auto"/>
        <w:rPr>
          <w:rFonts w:ascii="Calibri" w:hAnsi="Calibri" w:cs="Calibri"/>
        </w:rPr>
      </w:pPr>
      <w:r w:rsidRPr="00E77B2B">
        <w:rPr>
          <w:rFonts w:ascii="Calibri" w:hAnsi="Calibri" w:cs="Calibri"/>
        </w:rPr>
        <w:t xml:space="preserve">We recognise online child sexual abuse and exploitation (including criminal exploitation) as a safeguarding issue and, as such, all concerns will be reported to and dealt with by the DSL (or deputy). </w:t>
      </w:r>
    </w:p>
    <w:p w14:paraId="2FCFB2CB" w14:textId="77777777" w:rsidR="00E315D6" w:rsidRPr="00E77B2B" w:rsidRDefault="00856015" w:rsidP="00C308E5">
      <w:pPr>
        <w:pStyle w:val="ListParagraph"/>
        <w:numPr>
          <w:ilvl w:val="0"/>
          <w:numId w:val="38"/>
        </w:numPr>
        <w:spacing w:after="0" w:line="264" w:lineRule="auto"/>
        <w:rPr>
          <w:rFonts w:ascii="Calibri" w:hAnsi="Calibri" w:cs="Calibri"/>
        </w:rPr>
      </w:pPr>
      <w:r w:rsidRPr="00E77B2B">
        <w:rPr>
          <w:rFonts w:ascii="Calibri" w:hAnsi="Calibri" w:cs="Calibri"/>
        </w:rPr>
        <w:t xml:space="preserve">We will implement preventative approaches for online child sexual abuse and exploitation (including criminal exploitation) via a range of age and ability appropriate education for learners, staff and parents/carers. </w:t>
      </w:r>
    </w:p>
    <w:p w14:paraId="4E0AEDB6" w14:textId="77777777" w:rsidR="00E315D6" w:rsidRPr="00E77B2B" w:rsidRDefault="00856015" w:rsidP="00C308E5">
      <w:pPr>
        <w:pStyle w:val="ListParagraph"/>
        <w:numPr>
          <w:ilvl w:val="0"/>
          <w:numId w:val="38"/>
        </w:numPr>
        <w:spacing w:after="0" w:line="264" w:lineRule="auto"/>
        <w:rPr>
          <w:rFonts w:ascii="Calibri" w:hAnsi="Calibri" w:cs="Calibri"/>
        </w:rPr>
      </w:pPr>
      <w:r w:rsidRPr="00E77B2B">
        <w:rPr>
          <w:rFonts w:ascii="Calibri" w:hAnsi="Calibri" w:cs="Calibri"/>
        </w:rPr>
        <w:t xml:space="preserve">We will ensure that all members of the community are aware of the support available regarding online child sexual abuse and exploitation (including criminal exploitation), both locally and nationally. </w:t>
      </w:r>
    </w:p>
    <w:p w14:paraId="144E4266" w14:textId="77777777" w:rsidR="00E315D6" w:rsidRPr="00E77B2B" w:rsidRDefault="00856015" w:rsidP="00C308E5">
      <w:pPr>
        <w:pStyle w:val="ListParagraph"/>
        <w:numPr>
          <w:ilvl w:val="0"/>
          <w:numId w:val="38"/>
        </w:numPr>
        <w:spacing w:after="0" w:line="264" w:lineRule="auto"/>
        <w:rPr>
          <w:rFonts w:ascii="Calibri" w:hAnsi="Calibri" w:cs="Calibri"/>
        </w:rPr>
      </w:pPr>
      <w:r w:rsidRPr="00E77B2B">
        <w:rPr>
          <w:rFonts w:ascii="Calibri" w:hAnsi="Calibri" w:cs="Calibri"/>
        </w:rPr>
        <w:t xml:space="preserve">We will ensure that the ‘Click CEOP’ report button is visible and available to learners and other members of our community. </w:t>
      </w:r>
    </w:p>
    <w:p w14:paraId="19561062" w14:textId="77777777" w:rsidR="00E315D6" w:rsidRPr="00E77B2B" w:rsidRDefault="00856015" w:rsidP="00C308E5">
      <w:pPr>
        <w:pStyle w:val="ListParagraph"/>
        <w:numPr>
          <w:ilvl w:val="0"/>
          <w:numId w:val="38"/>
        </w:numPr>
        <w:spacing w:after="0" w:line="264" w:lineRule="auto"/>
        <w:rPr>
          <w:rFonts w:ascii="Calibri" w:hAnsi="Calibri" w:cs="Calibri"/>
        </w:rPr>
      </w:pPr>
      <w:r w:rsidRPr="00E77B2B">
        <w:rPr>
          <w:rFonts w:ascii="Calibri" w:hAnsi="Calibri" w:cs="Calibri"/>
        </w:rPr>
        <w:t>If made aware of incident involving online child sexual abuse and exploitation (including criminal exploitation), we will:</w:t>
      </w:r>
    </w:p>
    <w:p w14:paraId="15BF4477" w14:textId="77777777" w:rsidR="00E315D6" w:rsidRPr="00281713" w:rsidRDefault="00856015" w:rsidP="00C308E5">
      <w:pPr>
        <w:pStyle w:val="ListParagraph"/>
        <w:numPr>
          <w:ilvl w:val="1"/>
          <w:numId w:val="38"/>
        </w:numPr>
        <w:spacing w:after="0" w:line="264" w:lineRule="auto"/>
        <w:rPr>
          <w:rFonts w:ascii="Calibri" w:hAnsi="Calibri" w:cs="Calibri"/>
        </w:rPr>
      </w:pPr>
      <w:r w:rsidRPr="00281713">
        <w:rPr>
          <w:rFonts w:ascii="Calibri" w:hAnsi="Calibri" w:cs="Calibri"/>
        </w:rPr>
        <w:t xml:space="preserve">Act in accordance with our child protection policies and the relevant East Sussex Safeguarding Child Partnership’s procedures. </w:t>
      </w:r>
    </w:p>
    <w:p w14:paraId="65B239EF" w14:textId="77777777" w:rsidR="00E315D6" w:rsidRPr="00281713" w:rsidRDefault="00856015" w:rsidP="00C308E5">
      <w:pPr>
        <w:pStyle w:val="ListParagraph"/>
        <w:numPr>
          <w:ilvl w:val="1"/>
          <w:numId w:val="38"/>
        </w:numPr>
        <w:spacing w:after="0" w:line="264" w:lineRule="auto"/>
        <w:rPr>
          <w:rFonts w:ascii="Calibri" w:hAnsi="Calibri" w:cs="Calibri"/>
        </w:rPr>
      </w:pPr>
      <w:r w:rsidRPr="00281713">
        <w:rPr>
          <w:rFonts w:ascii="Calibri" w:hAnsi="Calibri" w:cs="Calibri"/>
        </w:rPr>
        <w:t>If appropriate, store any devices involved securely.</w:t>
      </w:r>
    </w:p>
    <w:p w14:paraId="01656237" w14:textId="77777777" w:rsidR="00E315D6" w:rsidRPr="00281713" w:rsidRDefault="00856015" w:rsidP="00C308E5">
      <w:pPr>
        <w:pStyle w:val="ListParagraph"/>
        <w:numPr>
          <w:ilvl w:val="1"/>
          <w:numId w:val="38"/>
        </w:numPr>
        <w:spacing w:after="0" w:line="264" w:lineRule="auto"/>
        <w:rPr>
          <w:rFonts w:ascii="Calibri" w:hAnsi="Calibri" w:cs="Calibri"/>
        </w:rPr>
      </w:pPr>
      <w:r w:rsidRPr="00281713">
        <w:rPr>
          <w:rFonts w:ascii="Calibri" w:hAnsi="Calibri" w:cs="Calibri"/>
        </w:rPr>
        <w:t xml:space="preserve">Make a referral to Children’s Social Care (if required/ appropriate) and immediately inform the police via 101 (or 999 if a child is at immediate risk)  </w:t>
      </w:r>
    </w:p>
    <w:p w14:paraId="29758A09" w14:textId="77777777" w:rsidR="00E315D6" w:rsidRPr="00281713" w:rsidRDefault="00856015" w:rsidP="00C308E5">
      <w:pPr>
        <w:pStyle w:val="ListParagraph"/>
        <w:numPr>
          <w:ilvl w:val="1"/>
          <w:numId w:val="38"/>
        </w:numPr>
        <w:spacing w:after="0" w:line="264" w:lineRule="auto"/>
        <w:rPr>
          <w:rFonts w:ascii="Calibri" w:hAnsi="Calibri" w:cs="Calibri"/>
        </w:rPr>
      </w:pPr>
      <w:r w:rsidRPr="00281713">
        <w:rPr>
          <w:rFonts w:ascii="Calibri" w:hAnsi="Calibri" w:cs="Calibri"/>
        </w:rPr>
        <w:t>Carry out a risk assessment which considers any vulnerabilities of pupil(s) involved (including carrying out relevant checks with other agencies).</w:t>
      </w:r>
    </w:p>
    <w:p w14:paraId="1D3D3BA3" w14:textId="77777777" w:rsidR="00E315D6" w:rsidRPr="00281713" w:rsidRDefault="00856015" w:rsidP="00C308E5">
      <w:pPr>
        <w:pStyle w:val="ListParagraph"/>
        <w:numPr>
          <w:ilvl w:val="1"/>
          <w:numId w:val="38"/>
        </w:numPr>
        <w:spacing w:after="0" w:line="264" w:lineRule="auto"/>
        <w:rPr>
          <w:rFonts w:ascii="Calibri" w:hAnsi="Calibri" w:cs="Calibri"/>
        </w:rPr>
      </w:pPr>
      <w:r w:rsidRPr="00281713">
        <w:rPr>
          <w:rFonts w:ascii="Calibri" w:hAnsi="Calibri" w:cs="Calibri"/>
        </w:rPr>
        <w:t>Inform parents/carers about the incident and how it is being managed.</w:t>
      </w:r>
    </w:p>
    <w:p w14:paraId="51259C51" w14:textId="77777777" w:rsidR="00E315D6" w:rsidRPr="00281713" w:rsidRDefault="00856015" w:rsidP="00C308E5">
      <w:pPr>
        <w:pStyle w:val="ListParagraph"/>
        <w:numPr>
          <w:ilvl w:val="1"/>
          <w:numId w:val="38"/>
        </w:numPr>
        <w:spacing w:after="0" w:line="264" w:lineRule="auto"/>
        <w:rPr>
          <w:rFonts w:ascii="Calibri" w:hAnsi="Calibri" w:cs="Calibri"/>
        </w:rPr>
      </w:pPr>
      <w:r w:rsidRPr="00281713">
        <w:rPr>
          <w:rFonts w:ascii="Calibri" w:hAnsi="Calibri" w:cs="Calibri"/>
        </w:rPr>
        <w:lastRenderedPageBreak/>
        <w:t xml:space="preserve">Provide the necessary safeguards and support for learners, such as, offering counselling or pastoral support. </w:t>
      </w:r>
    </w:p>
    <w:p w14:paraId="2AEAA52F" w14:textId="77777777" w:rsidR="00E315D6" w:rsidRPr="00281713" w:rsidRDefault="00856015" w:rsidP="00C308E5">
      <w:pPr>
        <w:pStyle w:val="ListParagraph"/>
        <w:numPr>
          <w:ilvl w:val="1"/>
          <w:numId w:val="38"/>
        </w:numPr>
        <w:spacing w:after="0" w:line="264" w:lineRule="auto"/>
        <w:rPr>
          <w:rFonts w:ascii="Calibri" w:hAnsi="Calibri" w:cs="Calibri"/>
        </w:rPr>
      </w:pPr>
      <w:r w:rsidRPr="00281713">
        <w:rPr>
          <w:rFonts w:ascii="Calibri" w:hAnsi="Calibri" w:cs="Calibri"/>
        </w:rPr>
        <w:t>Review the handling of any incidents to ensure that best practice is implemented; leadership team will review and update any management procedures, where necessary.</w:t>
      </w:r>
    </w:p>
    <w:p w14:paraId="06CFBE77" w14:textId="77777777" w:rsidR="00E315D6" w:rsidRPr="00281713" w:rsidRDefault="00856015" w:rsidP="00C308E5">
      <w:pPr>
        <w:pStyle w:val="ListParagraph"/>
        <w:numPr>
          <w:ilvl w:val="0"/>
          <w:numId w:val="39"/>
        </w:numPr>
        <w:spacing w:after="0" w:line="264" w:lineRule="auto"/>
        <w:rPr>
          <w:rFonts w:ascii="Calibri" w:hAnsi="Calibri" w:cs="Calibri"/>
        </w:rPr>
      </w:pPr>
      <w:r w:rsidRPr="00281713">
        <w:rPr>
          <w:rFonts w:ascii="Calibri" w:hAnsi="Calibri" w:cs="Calibri"/>
        </w:rPr>
        <w:t>We will respond to concerns regarding online child sexual abuse and exploitation (including criminal exploitation), regardless of whether the incident took place on our premises or using setting provided or personal equipment.</w:t>
      </w:r>
    </w:p>
    <w:p w14:paraId="6ACA8C28" w14:textId="5A057C1B" w:rsidR="00E315D6" w:rsidRPr="00281713" w:rsidRDefault="00856015" w:rsidP="00C308E5">
      <w:pPr>
        <w:pStyle w:val="ListParagraph"/>
        <w:numPr>
          <w:ilvl w:val="1"/>
          <w:numId w:val="39"/>
        </w:numPr>
        <w:spacing w:after="0" w:line="264" w:lineRule="auto"/>
        <w:rPr>
          <w:rFonts w:ascii="Calibri" w:hAnsi="Calibri" w:cs="Calibri"/>
        </w:rPr>
      </w:pPr>
      <w:r w:rsidRPr="00281713">
        <w:rPr>
          <w:rFonts w:ascii="Calibri" w:hAnsi="Calibri" w:cs="Calibri"/>
        </w:rPr>
        <w:t xml:space="preserve">Where possible, learners will be involved in decision making and if appropriate, will be empowered to report concerns such as via the Click CEOP report:  </w:t>
      </w:r>
      <w:hyperlink r:id="rId19">
        <w:r w:rsidR="00CB4C5D" w:rsidRPr="002B6BE3">
          <w:rPr>
            <w:rStyle w:val="Hyperlink"/>
            <w:sz w:val="24"/>
            <w:szCs w:val="24"/>
          </w:rPr>
          <w:t>www.ceop.police.uk/safety-centre/</w:t>
        </w:r>
      </w:hyperlink>
    </w:p>
    <w:p w14:paraId="776FCBD2" w14:textId="77777777" w:rsidR="00E315D6" w:rsidRPr="00281713" w:rsidRDefault="00856015" w:rsidP="00C308E5">
      <w:pPr>
        <w:pStyle w:val="ListParagraph"/>
        <w:numPr>
          <w:ilvl w:val="0"/>
          <w:numId w:val="39"/>
        </w:numPr>
        <w:spacing w:after="0" w:line="264" w:lineRule="auto"/>
        <w:rPr>
          <w:rFonts w:ascii="Calibri" w:hAnsi="Calibri" w:cs="Calibri"/>
        </w:rPr>
      </w:pPr>
      <w:r w:rsidRPr="00281713">
        <w:rPr>
          <w:rFonts w:ascii="Calibri" w:hAnsi="Calibri" w:cs="Calibri"/>
        </w:rPr>
        <w:t>If we are unclear whether a criminal offence has been committed, the DSL (or deputy) will obtain advice immediately through the Police.</w:t>
      </w:r>
    </w:p>
    <w:p w14:paraId="16EB29B5" w14:textId="77777777" w:rsidR="00E315D6" w:rsidRPr="00CB4C5D" w:rsidRDefault="00856015" w:rsidP="00C308E5">
      <w:pPr>
        <w:pStyle w:val="ListParagraph"/>
        <w:numPr>
          <w:ilvl w:val="0"/>
          <w:numId w:val="39"/>
        </w:numPr>
        <w:spacing w:after="0" w:line="264" w:lineRule="auto"/>
        <w:rPr>
          <w:rFonts w:ascii="Calibri" w:hAnsi="Calibri" w:cs="Calibri"/>
        </w:rPr>
      </w:pPr>
      <w:r w:rsidRPr="00CB4C5D">
        <w:rPr>
          <w:rFonts w:ascii="Calibri" w:hAnsi="Calibri" w:cs="Calibri"/>
        </w:rPr>
        <w:t>If learners at other settings are believed to have been targeted, the DSL (or deputy) will contact the Police.</w:t>
      </w:r>
    </w:p>
    <w:p w14:paraId="56ABC651" w14:textId="77777777" w:rsidR="00E315D6" w:rsidRPr="00611144" w:rsidRDefault="00E315D6" w:rsidP="00483BF4">
      <w:pPr>
        <w:spacing w:after="0" w:line="264" w:lineRule="auto"/>
        <w:rPr>
          <w:rFonts w:ascii="Calibri" w:hAnsi="Calibri" w:cs="Calibri"/>
        </w:rPr>
      </w:pPr>
    </w:p>
    <w:p w14:paraId="16E3E8CC" w14:textId="77777777" w:rsidR="00E315D6" w:rsidRPr="00CB4C5D" w:rsidRDefault="00856015" w:rsidP="00483BF4">
      <w:pPr>
        <w:spacing w:after="0" w:line="264" w:lineRule="auto"/>
        <w:rPr>
          <w:rFonts w:ascii="Calibri" w:hAnsi="Calibri" w:cs="Calibri"/>
          <w:sz w:val="32"/>
          <w:szCs w:val="32"/>
        </w:rPr>
      </w:pPr>
      <w:r w:rsidRPr="00CB4C5D">
        <w:rPr>
          <w:rFonts w:ascii="Calibri" w:hAnsi="Calibri" w:cs="Calibri"/>
          <w:b/>
          <w:sz w:val="32"/>
          <w:szCs w:val="32"/>
        </w:rPr>
        <w:t>7.4</w:t>
      </w:r>
      <w:r w:rsidRPr="00CB4C5D">
        <w:rPr>
          <w:rFonts w:ascii="Calibri" w:hAnsi="Calibri" w:cs="Calibri"/>
          <w:sz w:val="32"/>
          <w:szCs w:val="32"/>
        </w:rPr>
        <w:t xml:space="preserve"> </w:t>
      </w:r>
      <w:r w:rsidRPr="00CB4C5D">
        <w:rPr>
          <w:rFonts w:ascii="Calibri" w:hAnsi="Calibri" w:cs="Calibri"/>
          <w:b/>
          <w:sz w:val="32"/>
          <w:szCs w:val="32"/>
        </w:rPr>
        <w:t xml:space="preserve">Indecent Images of Children (IIOC) </w:t>
      </w:r>
    </w:p>
    <w:p w14:paraId="406685A5" w14:textId="77777777" w:rsidR="00E315D6" w:rsidRPr="00CB4C5D" w:rsidRDefault="00856015" w:rsidP="00C308E5">
      <w:pPr>
        <w:pStyle w:val="ListParagraph"/>
        <w:numPr>
          <w:ilvl w:val="0"/>
          <w:numId w:val="40"/>
        </w:numPr>
        <w:spacing w:after="0" w:line="264" w:lineRule="auto"/>
        <w:rPr>
          <w:rFonts w:ascii="Calibri" w:hAnsi="Calibri" w:cs="Calibri"/>
        </w:rPr>
      </w:pPr>
      <w:r w:rsidRPr="00CB4C5D">
        <w:rPr>
          <w:rFonts w:ascii="Calibri" w:hAnsi="Calibri" w:cs="Calibri"/>
        </w:rPr>
        <w:t xml:space="preserve">We will ensure that all members of the community are made aware of the possible consequences of accessing Indecent Images of Children (IIOC). </w:t>
      </w:r>
    </w:p>
    <w:p w14:paraId="3821D2E0" w14:textId="77777777" w:rsidR="00E315D6" w:rsidRPr="00CB4C5D" w:rsidRDefault="00856015" w:rsidP="00C308E5">
      <w:pPr>
        <w:pStyle w:val="ListParagraph"/>
        <w:numPr>
          <w:ilvl w:val="0"/>
          <w:numId w:val="40"/>
        </w:numPr>
        <w:spacing w:after="0" w:line="264" w:lineRule="auto"/>
        <w:rPr>
          <w:rFonts w:ascii="Calibri" w:hAnsi="Calibri" w:cs="Calibri"/>
        </w:rPr>
      </w:pPr>
      <w:r w:rsidRPr="00CB4C5D">
        <w:rPr>
          <w:rFonts w:ascii="Calibri" w:hAnsi="Calibri" w:cs="Calibri"/>
        </w:rPr>
        <w:t>We will respond to concerns regarding IIOC on our equipment and/or personal equipment, even if access took place off site.</w:t>
      </w:r>
    </w:p>
    <w:p w14:paraId="04A39D3E" w14:textId="77777777" w:rsidR="00E315D6" w:rsidRPr="00CB4C5D" w:rsidRDefault="00856015" w:rsidP="00C308E5">
      <w:pPr>
        <w:pStyle w:val="ListParagraph"/>
        <w:numPr>
          <w:ilvl w:val="0"/>
          <w:numId w:val="40"/>
        </w:numPr>
        <w:spacing w:after="0" w:line="264" w:lineRule="auto"/>
        <w:rPr>
          <w:rFonts w:ascii="Calibri" w:hAnsi="Calibri" w:cs="Calibri"/>
        </w:rPr>
      </w:pPr>
      <w:r w:rsidRPr="00CB4C5D">
        <w:rPr>
          <w:rFonts w:ascii="Calibri" w:hAnsi="Calibri" w:cs="Calibri"/>
        </w:rPr>
        <w:t xml:space="preserve">We will seek to prevent accidental access to IIOC by using an internet service provider (ISP) which implements appropriate filtering, firewalls and anti-spam software. </w:t>
      </w:r>
    </w:p>
    <w:p w14:paraId="13D3FA0A" w14:textId="77777777" w:rsidR="00E315D6" w:rsidRPr="00CB4C5D" w:rsidRDefault="00856015" w:rsidP="00C308E5">
      <w:pPr>
        <w:pStyle w:val="ListParagraph"/>
        <w:numPr>
          <w:ilvl w:val="0"/>
          <w:numId w:val="40"/>
        </w:numPr>
        <w:spacing w:after="0" w:line="264" w:lineRule="auto"/>
        <w:rPr>
          <w:rFonts w:ascii="Calibri" w:hAnsi="Calibri" w:cs="Calibri"/>
        </w:rPr>
      </w:pPr>
      <w:r w:rsidRPr="00CB4C5D">
        <w:rPr>
          <w:rFonts w:ascii="Calibri" w:hAnsi="Calibri" w:cs="Calibri"/>
        </w:rPr>
        <w:t>If we are unclear if a criminal offence has been committed, the DSL (or deputy) will obtain advice immediately through the Police.</w:t>
      </w:r>
    </w:p>
    <w:p w14:paraId="462C130C" w14:textId="77777777" w:rsidR="00E315D6" w:rsidRPr="00CB4C5D" w:rsidRDefault="00856015" w:rsidP="00C308E5">
      <w:pPr>
        <w:pStyle w:val="ListParagraph"/>
        <w:numPr>
          <w:ilvl w:val="0"/>
          <w:numId w:val="40"/>
        </w:numPr>
        <w:spacing w:after="0" w:line="264" w:lineRule="auto"/>
        <w:rPr>
          <w:rFonts w:ascii="Calibri" w:hAnsi="Calibri" w:cs="Calibri"/>
        </w:rPr>
      </w:pPr>
      <w:r w:rsidRPr="00CB4C5D">
        <w:rPr>
          <w:rFonts w:ascii="Calibri" w:hAnsi="Calibri" w:cs="Calibri"/>
        </w:rPr>
        <w:t>If made aware of IIOC, we will:</w:t>
      </w:r>
    </w:p>
    <w:p w14:paraId="23E37CCB" w14:textId="77777777" w:rsidR="00E315D6" w:rsidRPr="00880BF2" w:rsidRDefault="00856015" w:rsidP="00C308E5">
      <w:pPr>
        <w:pStyle w:val="ListParagraph"/>
        <w:numPr>
          <w:ilvl w:val="1"/>
          <w:numId w:val="40"/>
        </w:numPr>
        <w:spacing w:after="0" w:line="264" w:lineRule="auto"/>
        <w:rPr>
          <w:rFonts w:ascii="Calibri" w:hAnsi="Calibri" w:cs="Calibri"/>
        </w:rPr>
      </w:pPr>
      <w:r w:rsidRPr="00880BF2">
        <w:rPr>
          <w:rFonts w:ascii="Calibri" w:hAnsi="Calibri" w:cs="Calibri"/>
        </w:rPr>
        <w:t>Act in accordance with our child protection policy.</w:t>
      </w:r>
    </w:p>
    <w:p w14:paraId="69372B85" w14:textId="77777777" w:rsidR="00E315D6" w:rsidRPr="00880BF2" w:rsidRDefault="00856015" w:rsidP="00C308E5">
      <w:pPr>
        <w:pStyle w:val="ListParagraph"/>
        <w:numPr>
          <w:ilvl w:val="1"/>
          <w:numId w:val="40"/>
        </w:numPr>
        <w:spacing w:after="0" w:line="264" w:lineRule="auto"/>
        <w:rPr>
          <w:rFonts w:ascii="Calibri" w:hAnsi="Calibri" w:cs="Calibri"/>
        </w:rPr>
      </w:pPr>
      <w:r w:rsidRPr="00880BF2">
        <w:rPr>
          <w:rFonts w:ascii="Calibri" w:hAnsi="Calibri" w:cs="Calibri"/>
        </w:rPr>
        <w:t>Store any devices involved securely.</w:t>
      </w:r>
    </w:p>
    <w:p w14:paraId="048D7ADE" w14:textId="77777777" w:rsidR="00E315D6" w:rsidRPr="00880BF2" w:rsidRDefault="00856015" w:rsidP="00C308E5">
      <w:pPr>
        <w:pStyle w:val="ListParagraph"/>
        <w:numPr>
          <w:ilvl w:val="1"/>
          <w:numId w:val="40"/>
        </w:numPr>
        <w:spacing w:after="0" w:line="264" w:lineRule="auto"/>
        <w:rPr>
          <w:rFonts w:ascii="Calibri" w:hAnsi="Calibri" w:cs="Calibri"/>
        </w:rPr>
      </w:pPr>
      <w:r w:rsidRPr="00880BF2">
        <w:rPr>
          <w:rFonts w:ascii="Calibri" w:hAnsi="Calibri" w:cs="Calibri"/>
        </w:rPr>
        <w:t xml:space="preserve">Immediately inform appropriate organisations, such as the Internet Watch Foundation (IWF), Sussex police or the LADO. </w:t>
      </w:r>
    </w:p>
    <w:p w14:paraId="5731DC86" w14:textId="77777777" w:rsidR="00E315D6" w:rsidRPr="00880BF2" w:rsidRDefault="00856015" w:rsidP="00C308E5">
      <w:pPr>
        <w:pStyle w:val="ListParagraph"/>
        <w:numPr>
          <w:ilvl w:val="0"/>
          <w:numId w:val="41"/>
        </w:numPr>
        <w:spacing w:after="0" w:line="264" w:lineRule="auto"/>
        <w:rPr>
          <w:rFonts w:ascii="Calibri" w:hAnsi="Calibri" w:cs="Calibri"/>
        </w:rPr>
      </w:pPr>
      <w:r w:rsidRPr="00880BF2">
        <w:rPr>
          <w:rFonts w:ascii="Calibri" w:hAnsi="Calibri" w:cs="Calibri"/>
        </w:rPr>
        <w:t>If made aware that a member of staff or a learner has been inadvertently exposed to indecent images of children, we will:</w:t>
      </w:r>
    </w:p>
    <w:p w14:paraId="2EE5E4B6" w14:textId="77777777" w:rsidR="00E315D6" w:rsidRPr="00880BF2" w:rsidRDefault="00856015" w:rsidP="00C308E5">
      <w:pPr>
        <w:pStyle w:val="ListParagraph"/>
        <w:numPr>
          <w:ilvl w:val="1"/>
          <w:numId w:val="41"/>
        </w:numPr>
        <w:spacing w:after="0" w:line="264" w:lineRule="auto"/>
        <w:rPr>
          <w:rFonts w:ascii="Calibri" w:hAnsi="Calibri" w:cs="Calibri"/>
        </w:rPr>
      </w:pPr>
      <w:r w:rsidRPr="00880BF2">
        <w:rPr>
          <w:rFonts w:ascii="Calibri" w:hAnsi="Calibri" w:cs="Calibri"/>
        </w:rPr>
        <w:t>Ensure that the DSL (or deputy DSL) is informed, who will investigate the incident.</w:t>
      </w:r>
    </w:p>
    <w:p w14:paraId="4483E066" w14:textId="6EBFB5AE" w:rsidR="00E315D6" w:rsidRPr="00880BF2" w:rsidRDefault="00856015" w:rsidP="00C308E5">
      <w:pPr>
        <w:pStyle w:val="ListParagraph"/>
        <w:numPr>
          <w:ilvl w:val="1"/>
          <w:numId w:val="41"/>
        </w:numPr>
        <w:spacing w:after="0" w:line="264" w:lineRule="auto"/>
        <w:rPr>
          <w:rFonts w:ascii="Calibri" w:hAnsi="Calibri" w:cs="Calibri"/>
        </w:rPr>
      </w:pPr>
      <w:r w:rsidRPr="00880BF2">
        <w:rPr>
          <w:rFonts w:ascii="Calibri" w:hAnsi="Calibri" w:cs="Calibri"/>
        </w:rPr>
        <w:t xml:space="preserve">Ensure that the URLs (webpage addresses) which contain the suspect images are reported to the Internet Watch Foundation via </w:t>
      </w:r>
      <w:hyperlink r:id="rId20">
        <w:r w:rsidR="001458A4" w:rsidRPr="002B6BE3">
          <w:rPr>
            <w:rStyle w:val="Hyperlink"/>
            <w:sz w:val="24"/>
            <w:szCs w:val="24"/>
          </w:rPr>
          <w:t>www.iwf.org.uk</w:t>
        </w:r>
      </w:hyperlink>
      <w:r w:rsidRPr="00880BF2">
        <w:rPr>
          <w:rFonts w:ascii="Calibri" w:hAnsi="Calibri" w:cs="Calibri"/>
        </w:rPr>
        <w:t xml:space="preserve"> .</w:t>
      </w:r>
    </w:p>
    <w:p w14:paraId="1244916F" w14:textId="77777777" w:rsidR="00E315D6" w:rsidRPr="00880BF2" w:rsidRDefault="00856015" w:rsidP="00C308E5">
      <w:pPr>
        <w:pStyle w:val="ListParagraph"/>
        <w:numPr>
          <w:ilvl w:val="1"/>
          <w:numId w:val="41"/>
        </w:numPr>
        <w:spacing w:after="0" w:line="264" w:lineRule="auto"/>
        <w:rPr>
          <w:rFonts w:ascii="Calibri" w:hAnsi="Calibri" w:cs="Calibri"/>
        </w:rPr>
      </w:pPr>
      <w:r w:rsidRPr="00880BF2">
        <w:rPr>
          <w:rFonts w:ascii="Calibri" w:hAnsi="Calibri" w:cs="Calibri"/>
        </w:rPr>
        <w:t>Ensure that any copies that exist of the image, for example in emails, are deleted.</w:t>
      </w:r>
    </w:p>
    <w:p w14:paraId="6B8C03C6" w14:textId="77777777" w:rsidR="00E315D6" w:rsidRPr="00880BF2" w:rsidRDefault="00856015" w:rsidP="00C308E5">
      <w:pPr>
        <w:pStyle w:val="ListParagraph"/>
        <w:numPr>
          <w:ilvl w:val="1"/>
          <w:numId w:val="41"/>
        </w:numPr>
        <w:spacing w:after="0" w:line="264" w:lineRule="auto"/>
        <w:rPr>
          <w:rFonts w:ascii="Calibri" w:hAnsi="Calibri" w:cs="Calibri"/>
        </w:rPr>
      </w:pPr>
      <w:r w:rsidRPr="00880BF2">
        <w:rPr>
          <w:rFonts w:ascii="Calibri" w:hAnsi="Calibri" w:cs="Calibri"/>
        </w:rPr>
        <w:t>Report concerns, as appropriate to parents and carers.</w:t>
      </w:r>
    </w:p>
    <w:p w14:paraId="565A797C" w14:textId="77777777" w:rsidR="00E315D6" w:rsidRPr="00E8310B" w:rsidRDefault="00856015" w:rsidP="00C308E5">
      <w:pPr>
        <w:pStyle w:val="ListParagraph"/>
        <w:numPr>
          <w:ilvl w:val="0"/>
          <w:numId w:val="41"/>
        </w:numPr>
        <w:spacing w:after="0" w:line="264" w:lineRule="auto"/>
        <w:rPr>
          <w:rFonts w:ascii="Calibri" w:hAnsi="Calibri" w:cs="Calibri"/>
        </w:rPr>
      </w:pPr>
      <w:r w:rsidRPr="00E8310B">
        <w:rPr>
          <w:rFonts w:ascii="Calibri" w:hAnsi="Calibri" w:cs="Calibri"/>
        </w:rPr>
        <w:t>If made aware that indecent images of children have been found on the setting provided devices, we will:</w:t>
      </w:r>
    </w:p>
    <w:p w14:paraId="67F3642F" w14:textId="77777777" w:rsidR="00E315D6" w:rsidRPr="00E8310B" w:rsidRDefault="00856015" w:rsidP="00C308E5">
      <w:pPr>
        <w:pStyle w:val="ListParagraph"/>
        <w:numPr>
          <w:ilvl w:val="1"/>
          <w:numId w:val="41"/>
        </w:numPr>
        <w:spacing w:after="0" w:line="264" w:lineRule="auto"/>
        <w:rPr>
          <w:rFonts w:ascii="Calibri" w:hAnsi="Calibri" w:cs="Calibri"/>
        </w:rPr>
      </w:pPr>
      <w:r w:rsidRPr="00E8310B">
        <w:rPr>
          <w:rFonts w:ascii="Calibri" w:hAnsi="Calibri" w:cs="Calibri"/>
        </w:rPr>
        <w:t>Ensure that the DSL (or deputy DSL) and headteacher are informed.</w:t>
      </w:r>
    </w:p>
    <w:p w14:paraId="7F574C9E" w14:textId="508334B0" w:rsidR="00E315D6" w:rsidRPr="00E8310B" w:rsidRDefault="00856015" w:rsidP="00C308E5">
      <w:pPr>
        <w:pStyle w:val="ListParagraph"/>
        <w:numPr>
          <w:ilvl w:val="1"/>
          <w:numId w:val="41"/>
        </w:numPr>
        <w:spacing w:after="0" w:line="264" w:lineRule="auto"/>
        <w:rPr>
          <w:rFonts w:ascii="Calibri" w:hAnsi="Calibri" w:cs="Calibri"/>
        </w:rPr>
      </w:pPr>
      <w:r w:rsidRPr="00E8310B">
        <w:rPr>
          <w:rFonts w:ascii="Calibri" w:hAnsi="Calibri" w:cs="Calibri"/>
        </w:rPr>
        <w:t xml:space="preserve">Ensure that the URLs (webpage addresses) which contain the suspect images are reported to the Internet Watch Foundation via  </w:t>
      </w:r>
      <w:hyperlink r:id="rId21">
        <w:r w:rsidR="00D11F34" w:rsidRPr="002B6BE3">
          <w:rPr>
            <w:rStyle w:val="Hyperlink"/>
            <w:sz w:val="24"/>
            <w:szCs w:val="24"/>
          </w:rPr>
          <w:t>www.iwf.org.uk</w:t>
        </w:r>
      </w:hyperlink>
      <w:r w:rsidRPr="00E8310B">
        <w:rPr>
          <w:rFonts w:ascii="Calibri" w:hAnsi="Calibri" w:cs="Calibri"/>
        </w:rPr>
        <w:t>.</w:t>
      </w:r>
    </w:p>
    <w:p w14:paraId="532338AB" w14:textId="77777777" w:rsidR="00E315D6" w:rsidRPr="00D560A0" w:rsidRDefault="00856015" w:rsidP="00C308E5">
      <w:pPr>
        <w:pStyle w:val="ListParagraph"/>
        <w:numPr>
          <w:ilvl w:val="1"/>
          <w:numId w:val="41"/>
        </w:numPr>
        <w:spacing w:after="0" w:line="264" w:lineRule="auto"/>
        <w:rPr>
          <w:rFonts w:ascii="Calibri" w:hAnsi="Calibri" w:cs="Calibri"/>
        </w:rPr>
      </w:pPr>
      <w:r w:rsidRPr="00D560A0">
        <w:rPr>
          <w:rFonts w:ascii="Calibri" w:hAnsi="Calibri" w:cs="Calibri"/>
        </w:rPr>
        <w:lastRenderedPageBreak/>
        <w:t>Ensure that any copies that exist of the image, for example in emails, are deleted once directed to by the police.</w:t>
      </w:r>
    </w:p>
    <w:p w14:paraId="0941C7EC" w14:textId="77777777" w:rsidR="00E315D6" w:rsidRPr="00D560A0" w:rsidRDefault="00856015" w:rsidP="00C308E5">
      <w:pPr>
        <w:pStyle w:val="ListParagraph"/>
        <w:numPr>
          <w:ilvl w:val="1"/>
          <w:numId w:val="41"/>
        </w:numPr>
        <w:spacing w:after="0" w:line="264" w:lineRule="auto"/>
        <w:rPr>
          <w:rFonts w:ascii="Calibri" w:hAnsi="Calibri" w:cs="Calibri"/>
        </w:rPr>
      </w:pPr>
      <w:r w:rsidRPr="00D560A0">
        <w:rPr>
          <w:rFonts w:ascii="Calibri" w:hAnsi="Calibri" w:cs="Calibri"/>
        </w:rPr>
        <w:t>Inform the police via 101 (999 if there is an immediate risk of harm) and children’s social services (as appropriate).</w:t>
      </w:r>
    </w:p>
    <w:p w14:paraId="3B9F6D5F" w14:textId="77777777" w:rsidR="00E315D6" w:rsidRPr="00D560A0" w:rsidRDefault="00856015" w:rsidP="00C308E5">
      <w:pPr>
        <w:pStyle w:val="ListParagraph"/>
        <w:numPr>
          <w:ilvl w:val="1"/>
          <w:numId w:val="41"/>
        </w:numPr>
        <w:spacing w:after="0" w:line="264" w:lineRule="auto"/>
        <w:rPr>
          <w:rFonts w:ascii="Calibri" w:hAnsi="Calibri" w:cs="Calibri"/>
        </w:rPr>
      </w:pPr>
      <w:r w:rsidRPr="00D560A0">
        <w:rPr>
          <w:rFonts w:ascii="Calibri" w:hAnsi="Calibri" w:cs="Calibri"/>
        </w:rPr>
        <w:t>Only store copies of images (securely, where no one else has access to them and delete all other copies) at the request of the police only.</w:t>
      </w:r>
    </w:p>
    <w:p w14:paraId="6E3397AC" w14:textId="77777777" w:rsidR="00E315D6" w:rsidRPr="00D560A0" w:rsidRDefault="00856015" w:rsidP="00C308E5">
      <w:pPr>
        <w:pStyle w:val="ListParagraph"/>
        <w:numPr>
          <w:ilvl w:val="1"/>
          <w:numId w:val="41"/>
        </w:numPr>
        <w:spacing w:after="0" w:line="264" w:lineRule="auto"/>
        <w:rPr>
          <w:rFonts w:ascii="Calibri" w:hAnsi="Calibri" w:cs="Calibri"/>
        </w:rPr>
      </w:pPr>
      <w:r w:rsidRPr="00D560A0">
        <w:rPr>
          <w:rFonts w:ascii="Calibri" w:hAnsi="Calibri" w:cs="Calibri"/>
        </w:rPr>
        <w:t>Report concerns, as appropriate to parents and carers.</w:t>
      </w:r>
    </w:p>
    <w:p w14:paraId="7C19F73C" w14:textId="77777777" w:rsidR="00E315D6" w:rsidRPr="00D560A0" w:rsidRDefault="00856015" w:rsidP="00C308E5">
      <w:pPr>
        <w:pStyle w:val="ListParagraph"/>
        <w:numPr>
          <w:ilvl w:val="0"/>
          <w:numId w:val="42"/>
        </w:numPr>
        <w:spacing w:after="0" w:line="264" w:lineRule="auto"/>
        <w:rPr>
          <w:rFonts w:ascii="Calibri" w:hAnsi="Calibri" w:cs="Calibri"/>
        </w:rPr>
      </w:pPr>
      <w:r w:rsidRPr="00D560A0">
        <w:rPr>
          <w:rFonts w:ascii="Calibri" w:hAnsi="Calibri" w:cs="Calibri"/>
        </w:rPr>
        <w:t>If made aware that a member of staff is in possession of indecent images of children on setting provided devices, we will:</w:t>
      </w:r>
    </w:p>
    <w:p w14:paraId="0B2EB807" w14:textId="77777777" w:rsidR="00E315D6" w:rsidRPr="00D560A0" w:rsidRDefault="00856015" w:rsidP="00C308E5">
      <w:pPr>
        <w:pStyle w:val="ListParagraph"/>
        <w:numPr>
          <w:ilvl w:val="1"/>
          <w:numId w:val="42"/>
        </w:numPr>
        <w:spacing w:after="0" w:line="264" w:lineRule="auto"/>
        <w:rPr>
          <w:rFonts w:ascii="Calibri" w:hAnsi="Calibri" w:cs="Calibri"/>
        </w:rPr>
      </w:pPr>
      <w:r w:rsidRPr="00D560A0">
        <w:rPr>
          <w:rFonts w:ascii="Calibri" w:hAnsi="Calibri" w:cs="Calibri"/>
        </w:rPr>
        <w:t>Ensure that the headteacher is informed in line with our managing allegations against staff policy.</w:t>
      </w:r>
    </w:p>
    <w:p w14:paraId="1A56A881" w14:textId="77777777" w:rsidR="00E315D6" w:rsidRPr="00501FAA" w:rsidRDefault="00856015" w:rsidP="00C308E5">
      <w:pPr>
        <w:pStyle w:val="ListParagraph"/>
        <w:numPr>
          <w:ilvl w:val="1"/>
          <w:numId w:val="42"/>
        </w:numPr>
        <w:spacing w:after="0" w:line="264" w:lineRule="auto"/>
        <w:rPr>
          <w:rFonts w:ascii="Calibri" w:hAnsi="Calibri" w:cs="Calibri"/>
        </w:rPr>
      </w:pPr>
      <w:r w:rsidRPr="00501FAA">
        <w:rPr>
          <w:rFonts w:ascii="Calibri" w:hAnsi="Calibri" w:cs="Calibri"/>
        </w:rPr>
        <w:t>Inform the Local Authority Designated Officer (LADO) and other relevant organisations in accordance with our managing allegations against staff policy.</w:t>
      </w:r>
    </w:p>
    <w:p w14:paraId="098B2D0A" w14:textId="77777777" w:rsidR="00E315D6" w:rsidRPr="00501FAA" w:rsidRDefault="00856015" w:rsidP="00C308E5">
      <w:pPr>
        <w:pStyle w:val="ListParagraph"/>
        <w:numPr>
          <w:ilvl w:val="1"/>
          <w:numId w:val="42"/>
        </w:numPr>
        <w:spacing w:after="0" w:line="264" w:lineRule="auto"/>
        <w:rPr>
          <w:rFonts w:ascii="Calibri" w:hAnsi="Calibri" w:cs="Calibri"/>
        </w:rPr>
      </w:pPr>
      <w:r w:rsidRPr="00501FAA">
        <w:rPr>
          <w:rFonts w:ascii="Calibri" w:hAnsi="Calibri" w:cs="Calibri"/>
        </w:rPr>
        <w:t xml:space="preserve">Quarantine any devices until police advice has been sought. </w:t>
      </w:r>
    </w:p>
    <w:p w14:paraId="3B4B99BF" w14:textId="77777777" w:rsidR="00E315D6" w:rsidRPr="00611144" w:rsidRDefault="00E315D6" w:rsidP="00483BF4">
      <w:pPr>
        <w:spacing w:after="0" w:line="264" w:lineRule="auto"/>
        <w:rPr>
          <w:rFonts w:ascii="Calibri" w:hAnsi="Calibri" w:cs="Calibri"/>
        </w:rPr>
      </w:pPr>
    </w:p>
    <w:p w14:paraId="5E56084E" w14:textId="77777777" w:rsidR="00E315D6" w:rsidRPr="00501FAA" w:rsidRDefault="00856015" w:rsidP="00483BF4">
      <w:pPr>
        <w:spacing w:after="0" w:line="264" w:lineRule="auto"/>
        <w:rPr>
          <w:rFonts w:ascii="Calibri" w:hAnsi="Calibri" w:cs="Calibri"/>
          <w:sz w:val="32"/>
          <w:szCs w:val="32"/>
        </w:rPr>
      </w:pPr>
      <w:r w:rsidRPr="00501FAA">
        <w:rPr>
          <w:rFonts w:ascii="Calibri" w:hAnsi="Calibri" w:cs="Calibri"/>
          <w:b/>
          <w:sz w:val="32"/>
          <w:szCs w:val="32"/>
        </w:rPr>
        <w:t>7.5 Cyberbullying</w:t>
      </w:r>
    </w:p>
    <w:p w14:paraId="258982F6" w14:textId="77777777" w:rsidR="00E315D6" w:rsidRPr="00CB2487" w:rsidRDefault="00856015" w:rsidP="00C308E5">
      <w:pPr>
        <w:pStyle w:val="ListParagraph"/>
        <w:numPr>
          <w:ilvl w:val="0"/>
          <w:numId w:val="43"/>
        </w:numPr>
        <w:spacing w:after="0" w:line="264" w:lineRule="auto"/>
        <w:rPr>
          <w:rFonts w:ascii="Calibri" w:hAnsi="Calibri" w:cs="Calibri"/>
        </w:rPr>
      </w:pPr>
      <w:r w:rsidRPr="00CB2487">
        <w:rPr>
          <w:rFonts w:ascii="Calibri" w:hAnsi="Calibri" w:cs="Calibri"/>
        </w:rPr>
        <w:t xml:space="preserve">All staff will understand that children are capable of abusing their peers online. Cyberbullying, along with all other forms of bullying, will not be tolerated here. </w:t>
      </w:r>
    </w:p>
    <w:p w14:paraId="2771DD0D" w14:textId="77777777" w:rsidR="00E315D6" w:rsidRPr="00CB2487" w:rsidRDefault="00856015" w:rsidP="00C308E5">
      <w:pPr>
        <w:pStyle w:val="ListParagraph"/>
        <w:numPr>
          <w:ilvl w:val="0"/>
          <w:numId w:val="43"/>
        </w:numPr>
        <w:spacing w:after="0" w:line="264" w:lineRule="auto"/>
        <w:rPr>
          <w:rFonts w:ascii="Calibri" w:hAnsi="Calibri" w:cs="Calibri"/>
        </w:rPr>
      </w:pPr>
      <w:r w:rsidRPr="00CB2487">
        <w:rPr>
          <w:rFonts w:ascii="Calibri" w:hAnsi="Calibri" w:cs="Calibri"/>
        </w:rPr>
        <w:t xml:space="preserve">Full details of how we will respond to cyberbullying are set out in our anti-bullying policy. </w:t>
      </w:r>
    </w:p>
    <w:p w14:paraId="563A12B7" w14:textId="77777777" w:rsidR="00E315D6" w:rsidRPr="00611144" w:rsidRDefault="00E315D6" w:rsidP="00483BF4">
      <w:pPr>
        <w:spacing w:after="0" w:line="264" w:lineRule="auto"/>
        <w:rPr>
          <w:rFonts w:ascii="Calibri" w:hAnsi="Calibri" w:cs="Calibri"/>
        </w:rPr>
      </w:pPr>
    </w:p>
    <w:p w14:paraId="0CECCBE7" w14:textId="77777777" w:rsidR="00E315D6" w:rsidRPr="00662EE8" w:rsidRDefault="00856015" w:rsidP="00483BF4">
      <w:pPr>
        <w:spacing w:after="0" w:line="264" w:lineRule="auto"/>
        <w:rPr>
          <w:rFonts w:ascii="Calibri" w:hAnsi="Calibri" w:cs="Calibri"/>
          <w:sz w:val="32"/>
          <w:szCs w:val="32"/>
        </w:rPr>
      </w:pPr>
      <w:r w:rsidRPr="00662EE8">
        <w:rPr>
          <w:rFonts w:ascii="Calibri" w:hAnsi="Calibri" w:cs="Calibri"/>
          <w:b/>
          <w:sz w:val="32"/>
          <w:szCs w:val="32"/>
        </w:rPr>
        <w:t>7.6 Cybercrime</w:t>
      </w:r>
    </w:p>
    <w:p w14:paraId="73571317" w14:textId="77777777" w:rsidR="00E315D6" w:rsidRPr="00662EE8" w:rsidRDefault="00856015" w:rsidP="00C308E5">
      <w:pPr>
        <w:pStyle w:val="ListParagraph"/>
        <w:numPr>
          <w:ilvl w:val="0"/>
          <w:numId w:val="44"/>
        </w:numPr>
        <w:spacing w:after="0" w:line="264" w:lineRule="auto"/>
        <w:rPr>
          <w:rFonts w:ascii="Calibri" w:hAnsi="Calibri" w:cs="Calibri"/>
        </w:rPr>
      </w:pPr>
      <w:r w:rsidRPr="00662EE8">
        <w:rPr>
          <w:rFonts w:ascii="Calibri" w:hAnsi="Calibri" w:cs="Calibri"/>
        </w:rPr>
        <w:t>We will ensure that all members of the community are aware that children with particular skill and interest in computing and technology may inadvertently or deliberately stray into cyber-dependent crime.</w:t>
      </w:r>
    </w:p>
    <w:p w14:paraId="6E843FB4" w14:textId="77777777" w:rsidR="00E315D6" w:rsidRPr="00662EE8" w:rsidRDefault="00856015" w:rsidP="00C308E5">
      <w:pPr>
        <w:pStyle w:val="ListParagraph"/>
        <w:numPr>
          <w:ilvl w:val="0"/>
          <w:numId w:val="44"/>
        </w:numPr>
        <w:spacing w:after="0" w:line="264" w:lineRule="auto"/>
        <w:rPr>
          <w:rFonts w:ascii="Calibri" w:hAnsi="Calibri" w:cs="Calibri"/>
        </w:rPr>
      </w:pPr>
      <w:r w:rsidRPr="00662EE8">
        <w:rPr>
          <w:rFonts w:ascii="Calibri" w:hAnsi="Calibri" w:cs="Calibri"/>
        </w:rPr>
        <w:t>If there are concerns about a child in this area, the designated safeguarding lead (or a deputy), will consider referring into the Cyber Choices programme.</w:t>
      </w:r>
    </w:p>
    <w:p w14:paraId="628CE163" w14:textId="77777777" w:rsidR="00E315D6" w:rsidRPr="00662EE8" w:rsidRDefault="00856015" w:rsidP="00C308E5">
      <w:pPr>
        <w:pStyle w:val="ListParagraph"/>
        <w:numPr>
          <w:ilvl w:val="0"/>
          <w:numId w:val="44"/>
        </w:numPr>
        <w:spacing w:after="0" w:line="264" w:lineRule="auto"/>
        <w:rPr>
          <w:rFonts w:ascii="Calibri" w:hAnsi="Calibri" w:cs="Calibri"/>
        </w:rPr>
      </w:pPr>
      <w:r w:rsidRPr="00662EE8">
        <w:rPr>
          <w:rFonts w:ascii="Calibri" w:hAnsi="Calibri" w:cs="Calibri"/>
        </w:rPr>
        <w:t>We will seek advice from Cyber Choices, ‘NPCC- When to call the Police’ and National Cyber Security Centre.</w:t>
      </w:r>
    </w:p>
    <w:p w14:paraId="51AF7CB0" w14:textId="77777777" w:rsidR="00E315D6" w:rsidRPr="00611144" w:rsidRDefault="00E315D6" w:rsidP="00483BF4">
      <w:pPr>
        <w:spacing w:after="0" w:line="264" w:lineRule="auto"/>
        <w:rPr>
          <w:rFonts w:ascii="Calibri" w:hAnsi="Calibri" w:cs="Calibri"/>
        </w:rPr>
      </w:pPr>
    </w:p>
    <w:p w14:paraId="544F5117" w14:textId="77777777" w:rsidR="00E315D6" w:rsidRPr="00662EE8" w:rsidRDefault="00856015" w:rsidP="00483BF4">
      <w:pPr>
        <w:spacing w:after="0" w:line="264" w:lineRule="auto"/>
        <w:rPr>
          <w:rFonts w:ascii="Calibri" w:hAnsi="Calibri" w:cs="Calibri"/>
          <w:sz w:val="32"/>
          <w:szCs w:val="32"/>
        </w:rPr>
      </w:pPr>
      <w:r w:rsidRPr="00662EE8">
        <w:rPr>
          <w:rFonts w:ascii="Calibri" w:hAnsi="Calibri" w:cs="Calibri"/>
          <w:b/>
          <w:sz w:val="32"/>
          <w:szCs w:val="32"/>
        </w:rPr>
        <w:t>7.7 Online Hate</w:t>
      </w:r>
    </w:p>
    <w:p w14:paraId="01E6C171" w14:textId="77777777" w:rsidR="00E315D6" w:rsidRPr="00404809" w:rsidRDefault="00856015" w:rsidP="00C308E5">
      <w:pPr>
        <w:pStyle w:val="ListParagraph"/>
        <w:numPr>
          <w:ilvl w:val="0"/>
          <w:numId w:val="45"/>
        </w:numPr>
        <w:spacing w:after="0" w:line="264" w:lineRule="auto"/>
        <w:rPr>
          <w:rFonts w:ascii="Calibri" w:hAnsi="Calibri" w:cs="Calibri"/>
        </w:rPr>
      </w:pPr>
      <w:r w:rsidRPr="00404809">
        <w:rPr>
          <w:rFonts w:ascii="Calibri" w:hAnsi="Calibri" w:cs="Calibri"/>
        </w:rPr>
        <w:t>Online hate content, directed towards or posted by, specific members of the community will not be tolerated at our setting</w:t>
      </w:r>
      <w:r w:rsidRPr="00404809">
        <w:rPr>
          <w:rFonts w:ascii="Calibri" w:hAnsi="Calibri" w:cs="Calibri"/>
          <w:i/>
        </w:rPr>
        <w:t xml:space="preserve"> </w:t>
      </w:r>
      <w:r w:rsidRPr="00404809">
        <w:rPr>
          <w:rFonts w:ascii="Calibri" w:hAnsi="Calibri" w:cs="Calibri"/>
        </w:rPr>
        <w:t>and</w:t>
      </w:r>
      <w:r w:rsidRPr="00404809">
        <w:rPr>
          <w:rFonts w:ascii="Calibri" w:hAnsi="Calibri" w:cs="Calibri"/>
          <w:i/>
        </w:rPr>
        <w:t xml:space="preserve"> </w:t>
      </w:r>
      <w:r w:rsidRPr="00404809">
        <w:rPr>
          <w:rFonts w:ascii="Calibri" w:hAnsi="Calibri" w:cs="Calibri"/>
        </w:rPr>
        <w:t xml:space="preserve">will be responded to in line with existing policies, including anti-bullying and behaviour. </w:t>
      </w:r>
    </w:p>
    <w:p w14:paraId="0C97B69D" w14:textId="77777777" w:rsidR="00E315D6" w:rsidRPr="00404809" w:rsidRDefault="00856015" w:rsidP="00C308E5">
      <w:pPr>
        <w:pStyle w:val="ListParagraph"/>
        <w:numPr>
          <w:ilvl w:val="0"/>
          <w:numId w:val="45"/>
        </w:numPr>
        <w:spacing w:after="0" w:line="264" w:lineRule="auto"/>
        <w:rPr>
          <w:rFonts w:ascii="Calibri" w:hAnsi="Calibri" w:cs="Calibri"/>
        </w:rPr>
      </w:pPr>
      <w:r w:rsidRPr="00404809">
        <w:rPr>
          <w:rFonts w:ascii="Calibri" w:hAnsi="Calibri" w:cs="Calibri"/>
        </w:rPr>
        <w:t>All members of the community will be advised to report online hate in accordance with relevant policies and procedures.</w:t>
      </w:r>
    </w:p>
    <w:p w14:paraId="33455F1C" w14:textId="77777777" w:rsidR="00E315D6" w:rsidRPr="00404809" w:rsidRDefault="00856015" w:rsidP="00C308E5">
      <w:pPr>
        <w:pStyle w:val="ListParagraph"/>
        <w:numPr>
          <w:ilvl w:val="0"/>
          <w:numId w:val="45"/>
        </w:numPr>
        <w:spacing w:after="0" w:line="264" w:lineRule="auto"/>
        <w:rPr>
          <w:rFonts w:ascii="Calibri" w:hAnsi="Calibri" w:cs="Calibri"/>
        </w:rPr>
      </w:pPr>
      <w:r w:rsidRPr="00404809">
        <w:rPr>
          <w:rFonts w:ascii="Calibri" w:hAnsi="Calibri" w:cs="Calibri"/>
        </w:rPr>
        <w:t xml:space="preserve">The Police will be contacted if a criminal offence is suspected. </w:t>
      </w:r>
    </w:p>
    <w:p w14:paraId="075E76E1" w14:textId="77777777" w:rsidR="00E315D6" w:rsidRPr="00404809" w:rsidRDefault="00856015" w:rsidP="00C308E5">
      <w:pPr>
        <w:pStyle w:val="ListParagraph"/>
        <w:numPr>
          <w:ilvl w:val="0"/>
          <w:numId w:val="45"/>
        </w:numPr>
        <w:spacing w:after="0" w:line="264" w:lineRule="auto"/>
        <w:rPr>
          <w:rFonts w:ascii="Calibri" w:hAnsi="Calibri" w:cs="Calibri"/>
        </w:rPr>
      </w:pPr>
      <w:r w:rsidRPr="00404809">
        <w:rPr>
          <w:rFonts w:ascii="Calibri" w:hAnsi="Calibri" w:cs="Calibri"/>
        </w:rPr>
        <w:t>If we are unclear on how to respond, or whether a criminal offence has been committed, the DSL (or deputy DSL) will obtain advice through the Standards and Learning Effectiveness Service and/or Sussex Police.</w:t>
      </w:r>
    </w:p>
    <w:p w14:paraId="4E03456E" w14:textId="77777777" w:rsidR="00E315D6" w:rsidRPr="00611144" w:rsidRDefault="00E315D6" w:rsidP="00483BF4">
      <w:pPr>
        <w:spacing w:after="0" w:line="264" w:lineRule="auto"/>
        <w:rPr>
          <w:rFonts w:ascii="Calibri" w:hAnsi="Calibri" w:cs="Calibri"/>
        </w:rPr>
      </w:pPr>
    </w:p>
    <w:p w14:paraId="6E8B6B2E" w14:textId="77777777" w:rsidR="00E315D6" w:rsidRPr="00345B0A" w:rsidRDefault="00856015" w:rsidP="00483BF4">
      <w:pPr>
        <w:spacing w:after="0" w:line="264" w:lineRule="auto"/>
        <w:rPr>
          <w:rFonts w:ascii="Calibri" w:hAnsi="Calibri" w:cs="Calibri"/>
          <w:sz w:val="32"/>
          <w:szCs w:val="32"/>
        </w:rPr>
      </w:pPr>
      <w:r w:rsidRPr="00345B0A">
        <w:rPr>
          <w:rFonts w:ascii="Calibri" w:hAnsi="Calibri" w:cs="Calibri"/>
          <w:b/>
          <w:sz w:val="32"/>
          <w:szCs w:val="32"/>
        </w:rPr>
        <w:lastRenderedPageBreak/>
        <w:t xml:space="preserve">7.8 Online Radicalisation and Extremism </w:t>
      </w:r>
    </w:p>
    <w:p w14:paraId="759BC08A" w14:textId="77777777"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We will ensure that all members of the community are made aware of the role of the internet as a tool for radicalisation.</w:t>
      </w:r>
    </w:p>
    <w:p w14:paraId="73365FA5" w14:textId="77777777"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 xml:space="preserve">We will take all reasonable precautions to ensure that learners and staff are safe from terrorist and extremist material when accessing the internet on site. We use Smoothwall web filtering which automatically blocks sites which can be categorised as: pornography, child abuse, and terrorism. Other categories including criminal activity, suicide/self harm, substance abuse, radicalisation, bullying are also blocked. </w:t>
      </w:r>
    </w:p>
    <w:p w14:paraId="08004457" w14:textId="7B1FC114"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 xml:space="preserve">The filtering system blocks all sites on the </w:t>
      </w:r>
      <w:hyperlink r:id="rId22">
        <w:r w:rsidR="00247C04" w:rsidRPr="002B6BE3">
          <w:rPr>
            <w:rStyle w:val="Hyperlink"/>
            <w:sz w:val="24"/>
            <w:szCs w:val="24"/>
          </w:rPr>
          <w:t>Internet Watch Foundation</w:t>
        </w:r>
      </w:hyperlink>
      <w:r w:rsidRPr="00345B0A">
        <w:rPr>
          <w:rFonts w:ascii="Calibri" w:hAnsi="Calibri" w:cs="Calibri"/>
        </w:rPr>
        <w:t xml:space="preserve"> (IWF) list.</w:t>
      </w:r>
    </w:p>
    <w:p w14:paraId="0D4A79C7" w14:textId="77777777"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 xml:space="preserve">We work with Schools ICT Services to ensure that our filtering policy is continually reviewed. </w:t>
      </w:r>
    </w:p>
    <w:p w14:paraId="7D2E754C" w14:textId="77777777"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If learners discover unsuitable sites, they will be required to:</w:t>
      </w:r>
    </w:p>
    <w:p w14:paraId="7A56D2AD" w14:textId="77777777" w:rsidR="00E315D6" w:rsidRPr="00345B0A" w:rsidRDefault="00856015" w:rsidP="00C308E5">
      <w:pPr>
        <w:pStyle w:val="ListParagraph"/>
        <w:numPr>
          <w:ilvl w:val="1"/>
          <w:numId w:val="46"/>
        </w:numPr>
        <w:spacing w:after="0" w:line="264" w:lineRule="auto"/>
        <w:rPr>
          <w:rFonts w:ascii="Calibri" w:hAnsi="Calibri" w:cs="Calibri"/>
        </w:rPr>
      </w:pPr>
      <w:r w:rsidRPr="00345B0A">
        <w:rPr>
          <w:rFonts w:ascii="Calibri" w:hAnsi="Calibri" w:cs="Calibri"/>
        </w:rPr>
        <w:t>Minimise the screen and report the concern immediate to a member of staff.</w:t>
      </w:r>
    </w:p>
    <w:p w14:paraId="6FDD309B" w14:textId="77777777" w:rsidR="00E315D6" w:rsidRPr="00345B0A" w:rsidRDefault="00856015" w:rsidP="00C308E5">
      <w:pPr>
        <w:pStyle w:val="ListParagraph"/>
        <w:numPr>
          <w:ilvl w:val="1"/>
          <w:numId w:val="46"/>
        </w:numPr>
        <w:spacing w:after="0" w:line="264" w:lineRule="auto"/>
        <w:rPr>
          <w:rFonts w:ascii="Calibri" w:hAnsi="Calibri" w:cs="Calibri"/>
        </w:rPr>
      </w:pPr>
      <w:r w:rsidRPr="00345B0A">
        <w:rPr>
          <w:rFonts w:ascii="Calibri" w:hAnsi="Calibri" w:cs="Calibri"/>
        </w:rPr>
        <w:t xml:space="preserve">The member of staff will report the concern (including the URL of the site if possible) to the DSL (or deputies) and/or technical staff. </w:t>
      </w:r>
    </w:p>
    <w:p w14:paraId="139E8A98" w14:textId="77777777" w:rsidR="00E315D6" w:rsidRPr="00345B0A" w:rsidRDefault="00856015" w:rsidP="00C308E5">
      <w:pPr>
        <w:pStyle w:val="ListParagraph"/>
        <w:numPr>
          <w:ilvl w:val="1"/>
          <w:numId w:val="46"/>
        </w:numPr>
        <w:spacing w:after="0" w:line="264" w:lineRule="auto"/>
        <w:rPr>
          <w:rFonts w:ascii="Calibri" w:hAnsi="Calibri" w:cs="Calibri"/>
        </w:rPr>
      </w:pPr>
      <w:r w:rsidRPr="00345B0A">
        <w:rPr>
          <w:rFonts w:ascii="Calibri" w:hAnsi="Calibri" w:cs="Calibri"/>
        </w:rPr>
        <w:t xml:space="preserve">The breach will be recorded and escalated as appropriate. </w:t>
      </w:r>
    </w:p>
    <w:p w14:paraId="4437AC6E" w14:textId="77777777" w:rsidR="00E315D6" w:rsidRPr="00345B0A" w:rsidRDefault="00856015" w:rsidP="00C308E5">
      <w:pPr>
        <w:pStyle w:val="ListParagraph"/>
        <w:numPr>
          <w:ilvl w:val="1"/>
          <w:numId w:val="46"/>
        </w:numPr>
        <w:spacing w:after="0" w:line="264" w:lineRule="auto"/>
        <w:rPr>
          <w:rFonts w:ascii="Calibri" w:hAnsi="Calibri" w:cs="Calibri"/>
        </w:rPr>
      </w:pPr>
      <w:r w:rsidRPr="00345B0A">
        <w:rPr>
          <w:rFonts w:ascii="Calibri" w:hAnsi="Calibri" w:cs="Calibri"/>
        </w:rPr>
        <w:t>Parents/carers will be informed of filtering breaches involving their child.</w:t>
      </w:r>
    </w:p>
    <w:p w14:paraId="26DECF2E" w14:textId="77777777"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 xml:space="preserve">Any material believed to be illegal will be reported immediately to the appropriate agencies, such as the IWF, Sussex Police or CEOP. </w:t>
      </w:r>
    </w:p>
    <w:p w14:paraId="4CBEDBAC" w14:textId="77777777"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If we are concerned that a child or parent/carer may be at risk of radicalisation online, the DSL (or deputy DSL) will be informed immediately, and action will be taken in line with our child protection policy.</w:t>
      </w:r>
    </w:p>
    <w:p w14:paraId="50FE25A8" w14:textId="77777777" w:rsidR="00E315D6" w:rsidRPr="00345B0A" w:rsidRDefault="00856015" w:rsidP="00C308E5">
      <w:pPr>
        <w:pStyle w:val="ListParagraph"/>
        <w:numPr>
          <w:ilvl w:val="0"/>
          <w:numId w:val="46"/>
        </w:numPr>
        <w:spacing w:after="0" w:line="264" w:lineRule="auto"/>
        <w:rPr>
          <w:rFonts w:ascii="Calibri" w:hAnsi="Calibri" w:cs="Calibri"/>
        </w:rPr>
      </w:pPr>
      <w:r w:rsidRPr="00345B0A">
        <w:rPr>
          <w:rFonts w:ascii="Calibri" w:hAnsi="Calibri" w:cs="Calibri"/>
        </w:rPr>
        <w:t>If we are concerned that member of staff or governor may be at risk of radicalisation online, the headteacher will be informed immediately, and action will be taken in line with the child protection and allegations policies.</w:t>
      </w:r>
    </w:p>
    <w:p w14:paraId="40F78582" w14:textId="77777777" w:rsidR="00E315D6" w:rsidRPr="00611144" w:rsidRDefault="00E315D6" w:rsidP="00483BF4">
      <w:pPr>
        <w:spacing w:after="0" w:line="264" w:lineRule="auto"/>
        <w:rPr>
          <w:rFonts w:ascii="Calibri" w:hAnsi="Calibri" w:cs="Calibri"/>
        </w:rPr>
      </w:pPr>
    </w:p>
    <w:p w14:paraId="72C9A025" w14:textId="77777777" w:rsidR="00E315D6" w:rsidRPr="00174B22" w:rsidRDefault="00856015" w:rsidP="00483BF4">
      <w:pPr>
        <w:spacing w:after="0" w:line="264" w:lineRule="auto"/>
        <w:rPr>
          <w:rFonts w:ascii="Calibri" w:hAnsi="Calibri" w:cs="Calibri"/>
          <w:sz w:val="32"/>
          <w:szCs w:val="32"/>
        </w:rPr>
      </w:pPr>
      <w:r w:rsidRPr="00174B22">
        <w:rPr>
          <w:rFonts w:ascii="Calibri" w:hAnsi="Calibri" w:cs="Calibri"/>
          <w:b/>
          <w:sz w:val="32"/>
          <w:szCs w:val="32"/>
        </w:rPr>
        <w:t>8. Safer Use of Technology</w:t>
      </w:r>
    </w:p>
    <w:p w14:paraId="09B6CFF0" w14:textId="77777777" w:rsidR="00E315D6" w:rsidRPr="00174B22" w:rsidRDefault="00856015" w:rsidP="00483BF4">
      <w:pPr>
        <w:spacing w:after="0" w:line="264" w:lineRule="auto"/>
        <w:rPr>
          <w:rFonts w:ascii="Calibri" w:hAnsi="Calibri" w:cs="Calibri"/>
          <w:sz w:val="32"/>
          <w:szCs w:val="32"/>
        </w:rPr>
      </w:pPr>
      <w:r w:rsidRPr="00174B22">
        <w:rPr>
          <w:rFonts w:ascii="Calibri" w:hAnsi="Calibri" w:cs="Calibri"/>
          <w:b/>
          <w:sz w:val="32"/>
          <w:szCs w:val="32"/>
        </w:rPr>
        <w:t>8.1 Classroom Use</w:t>
      </w:r>
    </w:p>
    <w:p w14:paraId="4553E1C9" w14:textId="77777777" w:rsidR="00E315D6" w:rsidRPr="00CE4236" w:rsidRDefault="00856015" w:rsidP="00C308E5">
      <w:pPr>
        <w:pStyle w:val="ListParagraph"/>
        <w:numPr>
          <w:ilvl w:val="0"/>
          <w:numId w:val="47"/>
        </w:numPr>
        <w:spacing w:after="0" w:line="264" w:lineRule="auto"/>
        <w:rPr>
          <w:rFonts w:ascii="Calibri" w:hAnsi="Calibri" w:cs="Calibri"/>
        </w:rPr>
      </w:pPr>
      <w:r w:rsidRPr="00CE4236">
        <w:rPr>
          <w:rFonts w:ascii="Calibri" w:hAnsi="Calibri" w:cs="Calibri"/>
        </w:rPr>
        <w:t xml:space="preserve">We use a wide range of technology. This includes access to: </w:t>
      </w:r>
    </w:p>
    <w:p w14:paraId="3E09AD51" w14:textId="77777777" w:rsidR="00E315D6" w:rsidRPr="00CE4236" w:rsidRDefault="00856015" w:rsidP="00C308E5">
      <w:pPr>
        <w:pStyle w:val="ListParagraph"/>
        <w:numPr>
          <w:ilvl w:val="1"/>
          <w:numId w:val="47"/>
        </w:numPr>
        <w:spacing w:after="0" w:line="264" w:lineRule="auto"/>
        <w:rPr>
          <w:rFonts w:ascii="Calibri" w:hAnsi="Calibri" w:cs="Calibri"/>
        </w:rPr>
      </w:pPr>
      <w:r w:rsidRPr="00CE4236">
        <w:rPr>
          <w:rFonts w:ascii="Calibri" w:hAnsi="Calibri" w:cs="Calibri"/>
        </w:rPr>
        <w:t>Computers, laptops, Chromebooks and other digital devices</w:t>
      </w:r>
    </w:p>
    <w:p w14:paraId="144AD957" w14:textId="77777777" w:rsidR="00E315D6" w:rsidRPr="00CE4236" w:rsidRDefault="00856015" w:rsidP="00C308E5">
      <w:pPr>
        <w:pStyle w:val="ListParagraph"/>
        <w:numPr>
          <w:ilvl w:val="1"/>
          <w:numId w:val="47"/>
        </w:numPr>
        <w:spacing w:after="0" w:line="264" w:lineRule="auto"/>
        <w:rPr>
          <w:rFonts w:ascii="Calibri" w:hAnsi="Calibri" w:cs="Calibri"/>
        </w:rPr>
      </w:pPr>
      <w:r w:rsidRPr="00CE4236">
        <w:rPr>
          <w:rFonts w:ascii="Calibri" w:hAnsi="Calibri" w:cs="Calibri"/>
        </w:rPr>
        <w:t xml:space="preserve">Internet which may include search engines and educational websites </w:t>
      </w:r>
    </w:p>
    <w:p w14:paraId="16809B13" w14:textId="77777777" w:rsidR="00E315D6" w:rsidRPr="00CE4236" w:rsidRDefault="00856015" w:rsidP="00C308E5">
      <w:pPr>
        <w:pStyle w:val="ListParagraph"/>
        <w:numPr>
          <w:ilvl w:val="1"/>
          <w:numId w:val="47"/>
        </w:numPr>
        <w:spacing w:after="0" w:line="264" w:lineRule="auto"/>
        <w:rPr>
          <w:rFonts w:ascii="Calibri" w:hAnsi="Calibri" w:cs="Calibri"/>
        </w:rPr>
      </w:pPr>
      <w:r w:rsidRPr="00CE4236">
        <w:rPr>
          <w:rFonts w:ascii="Calibri" w:hAnsi="Calibri" w:cs="Calibri"/>
        </w:rPr>
        <w:t>Learning platform (DB Primary)</w:t>
      </w:r>
    </w:p>
    <w:p w14:paraId="5EC9F1C8" w14:textId="77777777" w:rsidR="00E315D6" w:rsidRPr="00CE4236" w:rsidRDefault="00856015" w:rsidP="00C308E5">
      <w:pPr>
        <w:pStyle w:val="ListParagraph"/>
        <w:numPr>
          <w:ilvl w:val="1"/>
          <w:numId w:val="47"/>
        </w:numPr>
        <w:spacing w:after="0" w:line="264" w:lineRule="auto"/>
        <w:rPr>
          <w:rFonts w:ascii="Calibri" w:hAnsi="Calibri" w:cs="Calibri"/>
        </w:rPr>
      </w:pPr>
      <w:r w:rsidRPr="00CE4236">
        <w:rPr>
          <w:rFonts w:ascii="Calibri" w:hAnsi="Calibri" w:cs="Calibri"/>
        </w:rPr>
        <w:t>Email</w:t>
      </w:r>
    </w:p>
    <w:p w14:paraId="044D633F" w14:textId="77777777" w:rsidR="00E315D6" w:rsidRPr="00CE4236" w:rsidRDefault="00856015" w:rsidP="00C308E5">
      <w:pPr>
        <w:pStyle w:val="ListParagraph"/>
        <w:numPr>
          <w:ilvl w:val="1"/>
          <w:numId w:val="47"/>
        </w:numPr>
        <w:spacing w:after="0" w:line="264" w:lineRule="auto"/>
        <w:rPr>
          <w:rFonts w:ascii="Calibri" w:hAnsi="Calibri" w:cs="Calibri"/>
        </w:rPr>
      </w:pPr>
      <w:r w:rsidRPr="00CE4236">
        <w:rPr>
          <w:rFonts w:ascii="Calibri" w:hAnsi="Calibri" w:cs="Calibri"/>
        </w:rPr>
        <w:t>Games consoles and other games-based technologies</w:t>
      </w:r>
    </w:p>
    <w:p w14:paraId="27E51658" w14:textId="77777777" w:rsidR="00E315D6" w:rsidRPr="00CE4236" w:rsidRDefault="00856015" w:rsidP="00C308E5">
      <w:pPr>
        <w:pStyle w:val="ListParagraph"/>
        <w:numPr>
          <w:ilvl w:val="1"/>
          <w:numId w:val="47"/>
        </w:numPr>
        <w:spacing w:after="0" w:line="264" w:lineRule="auto"/>
        <w:rPr>
          <w:rFonts w:ascii="Calibri" w:hAnsi="Calibri" w:cs="Calibri"/>
        </w:rPr>
      </w:pPr>
      <w:r w:rsidRPr="00CE4236">
        <w:rPr>
          <w:rFonts w:ascii="Calibri" w:hAnsi="Calibri" w:cs="Calibri"/>
        </w:rPr>
        <w:t>Digital cameras, web cams and video cameras</w:t>
      </w:r>
    </w:p>
    <w:p w14:paraId="1A96F920" w14:textId="77777777" w:rsidR="00E315D6" w:rsidRPr="004F44D3" w:rsidRDefault="00856015" w:rsidP="00C308E5">
      <w:pPr>
        <w:pStyle w:val="ListParagraph"/>
        <w:numPr>
          <w:ilvl w:val="0"/>
          <w:numId w:val="47"/>
        </w:numPr>
        <w:spacing w:after="0" w:line="264" w:lineRule="auto"/>
        <w:rPr>
          <w:rFonts w:ascii="Calibri" w:hAnsi="Calibri" w:cs="Calibri"/>
        </w:rPr>
      </w:pPr>
      <w:r w:rsidRPr="004F44D3">
        <w:rPr>
          <w:rFonts w:ascii="Calibri" w:hAnsi="Calibri" w:cs="Calibri"/>
        </w:rPr>
        <w:t xml:space="preserve">All school owned devices will be used in accordance with our Acceptable Use Policies and with appropriate safety and security measures in place. </w:t>
      </w:r>
    </w:p>
    <w:p w14:paraId="2CDFFB38" w14:textId="77777777" w:rsidR="00E315D6" w:rsidRPr="00BF1760" w:rsidRDefault="00856015" w:rsidP="00C308E5">
      <w:pPr>
        <w:pStyle w:val="ListParagraph"/>
        <w:numPr>
          <w:ilvl w:val="1"/>
          <w:numId w:val="47"/>
        </w:numPr>
        <w:spacing w:after="0" w:line="264" w:lineRule="auto"/>
        <w:rPr>
          <w:rFonts w:ascii="Calibri" w:hAnsi="Calibri" w:cs="Calibri"/>
        </w:rPr>
      </w:pPr>
      <w:r w:rsidRPr="00BF1760">
        <w:rPr>
          <w:rFonts w:ascii="Calibri" w:hAnsi="Calibri" w:cs="Calibri"/>
        </w:rPr>
        <w:t xml:space="preserve">Children in Year 1 to Year 3 have a class log in and from Year 3 upwards children have individual log ins for laptops. </w:t>
      </w:r>
    </w:p>
    <w:p w14:paraId="27B56ED5" w14:textId="77777777" w:rsidR="00E315D6" w:rsidRPr="00BF1760" w:rsidRDefault="00856015" w:rsidP="00C308E5">
      <w:pPr>
        <w:pStyle w:val="ListParagraph"/>
        <w:numPr>
          <w:ilvl w:val="1"/>
          <w:numId w:val="47"/>
        </w:numPr>
        <w:spacing w:after="0" w:line="264" w:lineRule="auto"/>
        <w:rPr>
          <w:rFonts w:ascii="Calibri" w:hAnsi="Calibri" w:cs="Calibri"/>
        </w:rPr>
      </w:pPr>
      <w:r w:rsidRPr="00BF1760">
        <w:rPr>
          <w:rFonts w:ascii="Calibri" w:hAnsi="Calibri" w:cs="Calibri"/>
        </w:rPr>
        <w:t xml:space="preserve">All devices are filtered, via Smoothwall. </w:t>
      </w:r>
    </w:p>
    <w:p w14:paraId="7669B2E6" w14:textId="77777777" w:rsidR="00E315D6" w:rsidRPr="00BF1760" w:rsidRDefault="00856015" w:rsidP="00C308E5">
      <w:pPr>
        <w:pStyle w:val="ListParagraph"/>
        <w:numPr>
          <w:ilvl w:val="1"/>
          <w:numId w:val="47"/>
        </w:numPr>
        <w:spacing w:after="0" w:line="264" w:lineRule="auto"/>
        <w:rPr>
          <w:rFonts w:ascii="Calibri" w:hAnsi="Calibri" w:cs="Calibri"/>
        </w:rPr>
      </w:pPr>
      <w:r w:rsidRPr="00BF1760">
        <w:rPr>
          <w:rFonts w:ascii="Calibri" w:hAnsi="Calibri" w:cs="Calibri"/>
        </w:rPr>
        <w:t>All children are supervised by staff when using devices and staff ensure policies and procedures are enforced.</w:t>
      </w:r>
    </w:p>
    <w:p w14:paraId="5001135F" w14:textId="77777777" w:rsidR="00E315D6" w:rsidRPr="00E7698D" w:rsidRDefault="00856015" w:rsidP="00C308E5">
      <w:pPr>
        <w:pStyle w:val="ListParagraph"/>
        <w:numPr>
          <w:ilvl w:val="0"/>
          <w:numId w:val="48"/>
        </w:numPr>
        <w:spacing w:after="0" w:line="264" w:lineRule="auto"/>
        <w:rPr>
          <w:rFonts w:ascii="Calibri" w:hAnsi="Calibri" w:cs="Calibri"/>
        </w:rPr>
      </w:pPr>
      <w:r w:rsidRPr="00E7698D">
        <w:rPr>
          <w:rFonts w:ascii="Calibri" w:hAnsi="Calibri" w:cs="Calibri"/>
        </w:rPr>
        <w:lastRenderedPageBreak/>
        <w:t>Members of staff will always evaluate websites, tools and apps fully before use in the classroom or recommending for use at home.</w:t>
      </w:r>
    </w:p>
    <w:p w14:paraId="5450FA0E" w14:textId="77777777" w:rsidR="00E315D6" w:rsidRPr="00E7698D" w:rsidRDefault="00856015" w:rsidP="00C308E5">
      <w:pPr>
        <w:pStyle w:val="ListParagraph"/>
        <w:numPr>
          <w:ilvl w:val="0"/>
          <w:numId w:val="48"/>
        </w:numPr>
        <w:spacing w:after="0" w:line="264" w:lineRule="auto"/>
        <w:rPr>
          <w:rFonts w:ascii="Calibri" w:hAnsi="Calibri" w:cs="Calibri"/>
        </w:rPr>
      </w:pPr>
      <w:r w:rsidRPr="00E7698D">
        <w:rPr>
          <w:rFonts w:ascii="Calibri" w:hAnsi="Calibri" w:cs="Calibri"/>
        </w:rPr>
        <w:t xml:space="preserve">The school will use age appropriate search tools (Google Safe Search) following an informed risk assessment, to identify which tool best suits the needs of our community. </w:t>
      </w:r>
    </w:p>
    <w:p w14:paraId="4195BD0F" w14:textId="77777777" w:rsidR="00E315D6" w:rsidRPr="00E7698D" w:rsidRDefault="00856015" w:rsidP="00C308E5">
      <w:pPr>
        <w:pStyle w:val="ListParagraph"/>
        <w:numPr>
          <w:ilvl w:val="0"/>
          <w:numId w:val="48"/>
        </w:numPr>
        <w:spacing w:after="0" w:line="264" w:lineRule="auto"/>
        <w:rPr>
          <w:rFonts w:ascii="Calibri" w:hAnsi="Calibri" w:cs="Calibri"/>
        </w:rPr>
      </w:pPr>
      <w:r w:rsidRPr="00E7698D">
        <w:rPr>
          <w:rFonts w:ascii="Calibri" w:hAnsi="Calibri" w:cs="Calibri"/>
        </w:rPr>
        <w:t>We will ensure that the use of internet-derived materials, by staff and learners complies with copyright law and acknowledge the source of information.</w:t>
      </w:r>
    </w:p>
    <w:p w14:paraId="2882B75A" w14:textId="77777777" w:rsidR="00E315D6" w:rsidRPr="00E7698D" w:rsidRDefault="00856015" w:rsidP="00C308E5">
      <w:pPr>
        <w:pStyle w:val="ListParagraph"/>
        <w:numPr>
          <w:ilvl w:val="0"/>
          <w:numId w:val="48"/>
        </w:numPr>
        <w:spacing w:after="0" w:line="264" w:lineRule="auto"/>
        <w:rPr>
          <w:rFonts w:ascii="Calibri" w:hAnsi="Calibri" w:cs="Calibri"/>
        </w:rPr>
      </w:pPr>
      <w:r w:rsidRPr="00E7698D">
        <w:rPr>
          <w:rFonts w:ascii="Calibri" w:hAnsi="Calibri" w:cs="Calibri"/>
        </w:rPr>
        <w:t>Supervision of learners will be appropriate to their age and ability.</w:t>
      </w:r>
    </w:p>
    <w:p w14:paraId="39C0B570" w14:textId="07ACDF14" w:rsidR="00E315D6" w:rsidRPr="00E7698D" w:rsidRDefault="00856015" w:rsidP="00C308E5">
      <w:pPr>
        <w:pStyle w:val="ListParagraph"/>
        <w:numPr>
          <w:ilvl w:val="0"/>
          <w:numId w:val="29"/>
        </w:numPr>
        <w:spacing w:after="0" w:line="264" w:lineRule="auto"/>
        <w:rPr>
          <w:rFonts w:ascii="Calibri" w:hAnsi="Calibri" w:cs="Calibri"/>
        </w:rPr>
      </w:pPr>
      <w:r w:rsidRPr="00E7698D">
        <w:rPr>
          <w:rFonts w:ascii="Calibri" w:hAnsi="Calibri" w:cs="Calibri"/>
          <w:b/>
        </w:rPr>
        <w:t>Early Years Foundation Stage and Key Stage 1</w:t>
      </w:r>
      <w:r w:rsidRPr="00E7698D">
        <w:rPr>
          <w:rFonts w:ascii="Calibri" w:hAnsi="Calibri" w:cs="Calibri"/>
        </w:rPr>
        <w:t xml:space="preserve"> </w:t>
      </w:r>
    </w:p>
    <w:p w14:paraId="30FD56F1" w14:textId="77777777" w:rsidR="00E315D6" w:rsidRPr="00E7698D" w:rsidRDefault="00856015" w:rsidP="00C308E5">
      <w:pPr>
        <w:pStyle w:val="ListParagraph"/>
        <w:numPr>
          <w:ilvl w:val="1"/>
          <w:numId w:val="29"/>
        </w:numPr>
        <w:spacing w:after="0" w:line="264" w:lineRule="auto"/>
        <w:rPr>
          <w:rFonts w:ascii="Calibri" w:hAnsi="Calibri" w:cs="Calibri"/>
        </w:rPr>
      </w:pPr>
      <w:r w:rsidRPr="00E7698D">
        <w:rPr>
          <w:rFonts w:ascii="Calibri" w:hAnsi="Calibri" w:cs="Calibri"/>
        </w:rPr>
        <w:t>Access to the internet will be by adult demonstration, with occasional directly supervised access to specific and approved online materials, which supports the learning outcomes planned for the learners age and ability.</w:t>
      </w:r>
    </w:p>
    <w:p w14:paraId="01FD1972" w14:textId="690A81AF" w:rsidR="00E315D6" w:rsidRPr="00E7698D" w:rsidRDefault="00856015" w:rsidP="00C308E5">
      <w:pPr>
        <w:pStyle w:val="ListParagraph"/>
        <w:numPr>
          <w:ilvl w:val="0"/>
          <w:numId w:val="29"/>
        </w:numPr>
        <w:spacing w:after="0" w:line="264" w:lineRule="auto"/>
        <w:rPr>
          <w:rFonts w:ascii="Calibri" w:hAnsi="Calibri" w:cs="Calibri"/>
        </w:rPr>
      </w:pPr>
      <w:r w:rsidRPr="00E7698D">
        <w:rPr>
          <w:rFonts w:ascii="Calibri" w:hAnsi="Calibri" w:cs="Calibri"/>
          <w:b/>
        </w:rPr>
        <w:t xml:space="preserve">Key Stage 2 </w:t>
      </w:r>
    </w:p>
    <w:p w14:paraId="65C5DF3D" w14:textId="29D02802" w:rsidR="00E315D6" w:rsidRPr="00E7698D" w:rsidRDefault="00856015" w:rsidP="00C308E5">
      <w:pPr>
        <w:pStyle w:val="ListParagraph"/>
        <w:numPr>
          <w:ilvl w:val="1"/>
          <w:numId w:val="29"/>
        </w:numPr>
        <w:spacing w:after="0" w:line="264" w:lineRule="auto"/>
        <w:rPr>
          <w:rFonts w:ascii="Calibri" w:hAnsi="Calibri" w:cs="Calibri"/>
        </w:rPr>
      </w:pPr>
      <w:r w:rsidRPr="00E7698D">
        <w:rPr>
          <w:rFonts w:ascii="Calibri" w:hAnsi="Calibri" w:cs="Calibri"/>
        </w:rPr>
        <w:t>Learners will use age-appropriate search engines and online tools.</w:t>
      </w:r>
    </w:p>
    <w:p w14:paraId="7312032C" w14:textId="1F7764BF" w:rsidR="00E315D6" w:rsidRPr="00E7698D" w:rsidRDefault="00856015" w:rsidP="00C308E5">
      <w:pPr>
        <w:pStyle w:val="ListParagraph"/>
        <w:numPr>
          <w:ilvl w:val="1"/>
          <w:numId w:val="29"/>
        </w:numPr>
        <w:spacing w:after="0" w:line="264" w:lineRule="auto"/>
        <w:rPr>
          <w:rFonts w:ascii="Calibri" w:hAnsi="Calibri" w:cs="Calibri"/>
        </w:rPr>
      </w:pPr>
      <w:r w:rsidRPr="00E7698D">
        <w:rPr>
          <w:rFonts w:ascii="Calibri" w:hAnsi="Calibri" w:cs="Calibri"/>
        </w:rPr>
        <w:t>Learners will be directed by the teacher to online materials and resources which support the learning outcomes planned for the pupils’ age and ability.</w:t>
      </w:r>
    </w:p>
    <w:p w14:paraId="1510A1ED" w14:textId="77777777" w:rsidR="00E315D6" w:rsidRPr="00611144" w:rsidRDefault="00E315D6" w:rsidP="00483BF4">
      <w:pPr>
        <w:spacing w:after="0" w:line="264" w:lineRule="auto"/>
        <w:rPr>
          <w:rFonts w:ascii="Calibri" w:hAnsi="Calibri" w:cs="Calibri"/>
        </w:rPr>
      </w:pPr>
    </w:p>
    <w:p w14:paraId="3A20CD27"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8.2 Managing Internet Access</w:t>
      </w:r>
    </w:p>
    <w:p w14:paraId="176B12A8" w14:textId="77777777" w:rsidR="00E315D6" w:rsidRPr="00E7698D" w:rsidRDefault="00856015" w:rsidP="00C308E5">
      <w:pPr>
        <w:pStyle w:val="ListParagraph"/>
        <w:numPr>
          <w:ilvl w:val="0"/>
          <w:numId w:val="49"/>
        </w:numPr>
        <w:spacing w:after="0" w:line="264" w:lineRule="auto"/>
        <w:rPr>
          <w:rFonts w:ascii="Calibri" w:hAnsi="Calibri" w:cs="Calibri"/>
        </w:rPr>
      </w:pPr>
      <w:r w:rsidRPr="00E7698D">
        <w:rPr>
          <w:rFonts w:ascii="Calibri" w:hAnsi="Calibri" w:cs="Calibri"/>
        </w:rPr>
        <w:t xml:space="preserve">We will maintain a written record of users who are granted access to our devices and systems. </w:t>
      </w:r>
    </w:p>
    <w:p w14:paraId="01B7876F" w14:textId="77777777" w:rsidR="00E315D6" w:rsidRPr="00E7698D" w:rsidRDefault="00856015" w:rsidP="00C308E5">
      <w:pPr>
        <w:pStyle w:val="ListParagraph"/>
        <w:numPr>
          <w:ilvl w:val="0"/>
          <w:numId w:val="49"/>
        </w:numPr>
        <w:spacing w:after="0" w:line="264" w:lineRule="auto"/>
        <w:rPr>
          <w:rFonts w:ascii="Calibri" w:hAnsi="Calibri" w:cs="Calibri"/>
        </w:rPr>
      </w:pPr>
      <w:r w:rsidRPr="00E7698D">
        <w:rPr>
          <w:rFonts w:ascii="Calibri" w:hAnsi="Calibri" w:cs="Calibri"/>
        </w:rPr>
        <w:t xml:space="preserve">All staff, learners and visitors will read and sign an acceptable use policy before being given access to our computer system, IT resources or internet. </w:t>
      </w:r>
    </w:p>
    <w:p w14:paraId="78D35CFA" w14:textId="77777777" w:rsidR="00E315D6" w:rsidRPr="00611144" w:rsidRDefault="00E315D6" w:rsidP="00483BF4">
      <w:pPr>
        <w:spacing w:after="0" w:line="264" w:lineRule="auto"/>
        <w:rPr>
          <w:rFonts w:ascii="Calibri" w:hAnsi="Calibri" w:cs="Calibri"/>
        </w:rPr>
      </w:pPr>
    </w:p>
    <w:p w14:paraId="5FA2D0BE"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 xml:space="preserve">8.3 Filtering and Monitoring </w:t>
      </w:r>
    </w:p>
    <w:p w14:paraId="042EE56A" w14:textId="77777777" w:rsidR="00E315D6" w:rsidRPr="00E7698D" w:rsidRDefault="00856015" w:rsidP="00C308E5">
      <w:pPr>
        <w:pStyle w:val="ListParagraph"/>
        <w:numPr>
          <w:ilvl w:val="0"/>
          <w:numId w:val="50"/>
        </w:numPr>
        <w:spacing w:after="0" w:line="264" w:lineRule="auto"/>
        <w:rPr>
          <w:rFonts w:ascii="Calibri" w:hAnsi="Calibri" w:cs="Calibri"/>
        </w:rPr>
      </w:pPr>
      <w:r w:rsidRPr="00E7698D">
        <w:rPr>
          <w:rFonts w:ascii="Calibri" w:hAnsi="Calibri" w:cs="Calibri"/>
        </w:rPr>
        <w:t>The school is compliant with the DfE’s filtering and monitoring standards for schools and colleges.  This is checked and reviewed at least annually using the checklist appended to this policy.</w:t>
      </w:r>
    </w:p>
    <w:p w14:paraId="1623C590" w14:textId="77777777" w:rsidR="00E315D6" w:rsidRPr="00611144" w:rsidRDefault="00E315D6" w:rsidP="00483BF4">
      <w:pPr>
        <w:spacing w:after="0" w:line="264" w:lineRule="auto"/>
        <w:rPr>
          <w:rFonts w:ascii="Calibri" w:hAnsi="Calibri" w:cs="Calibri"/>
        </w:rPr>
      </w:pPr>
    </w:p>
    <w:p w14:paraId="755EE5AC"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8.3.1 Decision Making</w:t>
      </w:r>
    </w:p>
    <w:p w14:paraId="549DF8CF" w14:textId="77777777" w:rsidR="00E315D6" w:rsidRPr="00E7698D" w:rsidRDefault="00856015" w:rsidP="00C308E5">
      <w:pPr>
        <w:pStyle w:val="ListParagraph"/>
        <w:numPr>
          <w:ilvl w:val="0"/>
          <w:numId w:val="50"/>
        </w:numPr>
        <w:spacing w:after="0" w:line="264" w:lineRule="auto"/>
        <w:rPr>
          <w:rFonts w:ascii="Calibri" w:hAnsi="Calibri" w:cs="Calibri"/>
        </w:rPr>
      </w:pPr>
      <w:r w:rsidRPr="00E7698D">
        <w:rPr>
          <w:rFonts w:ascii="Calibri" w:hAnsi="Calibri" w:cs="Calibri"/>
        </w:rPr>
        <w:t>Our governors and leaders have ensured that our setting has age and ability appropriate filtering and monitoring in place, to limit learner’s exposure to online risks.</w:t>
      </w:r>
    </w:p>
    <w:p w14:paraId="4B5F0AD2" w14:textId="77777777" w:rsidR="00E315D6" w:rsidRPr="00E7698D" w:rsidRDefault="00856015" w:rsidP="00C308E5">
      <w:pPr>
        <w:pStyle w:val="ListParagraph"/>
        <w:numPr>
          <w:ilvl w:val="0"/>
          <w:numId w:val="50"/>
        </w:numPr>
        <w:spacing w:after="0" w:line="264" w:lineRule="auto"/>
        <w:rPr>
          <w:rFonts w:ascii="Calibri" w:hAnsi="Calibri" w:cs="Calibri"/>
        </w:rPr>
      </w:pPr>
      <w:r w:rsidRPr="00E7698D">
        <w:rPr>
          <w:rFonts w:ascii="Calibri" w:hAnsi="Calibri" w:cs="Calibri"/>
        </w:rPr>
        <w:t>The governors and leaders are aware of the need to prevent “over blocking”, as that may unreasonably restrict what can be taught, with regards to online activities and safeguarding.</w:t>
      </w:r>
    </w:p>
    <w:p w14:paraId="182EEA2A" w14:textId="77777777" w:rsidR="00E315D6" w:rsidRPr="00E7698D" w:rsidRDefault="00856015" w:rsidP="00C308E5">
      <w:pPr>
        <w:pStyle w:val="ListParagraph"/>
        <w:numPr>
          <w:ilvl w:val="0"/>
          <w:numId w:val="50"/>
        </w:numPr>
        <w:spacing w:after="0" w:line="264" w:lineRule="auto"/>
        <w:rPr>
          <w:rFonts w:ascii="Calibri" w:hAnsi="Calibri" w:cs="Calibri"/>
        </w:rPr>
      </w:pPr>
      <w:r w:rsidRPr="00E7698D">
        <w:rPr>
          <w:rFonts w:ascii="Calibri" w:hAnsi="Calibri" w:cs="Calibri"/>
        </w:rPr>
        <w:t>Our decision regarding filtering and monitoring has been informed by a risk assessment, considering our specific needs and circumstances and is reviewed at least annually by the DSL, IT service provider and the governor responsible for safeguarding/online safety. A review will also be carried out following the identification of a safeguarding risk or any changes in working practice such as remote access or Bring Your Own Device or if new technology is introduced. We follow the guidance outlined in the DfE filtering and monitoring standards when carrying out the review.</w:t>
      </w:r>
    </w:p>
    <w:p w14:paraId="5ADA18DC" w14:textId="77777777" w:rsidR="00E315D6" w:rsidRPr="00E7698D" w:rsidRDefault="00856015" w:rsidP="00C308E5">
      <w:pPr>
        <w:pStyle w:val="ListParagraph"/>
        <w:numPr>
          <w:ilvl w:val="0"/>
          <w:numId w:val="50"/>
        </w:numPr>
        <w:spacing w:after="0" w:line="264" w:lineRule="auto"/>
        <w:rPr>
          <w:rFonts w:ascii="Calibri" w:hAnsi="Calibri" w:cs="Calibri"/>
        </w:rPr>
      </w:pPr>
      <w:r w:rsidRPr="00E7698D">
        <w:rPr>
          <w:rFonts w:ascii="Calibri" w:hAnsi="Calibri" w:cs="Calibri"/>
        </w:rPr>
        <w:t>Changes to the filtering and monitoring approach will be risk assessed by staff with educational and technical experience and, where appropriate, with consent from the leadership team; all changes to the filtering policy are logged and recorded.</w:t>
      </w:r>
    </w:p>
    <w:p w14:paraId="7BF89453" w14:textId="01ECB01B" w:rsidR="00E315D6" w:rsidRPr="00E7698D" w:rsidRDefault="00856015" w:rsidP="00C308E5">
      <w:pPr>
        <w:pStyle w:val="ListParagraph"/>
        <w:numPr>
          <w:ilvl w:val="0"/>
          <w:numId w:val="50"/>
        </w:numPr>
        <w:spacing w:after="0" w:line="264" w:lineRule="auto"/>
        <w:rPr>
          <w:rFonts w:ascii="Calibri" w:hAnsi="Calibri" w:cs="Calibri"/>
        </w:rPr>
      </w:pPr>
      <w:r w:rsidRPr="00E7698D">
        <w:rPr>
          <w:rFonts w:ascii="Calibri" w:hAnsi="Calibri" w:cs="Calibri"/>
        </w:rPr>
        <w:lastRenderedPageBreak/>
        <w:t xml:space="preserve">The leadership team will ensure that regular checks are made to ensure that the filtering and monitoring methods are effective and appropriate using the </w:t>
      </w:r>
      <w:hyperlink r:id="rId23">
        <w:r w:rsidR="00E7698D" w:rsidRPr="002B6BE3">
          <w:rPr>
            <w:rStyle w:val="Hyperlink"/>
            <w:color w:val="0000FF"/>
            <w:sz w:val="24"/>
            <w:szCs w:val="24"/>
          </w:rPr>
          <w:t>Safer Internet Centre guidance</w:t>
        </w:r>
      </w:hyperlink>
      <w:r w:rsidRPr="00E7698D">
        <w:rPr>
          <w:rFonts w:ascii="Calibri" w:hAnsi="Calibri" w:cs="Calibri"/>
        </w:rPr>
        <w:t xml:space="preserve"> on appropriate filtering and appropriate monitoring.</w:t>
      </w:r>
    </w:p>
    <w:p w14:paraId="0A5F1D48" w14:textId="77777777" w:rsidR="00E315D6" w:rsidRPr="00E7698D" w:rsidRDefault="00856015" w:rsidP="00C308E5">
      <w:pPr>
        <w:pStyle w:val="ListParagraph"/>
        <w:numPr>
          <w:ilvl w:val="0"/>
          <w:numId w:val="50"/>
        </w:numPr>
        <w:spacing w:after="0" w:line="264" w:lineRule="auto"/>
        <w:rPr>
          <w:rFonts w:ascii="Calibri" w:hAnsi="Calibri" w:cs="Calibri"/>
        </w:rPr>
      </w:pPr>
      <w:r w:rsidRPr="00E7698D">
        <w:rPr>
          <w:rFonts w:ascii="Calibri" w:hAnsi="Calibri" w:cs="Calibri"/>
        </w:rPr>
        <w:t>All members of staff are aware that they cannot rely on filtering and monitoring alone to safeguard learners; effective classroom management and regular education about safe and responsible use is essential.</w:t>
      </w:r>
    </w:p>
    <w:p w14:paraId="05779AF3" w14:textId="77777777" w:rsidR="00E7698D" w:rsidRDefault="00E7698D" w:rsidP="00483BF4">
      <w:pPr>
        <w:spacing w:after="0" w:line="264" w:lineRule="auto"/>
        <w:rPr>
          <w:rFonts w:ascii="Calibri" w:hAnsi="Calibri" w:cs="Calibri"/>
        </w:rPr>
      </w:pPr>
    </w:p>
    <w:p w14:paraId="4C6744F7" w14:textId="004C2D6F"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8.3.2 Filtering</w:t>
      </w:r>
    </w:p>
    <w:p w14:paraId="30CD9C5C" w14:textId="77777777" w:rsidR="00E315D6" w:rsidRPr="00E7698D" w:rsidRDefault="00856015" w:rsidP="00C308E5">
      <w:pPr>
        <w:pStyle w:val="ListParagraph"/>
        <w:numPr>
          <w:ilvl w:val="0"/>
          <w:numId w:val="51"/>
        </w:numPr>
        <w:spacing w:after="0" w:line="264" w:lineRule="auto"/>
        <w:rPr>
          <w:rFonts w:ascii="Calibri" w:hAnsi="Calibri" w:cs="Calibri"/>
        </w:rPr>
      </w:pPr>
      <w:r w:rsidRPr="00E7698D">
        <w:rPr>
          <w:rFonts w:ascii="Calibri" w:hAnsi="Calibri" w:cs="Calibri"/>
        </w:rPr>
        <w:t xml:space="preserve">Education broadband connectivity is provided through East Sussex Education Network (provided by The Link). </w:t>
      </w:r>
    </w:p>
    <w:p w14:paraId="5AF44D16" w14:textId="77777777" w:rsidR="00E315D6" w:rsidRPr="00E7698D" w:rsidRDefault="00856015" w:rsidP="00C308E5">
      <w:pPr>
        <w:pStyle w:val="ListParagraph"/>
        <w:numPr>
          <w:ilvl w:val="0"/>
          <w:numId w:val="51"/>
        </w:numPr>
        <w:spacing w:after="0" w:line="264" w:lineRule="auto"/>
        <w:rPr>
          <w:rFonts w:ascii="Calibri" w:hAnsi="Calibri" w:cs="Calibri"/>
        </w:rPr>
      </w:pPr>
      <w:r w:rsidRPr="00E7698D">
        <w:rPr>
          <w:rFonts w:ascii="Calibri" w:hAnsi="Calibri" w:cs="Calibri"/>
        </w:rPr>
        <w:t>We use Smoothwall web filtering which blocks sites which can be categorised as: pornography, child abuse, racial hatred, extremism, gaming and sites of an illegal nature. Other categories including criminal activity, suicide/self harm, substance abuse, radicalisation, bullying are also blocked. Our filtering provider is a member of the Internet Watch Foundation (IWF).</w:t>
      </w:r>
    </w:p>
    <w:p w14:paraId="693E32C3" w14:textId="10B3206B" w:rsidR="00E315D6" w:rsidRPr="00E7698D" w:rsidRDefault="00856015" w:rsidP="00C308E5">
      <w:pPr>
        <w:pStyle w:val="ListParagraph"/>
        <w:numPr>
          <w:ilvl w:val="0"/>
          <w:numId w:val="51"/>
        </w:numPr>
        <w:spacing w:after="0" w:line="264" w:lineRule="auto"/>
        <w:rPr>
          <w:rFonts w:ascii="Calibri" w:hAnsi="Calibri" w:cs="Calibri"/>
        </w:rPr>
      </w:pPr>
      <w:r w:rsidRPr="00E7698D">
        <w:rPr>
          <w:rFonts w:ascii="Calibri" w:hAnsi="Calibri" w:cs="Calibri"/>
        </w:rPr>
        <w:t>The filtering system blocks all sites on the</w:t>
      </w:r>
      <w:r w:rsidR="00E7698D" w:rsidRPr="00E7698D">
        <w:rPr>
          <w:rFonts w:ascii="Calibri" w:hAnsi="Calibri" w:cs="Calibri"/>
        </w:rPr>
        <w:t xml:space="preserve"> </w:t>
      </w:r>
      <w:hyperlink r:id="rId24">
        <w:r w:rsidR="00E7698D" w:rsidRPr="00E7698D">
          <w:rPr>
            <w:rStyle w:val="Hyperlink"/>
            <w:sz w:val="24"/>
            <w:szCs w:val="24"/>
          </w:rPr>
          <w:t>Internet Watch Foundation</w:t>
        </w:r>
      </w:hyperlink>
      <w:r w:rsidRPr="00E7698D">
        <w:rPr>
          <w:rFonts w:ascii="Calibri" w:hAnsi="Calibri" w:cs="Calibri"/>
        </w:rPr>
        <w:t xml:space="preserve">  (IWF) list.</w:t>
      </w:r>
    </w:p>
    <w:p w14:paraId="122E40A7" w14:textId="77777777" w:rsidR="00E315D6" w:rsidRPr="00E7698D" w:rsidRDefault="00856015" w:rsidP="00C308E5">
      <w:pPr>
        <w:pStyle w:val="ListParagraph"/>
        <w:numPr>
          <w:ilvl w:val="0"/>
          <w:numId w:val="51"/>
        </w:numPr>
        <w:spacing w:after="0" w:line="264" w:lineRule="auto"/>
        <w:rPr>
          <w:rFonts w:ascii="Calibri" w:hAnsi="Calibri" w:cs="Calibri"/>
        </w:rPr>
      </w:pPr>
      <w:r w:rsidRPr="00E7698D">
        <w:rPr>
          <w:rFonts w:ascii="Calibri" w:hAnsi="Calibri" w:cs="Calibri"/>
        </w:rPr>
        <w:t xml:space="preserve">The filtering system blocks all sites on the Counter Terrorism Internet Referral Unit (CTIRU) list. </w:t>
      </w:r>
    </w:p>
    <w:p w14:paraId="13730A08" w14:textId="77777777" w:rsidR="00E315D6" w:rsidRPr="00E7698D" w:rsidRDefault="00856015" w:rsidP="00C308E5">
      <w:pPr>
        <w:pStyle w:val="ListParagraph"/>
        <w:numPr>
          <w:ilvl w:val="0"/>
          <w:numId w:val="51"/>
        </w:numPr>
        <w:spacing w:after="0" w:line="264" w:lineRule="auto"/>
        <w:rPr>
          <w:rFonts w:ascii="Calibri" w:hAnsi="Calibri" w:cs="Calibri"/>
        </w:rPr>
      </w:pPr>
      <w:r w:rsidRPr="00E7698D">
        <w:rPr>
          <w:rFonts w:ascii="Calibri" w:hAnsi="Calibri" w:cs="Calibri"/>
        </w:rPr>
        <w:t xml:space="preserve">We work with Schools ICT Services to ensure that our filtering policy is continually reviewed. </w:t>
      </w:r>
    </w:p>
    <w:p w14:paraId="3F5493B2" w14:textId="77777777" w:rsidR="00E315D6" w:rsidRPr="00E7698D" w:rsidRDefault="00856015" w:rsidP="00C308E5">
      <w:pPr>
        <w:pStyle w:val="ListParagraph"/>
        <w:numPr>
          <w:ilvl w:val="0"/>
          <w:numId w:val="51"/>
        </w:numPr>
        <w:spacing w:after="0" w:line="264" w:lineRule="auto"/>
        <w:rPr>
          <w:rFonts w:ascii="Calibri" w:hAnsi="Calibri" w:cs="Calibri"/>
        </w:rPr>
      </w:pPr>
      <w:r w:rsidRPr="00E7698D">
        <w:rPr>
          <w:rFonts w:ascii="Calibri" w:hAnsi="Calibri" w:cs="Calibri"/>
        </w:rPr>
        <w:t>If learners discover unsuitable sites, they will be required to:</w:t>
      </w:r>
    </w:p>
    <w:p w14:paraId="2AB2F5BF" w14:textId="77777777" w:rsidR="00E315D6" w:rsidRPr="00E7698D" w:rsidRDefault="00856015" w:rsidP="00C308E5">
      <w:pPr>
        <w:pStyle w:val="ListParagraph"/>
        <w:numPr>
          <w:ilvl w:val="1"/>
          <w:numId w:val="51"/>
        </w:numPr>
        <w:spacing w:after="0" w:line="264" w:lineRule="auto"/>
        <w:rPr>
          <w:rFonts w:ascii="Calibri" w:hAnsi="Calibri" w:cs="Calibri"/>
        </w:rPr>
      </w:pPr>
      <w:r w:rsidRPr="00E7698D">
        <w:rPr>
          <w:rFonts w:ascii="Calibri" w:hAnsi="Calibri" w:cs="Calibri"/>
        </w:rPr>
        <w:t>Minimise the screen and report the concern immediate to a member of staff.</w:t>
      </w:r>
    </w:p>
    <w:p w14:paraId="2E8A7150" w14:textId="77777777" w:rsidR="00E315D6" w:rsidRPr="00E7698D" w:rsidRDefault="00856015" w:rsidP="00C308E5">
      <w:pPr>
        <w:pStyle w:val="ListParagraph"/>
        <w:numPr>
          <w:ilvl w:val="1"/>
          <w:numId w:val="51"/>
        </w:numPr>
        <w:spacing w:after="0" w:line="264" w:lineRule="auto"/>
        <w:rPr>
          <w:rFonts w:ascii="Calibri" w:hAnsi="Calibri" w:cs="Calibri"/>
        </w:rPr>
      </w:pPr>
      <w:r w:rsidRPr="00E7698D">
        <w:rPr>
          <w:rFonts w:ascii="Calibri" w:hAnsi="Calibri" w:cs="Calibri"/>
        </w:rPr>
        <w:t xml:space="preserve">The member of staff will report the concern (including the URL of the site if possible) to the DSL (or deputies) and/or technical staff. </w:t>
      </w:r>
    </w:p>
    <w:p w14:paraId="1029C423" w14:textId="77777777" w:rsidR="00E315D6" w:rsidRPr="00E7698D" w:rsidRDefault="00856015" w:rsidP="00C308E5">
      <w:pPr>
        <w:pStyle w:val="ListParagraph"/>
        <w:numPr>
          <w:ilvl w:val="1"/>
          <w:numId w:val="51"/>
        </w:numPr>
        <w:spacing w:after="0" w:line="264" w:lineRule="auto"/>
        <w:rPr>
          <w:rFonts w:ascii="Calibri" w:hAnsi="Calibri" w:cs="Calibri"/>
        </w:rPr>
      </w:pPr>
      <w:r w:rsidRPr="00E7698D">
        <w:rPr>
          <w:rFonts w:ascii="Calibri" w:hAnsi="Calibri" w:cs="Calibri"/>
        </w:rPr>
        <w:t xml:space="preserve">The breach will be recorded and escalated as appropriate. </w:t>
      </w:r>
    </w:p>
    <w:p w14:paraId="2D561D6D" w14:textId="77777777" w:rsidR="00E315D6" w:rsidRPr="00E7698D" w:rsidRDefault="00856015" w:rsidP="00C308E5">
      <w:pPr>
        <w:pStyle w:val="ListParagraph"/>
        <w:numPr>
          <w:ilvl w:val="1"/>
          <w:numId w:val="51"/>
        </w:numPr>
        <w:spacing w:after="0" w:line="264" w:lineRule="auto"/>
        <w:rPr>
          <w:rFonts w:ascii="Calibri" w:hAnsi="Calibri" w:cs="Calibri"/>
        </w:rPr>
      </w:pPr>
      <w:r w:rsidRPr="00E7698D">
        <w:rPr>
          <w:rFonts w:ascii="Calibri" w:hAnsi="Calibri" w:cs="Calibri"/>
        </w:rPr>
        <w:t>Parents/carers will be informed of filtering breaches involving their child.</w:t>
      </w:r>
    </w:p>
    <w:p w14:paraId="5BB3A69A" w14:textId="77777777" w:rsidR="00E315D6" w:rsidRPr="00E7698D" w:rsidRDefault="00856015" w:rsidP="00C308E5">
      <w:pPr>
        <w:pStyle w:val="ListParagraph"/>
        <w:numPr>
          <w:ilvl w:val="0"/>
          <w:numId w:val="51"/>
        </w:numPr>
        <w:spacing w:after="0" w:line="264" w:lineRule="auto"/>
        <w:rPr>
          <w:rFonts w:ascii="Calibri" w:hAnsi="Calibri" w:cs="Calibri"/>
        </w:rPr>
      </w:pPr>
      <w:r w:rsidRPr="00E7698D">
        <w:rPr>
          <w:rFonts w:ascii="Calibri" w:hAnsi="Calibri" w:cs="Calibri"/>
        </w:rPr>
        <w:t xml:space="preserve">Any material believed to be illegal will be reported immediately to the appropriate agencies, such as the IWF, Sussex Police or CEOP. </w:t>
      </w:r>
    </w:p>
    <w:p w14:paraId="4B349AD5" w14:textId="77777777" w:rsidR="00E315D6" w:rsidRPr="00611144" w:rsidRDefault="00E315D6" w:rsidP="00483BF4">
      <w:pPr>
        <w:spacing w:after="0" w:line="264" w:lineRule="auto"/>
        <w:rPr>
          <w:rFonts w:ascii="Calibri" w:hAnsi="Calibri" w:cs="Calibri"/>
        </w:rPr>
      </w:pPr>
    </w:p>
    <w:p w14:paraId="3C24C588"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8.3.3  Monitoring</w:t>
      </w:r>
    </w:p>
    <w:p w14:paraId="69BAB850" w14:textId="77777777" w:rsidR="00E315D6" w:rsidRPr="00E7698D" w:rsidRDefault="00856015" w:rsidP="00C308E5">
      <w:pPr>
        <w:pStyle w:val="ListParagraph"/>
        <w:numPr>
          <w:ilvl w:val="0"/>
          <w:numId w:val="52"/>
        </w:numPr>
        <w:spacing w:after="0" w:line="264" w:lineRule="auto"/>
        <w:rPr>
          <w:rFonts w:ascii="Calibri" w:hAnsi="Calibri" w:cs="Calibri"/>
        </w:rPr>
      </w:pPr>
      <w:r w:rsidRPr="00E7698D">
        <w:rPr>
          <w:rFonts w:ascii="Calibri" w:hAnsi="Calibri" w:cs="Calibri"/>
        </w:rPr>
        <w:t>We will appropriately monitor internet use on all setting owned or provided internet enabled devices. This is achieved by:</w:t>
      </w:r>
    </w:p>
    <w:p w14:paraId="3B3DC0F6" w14:textId="77777777" w:rsidR="00E315D6" w:rsidRPr="00E7698D" w:rsidRDefault="00856015" w:rsidP="00C308E5">
      <w:pPr>
        <w:pStyle w:val="ListParagraph"/>
        <w:numPr>
          <w:ilvl w:val="1"/>
          <w:numId w:val="52"/>
        </w:numPr>
        <w:spacing w:after="0" w:line="264" w:lineRule="auto"/>
        <w:rPr>
          <w:rFonts w:ascii="Calibri" w:hAnsi="Calibri" w:cs="Calibri"/>
        </w:rPr>
      </w:pPr>
      <w:r w:rsidRPr="00E7698D">
        <w:rPr>
          <w:rFonts w:ascii="Calibri" w:hAnsi="Calibri" w:cs="Calibri"/>
        </w:rPr>
        <w:t>Physical monitoring (supervision),</w:t>
      </w:r>
    </w:p>
    <w:p w14:paraId="4B20666C" w14:textId="77777777" w:rsidR="00E315D6" w:rsidRPr="00E7698D" w:rsidRDefault="00856015" w:rsidP="00C308E5">
      <w:pPr>
        <w:pStyle w:val="ListParagraph"/>
        <w:numPr>
          <w:ilvl w:val="1"/>
          <w:numId w:val="52"/>
        </w:numPr>
        <w:spacing w:after="0" w:line="264" w:lineRule="auto"/>
        <w:rPr>
          <w:rFonts w:ascii="Calibri" w:hAnsi="Calibri" w:cs="Calibri"/>
        </w:rPr>
      </w:pPr>
      <w:r w:rsidRPr="00E7698D">
        <w:rPr>
          <w:rFonts w:ascii="Calibri" w:hAnsi="Calibri" w:cs="Calibri"/>
        </w:rPr>
        <w:t>Monitoring internet and web access (reviewing log information)</w:t>
      </w:r>
    </w:p>
    <w:p w14:paraId="35061AE5" w14:textId="77777777" w:rsidR="00E315D6" w:rsidRPr="00E7698D" w:rsidRDefault="00856015" w:rsidP="00C308E5">
      <w:pPr>
        <w:pStyle w:val="ListParagraph"/>
        <w:numPr>
          <w:ilvl w:val="1"/>
          <w:numId w:val="52"/>
        </w:numPr>
        <w:spacing w:after="0" w:line="264" w:lineRule="auto"/>
        <w:rPr>
          <w:rFonts w:ascii="Calibri" w:hAnsi="Calibri" w:cs="Calibri"/>
        </w:rPr>
      </w:pPr>
      <w:r w:rsidRPr="00E7698D">
        <w:rPr>
          <w:rFonts w:ascii="Calibri" w:hAnsi="Calibri" w:cs="Calibri"/>
        </w:rPr>
        <w:t>Pro-active technology monitoring services.</w:t>
      </w:r>
    </w:p>
    <w:p w14:paraId="46429EFA" w14:textId="77777777" w:rsidR="00E315D6" w:rsidRPr="00E7698D" w:rsidRDefault="00856015" w:rsidP="00C308E5">
      <w:pPr>
        <w:pStyle w:val="ListParagraph"/>
        <w:numPr>
          <w:ilvl w:val="0"/>
          <w:numId w:val="52"/>
        </w:numPr>
        <w:spacing w:after="0" w:line="264" w:lineRule="auto"/>
        <w:rPr>
          <w:rFonts w:ascii="Calibri" w:hAnsi="Calibri" w:cs="Calibri"/>
        </w:rPr>
      </w:pPr>
      <w:r w:rsidRPr="00E7698D">
        <w:rPr>
          <w:rFonts w:ascii="Calibri" w:hAnsi="Calibri" w:cs="Calibri"/>
        </w:rPr>
        <w:t>If a concern is identified via monitoring approaches we will:</w:t>
      </w:r>
    </w:p>
    <w:p w14:paraId="04D9CA38" w14:textId="77777777" w:rsidR="00E315D6" w:rsidRPr="00E7698D" w:rsidRDefault="00856015" w:rsidP="00C308E5">
      <w:pPr>
        <w:pStyle w:val="ListParagraph"/>
        <w:numPr>
          <w:ilvl w:val="1"/>
          <w:numId w:val="52"/>
        </w:numPr>
        <w:spacing w:after="0" w:line="264" w:lineRule="auto"/>
        <w:rPr>
          <w:rFonts w:ascii="Calibri" w:hAnsi="Calibri" w:cs="Calibri"/>
        </w:rPr>
      </w:pPr>
      <w:r w:rsidRPr="00E7698D">
        <w:rPr>
          <w:rFonts w:ascii="Calibri" w:hAnsi="Calibri" w:cs="Calibri"/>
        </w:rPr>
        <w:t xml:space="preserve">Investigate the concern </w:t>
      </w:r>
    </w:p>
    <w:p w14:paraId="322F8150" w14:textId="77777777" w:rsidR="00E315D6" w:rsidRPr="00E7698D" w:rsidRDefault="00856015" w:rsidP="00C308E5">
      <w:pPr>
        <w:pStyle w:val="ListParagraph"/>
        <w:numPr>
          <w:ilvl w:val="1"/>
          <w:numId w:val="52"/>
        </w:numPr>
        <w:spacing w:after="0" w:line="264" w:lineRule="auto"/>
        <w:rPr>
          <w:rFonts w:ascii="Calibri" w:hAnsi="Calibri" w:cs="Calibri"/>
        </w:rPr>
      </w:pPr>
      <w:r w:rsidRPr="00E7698D">
        <w:rPr>
          <w:rFonts w:ascii="Calibri" w:hAnsi="Calibri" w:cs="Calibri"/>
        </w:rPr>
        <w:t xml:space="preserve">Respond appropriately </w:t>
      </w:r>
    </w:p>
    <w:p w14:paraId="6380B207" w14:textId="68909660" w:rsidR="00E315D6" w:rsidRPr="00E7698D" w:rsidRDefault="00856015" w:rsidP="00C308E5">
      <w:pPr>
        <w:pStyle w:val="ListParagraph"/>
        <w:numPr>
          <w:ilvl w:val="1"/>
          <w:numId w:val="52"/>
        </w:numPr>
        <w:spacing w:after="0" w:line="264" w:lineRule="auto"/>
        <w:rPr>
          <w:rFonts w:ascii="Calibri" w:hAnsi="Calibri" w:cs="Calibri"/>
        </w:rPr>
      </w:pPr>
      <w:r w:rsidRPr="00E7698D">
        <w:rPr>
          <w:rFonts w:ascii="Calibri" w:hAnsi="Calibri" w:cs="Calibri"/>
        </w:rPr>
        <w:t xml:space="preserve">Log and record all actions </w:t>
      </w:r>
    </w:p>
    <w:p w14:paraId="5B3A99D2" w14:textId="77777777" w:rsidR="00E315D6" w:rsidRPr="00E7698D" w:rsidRDefault="00856015" w:rsidP="00C308E5">
      <w:pPr>
        <w:pStyle w:val="ListParagraph"/>
        <w:numPr>
          <w:ilvl w:val="1"/>
          <w:numId w:val="52"/>
        </w:numPr>
        <w:spacing w:after="0" w:line="264" w:lineRule="auto"/>
        <w:rPr>
          <w:rFonts w:ascii="Calibri" w:hAnsi="Calibri" w:cs="Calibri"/>
        </w:rPr>
      </w:pPr>
      <w:r w:rsidRPr="00E7698D">
        <w:rPr>
          <w:rFonts w:ascii="Calibri" w:hAnsi="Calibri" w:cs="Calibri"/>
        </w:rPr>
        <w:t xml:space="preserve">Report to SLT termly </w:t>
      </w:r>
    </w:p>
    <w:p w14:paraId="722C00FA" w14:textId="77777777" w:rsidR="00E315D6" w:rsidRPr="00E7698D" w:rsidRDefault="00856015" w:rsidP="00C308E5">
      <w:pPr>
        <w:pStyle w:val="ListParagraph"/>
        <w:numPr>
          <w:ilvl w:val="0"/>
          <w:numId w:val="52"/>
        </w:numPr>
        <w:spacing w:after="0" w:line="264" w:lineRule="auto"/>
        <w:rPr>
          <w:rFonts w:ascii="Calibri" w:hAnsi="Calibri" w:cs="Calibri"/>
        </w:rPr>
      </w:pPr>
      <w:r w:rsidRPr="00E7698D">
        <w:rPr>
          <w:rFonts w:ascii="Calibri" w:hAnsi="Calibri" w:cs="Calibri"/>
        </w:rPr>
        <w:t xml:space="preserve">All users will be informed that use of our systems can be monitored and that all monitoring will be in line with data protection, human rights and privacy legislation. </w:t>
      </w:r>
    </w:p>
    <w:p w14:paraId="1D2E620C" w14:textId="77777777" w:rsidR="00E315D6" w:rsidRPr="00611144" w:rsidRDefault="00E315D6" w:rsidP="00483BF4">
      <w:pPr>
        <w:spacing w:after="0" w:line="264" w:lineRule="auto"/>
        <w:rPr>
          <w:rFonts w:ascii="Calibri" w:hAnsi="Calibri" w:cs="Calibri"/>
        </w:rPr>
      </w:pPr>
    </w:p>
    <w:p w14:paraId="17741724"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lastRenderedPageBreak/>
        <w:t xml:space="preserve">8.4 Managing Personal Data Online </w:t>
      </w:r>
    </w:p>
    <w:p w14:paraId="5BA87D12" w14:textId="77777777" w:rsidR="00E315D6" w:rsidRPr="00E7698D" w:rsidRDefault="00856015" w:rsidP="00C308E5">
      <w:pPr>
        <w:pStyle w:val="ListParagraph"/>
        <w:numPr>
          <w:ilvl w:val="0"/>
          <w:numId w:val="53"/>
        </w:numPr>
        <w:spacing w:after="0" w:line="264" w:lineRule="auto"/>
        <w:rPr>
          <w:rFonts w:ascii="Calibri" w:hAnsi="Calibri" w:cs="Calibri"/>
        </w:rPr>
      </w:pPr>
      <w:r w:rsidRPr="00E7698D">
        <w:rPr>
          <w:rFonts w:ascii="Calibri" w:hAnsi="Calibri" w:cs="Calibri"/>
        </w:rPr>
        <w:t xml:space="preserve">Personal data will be recorded, processed, transferred and made available online in accordance with General Data Protection Regulations and Data Protection legislation. </w:t>
      </w:r>
    </w:p>
    <w:p w14:paraId="69D2EFD5"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Full information can be found in our information security policy GDPR policy and privacy statement.</w:t>
      </w:r>
    </w:p>
    <w:p w14:paraId="5C47A57B" w14:textId="77777777" w:rsidR="00E315D6" w:rsidRPr="00E7698D" w:rsidRDefault="00E315D6" w:rsidP="00483BF4">
      <w:pPr>
        <w:spacing w:after="0" w:line="264" w:lineRule="auto"/>
        <w:rPr>
          <w:rFonts w:ascii="Calibri" w:hAnsi="Calibri" w:cs="Calibri"/>
          <w:sz w:val="32"/>
          <w:szCs w:val="32"/>
        </w:rPr>
      </w:pPr>
    </w:p>
    <w:p w14:paraId="43A43720"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 xml:space="preserve">8.5 Security and Management of Information Systems </w:t>
      </w:r>
    </w:p>
    <w:p w14:paraId="0DE39F7E" w14:textId="38F0F943" w:rsidR="00E315D6" w:rsidRPr="00E7698D" w:rsidRDefault="00856015" w:rsidP="00C308E5">
      <w:pPr>
        <w:pStyle w:val="ListParagraph"/>
        <w:numPr>
          <w:ilvl w:val="0"/>
          <w:numId w:val="53"/>
        </w:numPr>
        <w:spacing w:after="0" w:line="264" w:lineRule="auto"/>
        <w:rPr>
          <w:rFonts w:ascii="Calibri" w:hAnsi="Calibri" w:cs="Calibri"/>
        </w:rPr>
      </w:pPr>
      <w:r w:rsidRPr="00E7698D">
        <w:rPr>
          <w:rFonts w:ascii="Calibri" w:hAnsi="Calibri" w:cs="Calibri"/>
        </w:rPr>
        <w:t>We adhere to and meet the</w:t>
      </w:r>
      <w:r w:rsidR="00E7698D" w:rsidRPr="00E7698D">
        <w:rPr>
          <w:rFonts w:ascii="Calibri" w:hAnsi="Calibri" w:cs="Calibri"/>
        </w:rPr>
        <w:t xml:space="preserve"> </w:t>
      </w:r>
      <w:hyperlink r:id="rId25">
        <w:r w:rsidR="00E7698D" w:rsidRPr="00E7698D">
          <w:rPr>
            <w:rStyle w:val="Hyperlink"/>
            <w:color w:val="0000FF"/>
            <w:sz w:val="24"/>
            <w:szCs w:val="24"/>
          </w:rPr>
          <w:t>DfE cybersecurity standards</w:t>
        </w:r>
      </w:hyperlink>
      <w:r w:rsidRPr="00E7698D">
        <w:rPr>
          <w:rFonts w:ascii="Calibri" w:hAnsi="Calibri" w:cs="Calibri"/>
        </w:rPr>
        <w:t xml:space="preserve"> </w:t>
      </w:r>
    </w:p>
    <w:p w14:paraId="706A6895" w14:textId="77777777" w:rsidR="00E315D6" w:rsidRPr="00E7698D" w:rsidRDefault="00856015" w:rsidP="00C308E5">
      <w:pPr>
        <w:pStyle w:val="ListParagraph"/>
        <w:numPr>
          <w:ilvl w:val="0"/>
          <w:numId w:val="53"/>
        </w:numPr>
        <w:spacing w:after="0" w:line="264" w:lineRule="auto"/>
        <w:rPr>
          <w:rFonts w:ascii="Calibri" w:hAnsi="Calibri" w:cs="Calibri"/>
        </w:rPr>
      </w:pPr>
      <w:r w:rsidRPr="00E7698D">
        <w:rPr>
          <w:rFonts w:ascii="Calibri" w:hAnsi="Calibri" w:cs="Calibri"/>
        </w:rPr>
        <w:t xml:space="preserve">We take appropriate steps to ensure the security of our information systems, including: </w:t>
      </w:r>
    </w:p>
    <w:p w14:paraId="3D3B04BB"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Protecting all devices on every network with a properly configured boundary or software firewall</w:t>
      </w:r>
    </w:p>
    <w:p w14:paraId="1C31434A"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Keeping an up-to-date list of every device that is able to access the network and ensuring their security features are enabled, correctly configured and up to date</w:t>
      </w:r>
    </w:p>
    <w:p w14:paraId="28EF410E"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 xml:space="preserve">Ensuring that accounts only have the access that they require to perform their role and should be authenticated to access data and services </w:t>
      </w:r>
    </w:p>
    <w:p w14:paraId="7D9F8163"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 xml:space="preserve">Virus protection being updated regularly. </w:t>
      </w:r>
    </w:p>
    <w:p w14:paraId="6B33A1DB"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Encryption for personal data sent over the Internet or taken off site (such as via portable media storage) or access via appropriate secure remote access systems.</w:t>
      </w:r>
    </w:p>
    <w:p w14:paraId="36D5482B"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 xml:space="preserve">Not using portable media without specific permission; portable media will be checked by an anti-virus /malware scan before use. </w:t>
      </w:r>
    </w:p>
    <w:p w14:paraId="2F3E6BF8"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 xml:space="preserve">Not downloading unapproved software to work devices or opening unfamiliar email attachments.  </w:t>
      </w:r>
    </w:p>
    <w:p w14:paraId="08C0D47A"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 xml:space="preserve">Regularly checking files held on our network, </w:t>
      </w:r>
    </w:p>
    <w:p w14:paraId="68A3F574"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 xml:space="preserve">The appropriate use of user logins and passwords to access our network. </w:t>
      </w:r>
    </w:p>
    <w:p w14:paraId="750C58A0"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Specific user logins and passwords will be enforced for all in Key Stage 2</w:t>
      </w:r>
    </w:p>
    <w:p w14:paraId="75B0EB22"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All users are expected to log off or lock their screens/devices if systems are unattended.</w:t>
      </w:r>
    </w:p>
    <w:p w14:paraId="1F395EAE" w14:textId="77777777" w:rsidR="00E315D6" w:rsidRPr="00E7698D" w:rsidRDefault="00856015" w:rsidP="00C308E5">
      <w:pPr>
        <w:pStyle w:val="ListParagraph"/>
        <w:numPr>
          <w:ilvl w:val="1"/>
          <w:numId w:val="53"/>
        </w:numPr>
        <w:spacing w:after="0" w:line="264" w:lineRule="auto"/>
        <w:rPr>
          <w:rFonts w:ascii="Calibri" w:hAnsi="Calibri" w:cs="Calibri"/>
        </w:rPr>
      </w:pPr>
      <w:r w:rsidRPr="00E7698D">
        <w:rPr>
          <w:rFonts w:ascii="Calibri" w:hAnsi="Calibri" w:cs="Calibri"/>
        </w:rPr>
        <w:t>Further information about technical environment safety and security can be found in our data storage and security policy</w:t>
      </w:r>
    </w:p>
    <w:p w14:paraId="76F1FF44" w14:textId="77777777" w:rsidR="00E315D6" w:rsidRPr="00611144" w:rsidRDefault="00E315D6" w:rsidP="00483BF4">
      <w:pPr>
        <w:spacing w:after="0" w:line="264" w:lineRule="auto"/>
        <w:rPr>
          <w:rFonts w:ascii="Calibri" w:hAnsi="Calibri" w:cs="Calibri"/>
        </w:rPr>
      </w:pPr>
    </w:p>
    <w:p w14:paraId="3CDACD89" w14:textId="5ADB98BD" w:rsidR="00E315D6" w:rsidRPr="00E7698D" w:rsidRDefault="00E7698D" w:rsidP="00483BF4">
      <w:pPr>
        <w:spacing w:after="0" w:line="264" w:lineRule="auto"/>
        <w:rPr>
          <w:rFonts w:ascii="Calibri" w:hAnsi="Calibri" w:cs="Calibri"/>
          <w:sz w:val="32"/>
          <w:szCs w:val="32"/>
        </w:rPr>
      </w:pPr>
      <w:r>
        <w:rPr>
          <w:rFonts w:ascii="Calibri" w:hAnsi="Calibri" w:cs="Calibri"/>
          <w:b/>
          <w:sz w:val="32"/>
          <w:szCs w:val="32"/>
        </w:rPr>
        <w:t xml:space="preserve">8.5 </w:t>
      </w:r>
      <w:r w:rsidR="00856015" w:rsidRPr="00E7698D">
        <w:rPr>
          <w:rFonts w:ascii="Calibri" w:hAnsi="Calibri" w:cs="Calibri"/>
          <w:b/>
          <w:sz w:val="32"/>
          <w:szCs w:val="32"/>
        </w:rPr>
        <w:t xml:space="preserve">Password policy </w:t>
      </w:r>
    </w:p>
    <w:p w14:paraId="310BE819" w14:textId="77777777" w:rsidR="00E315D6" w:rsidRPr="00E7698D" w:rsidRDefault="00856015" w:rsidP="00C308E5">
      <w:pPr>
        <w:pStyle w:val="ListParagraph"/>
        <w:numPr>
          <w:ilvl w:val="0"/>
          <w:numId w:val="54"/>
        </w:numPr>
        <w:spacing w:after="0" w:line="264" w:lineRule="auto"/>
        <w:rPr>
          <w:rFonts w:ascii="Calibri" w:hAnsi="Calibri" w:cs="Calibri"/>
        </w:rPr>
      </w:pPr>
      <w:r w:rsidRPr="00E7698D">
        <w:rPr>
          <w:rFonts w:ascii="Calibri" w:hAnsi="Calibri" w:cs="Calibri"/>
        </w:rPr>
        <w:t>All members of staff will have their own unique username and private passwords to access our systems; members of staff are responsible for keeping their password private.</w:t>
      </w:r>
    </w:p>
    <w:p w14:paraId="30D3CD11" w14:textId="77777777" w:rsidR="00E315D6" w:rsidRPr="00E7698D" w:rsidRDefault="00856015" w:rsidP="00C308E5">
      <w:pPr>
        <w:pStyle w:val="ListParagraph"/>
        <w:numPr>
          <w:ilvl w:val="0"/>
          <w:numId w:val="54"/>
        </w:numPr>
        <w:spacing w:after="0" w:line="264" w:lineRule="auto"/>
        <w:rPr>
          <w:rFonts w:ascii="Calibri" w:hAnsi="Calibri" w:cs="Calibri"/>
        </w:rPr>
      </w:pPr>
      <w:r w:rsidRPr="00E7698D">
        <w:rPr>
          <w:rFonts w:ascii="Calibri" w:hAnsi="Calibri" w:cs="Calibri"/>
        </w:rPr>
        <w:t>From Foundation, all learners are provided with their own unique username and private passwords to access our DB Primary system; learners are responsible for keeping their password private.</w:t>
      </w:r>
    </w:p>
    <w:p w14:paraId="486ED1AD" w14:textId="77777777" w:rsidR="00E315D6" w:rsidRPr="00E7698D" w:rsidRDefault="00856015" w:rsidP="00C308E5">
      <w:pPr>
        <w:pStyle w:val="ListParagraph"/>
        <w:numPr>
          <w:ilvl w:val="0"/>
          <w:numId w:val="54"/>
        </w:numPr>
        <w:spacing w:after="0" w:line="264" w:lineRule="auto"/>
        <w:rPr>
          <w:rFonts w:ascii="Calibri" w:hAnsi="Calibri" w:cs="Calibri"/>
        </w:rPr>
      </w:pPr>
      <w:r w:rsidRPr="00E7698D">
        <w:rPr>
          <w:rFonts w:ascii="Calibri" w:hAnsi="Calibri" w:cs="Calibri"/>
        </w:rPr>
        <w:t>We require all adult users to:</w:t>
      </w:r>
    </w:p>
    <w:p w14:paraId="5E6EC525" w14:textId="77777777" w:rsidR="00E315D6" w:rsidRPr="00E7698D" w:rsidRDefault="00856015" w:rsidP="00C308E5">
      <w:pPr>
        <w:pStyle w:val="ListParagraph"/>
        <w:numPr>
          <w:ilvl w:val="1"/>
          <w:numId w:val="54"/>
        </w:numPr>
        <w:spacing w:after="0" w:line="264" w:lineRule="auto"/>
        <w:rPr>
          <w:rFonts w:ascii="Calibri" w:hAnsi="Calibri" w:cs="Calibri"/>
        </w:rPr>
      </w:pPr>
      <w:r w:rsidRPr="00E7698D">
        <w:rPr>
          <w:rFonts w:ascii="Calibri" w:hAnsi="Calibri" w:cs="Calibri"/>
        </w:rPr>
        <w:t>Use strong passwords for access into our system.</w:t>
      </w:r>
    </w:p>
    <w:p w14:paraId="5A8DFA7A" w14:textId="77777777" w:rsidR="00E315D6" w:rsidRPr="00E7698D" w:rsidRDefault="00856015" w:rsidP="00C308E5">
      <w:pPr>
        <w:pStyle w:val="ListParagraph"/>
        <w:numPr>
          <w:ilvl w:val="1"/>
          <w:numId w:val="54"/>
        </w:numPr>
        <w:spacing w:after="0" w:line="264" w:lineRule="auto"/>
        <w:rPr>
          <w:rFonts w:ascii="Calibri" w:hAnsi="Calibri" w:cs="Calibri"/>
        </w:rPr>
      </w:pPr>
      <w:r w:rsidRPr="00E7698D">
        <w:rPr>
          <w:rFonts w:ascii="Calibri" w:hAnsi="Calibri" w:cs="Calibri"/>
        </w:rPr>
        <w:t>Change their passwords every 3 months to be able to access the school network.</w:t>
      </w:r>
    </w:p>
    <w:p w14:paraId="6BD68C8C" w14:textId="77777777" w:rsidR="00E7698D" w:rsidRDefault="00856015" w:rsidP="00C308E5">
      <w:pPr>
        <w:pStyle w:val="ListParagraph"/>
        <w:numPr>
          <w:ilvl w:val="1"/>
          <w:numId w:val="54"/>
        </w:numPr>
        <w:spacing w:after="0" w:line="264" w:lineRule="auto"/>
        <w:rPr>
          <w:rFonts w:ascii="Calibri" w:hAnsi="Calibri" w:cs="Calibri"/>
        </w:rPr>
      </w:pPr>
      <w:r w:rsidRPr="00E7698D">
        <w:rPr>
          <w:rFonts w:ascii="Calibri" w:hAnsi="Calibri" w:cs="Calibri"/>
        </w:rPr>
        <w:lastRenderedPageBreak/>
        <w:t>Always keep their password private; users must not share it with others or leave it where others can find it.</w:t>
      </w:r>
    </w:p>
    <w:p w14:paraId="053D3D49" w14:textId="389CA0EE" w:rsidR="00E315D6" w:rsidRPr="00E7698D" w:rsidRDefault="00856015" w:rsidP="00C308E5">
      <w:pPr>
        <w:pStyle w:val="ListParagraph"/>
        <w:numPr>
          <w:ilvl w:val="1"/>
          <w:numId w:val="54"/>
        </w:numPr>
        <w:spacing w:after="0" w:line="264" w:lineRule="auto"/>
        <w:rPr>
          <w:rFonts w:ascii="Calibri" w:hAnsi="Calibri" w:cs="Calibri"/>
        </w:rPr>
      </w:pPr>
      <w:r w:rsidRPr="00E7698D">
        <w:rPr>
          <w:rFonts w:ascii="Calibri" w:hAnsi="Calibri" w:cs="Calibri"/>
        </w:rPr>
        <w:t>Not to login as another user at any time.</w:t>
      </w:r>
    </w:p>
    <w:p w14:paraId="1964D65D" w14:textId="77777777" w:rsidR="00E315D6" w:rsidRPr="00E7698D" w:rsidRDefault="00856015" w:rsidP="00C308E5">
      <w:pPr>
        <w:pStyle w:val="ListParagraph"/>
        <w:numPr>
          <w:ilvl w:val="1"/>
          <w:numId w:val="54"/>
        </w:numPr>
        <w:spacing w:after="0" w:line="264" w:lineRule="auto"/>
        <w:rPr>
          <w:rFonts w:ascii="Calibri" w:hAnsi="Calibri" w:cs="Calibri"/>
        </w:rPr>
      </w:pPr>
      <w:r w:rsidRPr="00E7698D">
        <w:rPr>
          <w:rFonts w:ascii="Calibri" w:hAnsi="Calibri" w:cs="Calibri"/>
        </w:rPr>
        <w:t>Use two-factor/two-step verification for all accounts which have access to personal or sensitive operational data and functions.</w:t>
      </w:r>
    </w:p>
    <w:p w14:paraId="4C807424" w14:textId="77777777" w:rsidR="00E315D6" w:rsidRPr="00E7698D" w:rsidRDefault="00856015" w:rsidP="00C308E5">
      <w:pPr>
        <w:pStyle w:val="ListParagraph"/>
        <w:numPr>
          <w:ilvl w:val="1"/>
          <w:numId w:val="54"/>
        </w:numPr>
        <w:spacing w:after="0" w:line="264" w:lineRule="auto"/>
        <w:rPr>
          <w:rFonts w:ascii="Calibri" w:hAnsi="Calibri" w:cs="Calibri"/>
        </w:rPr>
      </w:pPr>
      <w:r w:rsidRPr="00E7698D">
        <w:rPr>
          <w:rFonts w:ascii="Calibri" w:hAnsi="Calibri" w:cs="Calibri"/>
        </w:rPr>
        <w:t>Store passwords securely.</w:t>
      </w:r>
    </w:p>
    <w:p w14:paraId="76F4786B" w14:textId="77777777" w:rsidR="00E315D6" w:rsidRPr="00611144" w:rsidRDefault="00E315D6" w:rsidP="00483BF4">
      <w:pPr>
        <w:spacing w:after="0" w:line="264" w:lineRule="auto"/>
        <w:rPr>
          <w:rFonts w:ascii="Calibri" w:hAnsi="Calibri" w:cs="Calibri"/>
        </w:rPr>
      </w:pPr>
    </w:p>
    <w:p w14:paraId="1BBC9DEE"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 xml:space="preserve"> 8.6 Managing the Safety of our Website </w:t>
      </w:r>
    </w:p>
    <w:p w14:paraId="2E036D15" w14:textId="77777777" w:rsidR="00E315D6" w:rsidRPr="00E7698D" w:rsidRDefault="00856015" w:rsidP="00C308E5">
      <w:pPr>
        <w:pStyle w:val="ListParagraph"/>
        <w:numPr>
          <w:ilvl w:val="0"/>
          <w:numId w:val="55"/>
        </w:numPr>
        <w:spacing w:after="0" w:line="264" w:lineRule="auto"/>
        <w:rPr>
          <w:rFonts w:ascii="Calibri" w:hAnsi="Calibri" w:cs="Calibri"/>
        </w:rPr>
      </w:pPr>
      <w:r w:rsidRPr="00E7698D">
        <w:rPr>
          <w:rFonts w:ascii="Calibri" w:hAnsi="Calibri" w:cs="Calibri"/>
        </w:rPr>
        <w:t xml:space="preserve">We will ensure that information posted on our website meets the requirements as identified by the Department for Education (DfE). </w:t>
      </w:r>
    </w:p>
    <w:p w14:paraId="547C8C41" w14:textId="77777777" w:rsidR="00E315D6" w:rsidRPr="00E7698D" w:rsidRDefault="00856015" w:rsidP="00C308E5">
      <w:pPr>
        <w:pStyle w:val="ListParagraph"/>
        <w:numPr>
          <w:ilvl w:val="0"/>
          <w:numId w:val="55"/>
        </w:numPr>
        <w:spacing w:after="0" w:line="264" w:lineRule="auto"/>
        <w:rPr>
          <w:rFonts w:ascii="Calibri" w:hAnsi="Calibri" w:cs="Calibri"/>
        </w:rPr>
      </w:pPr>
      <w:r w:rsidRPr="00E7698D">
        <w:rPr>
          <w:rFonts w:ascii="Calibri" w:hAnsi="Calibri" w:cs="Calibri"/>
        </w:rPr>
        <w:t>We will ensure that our website complies with guidelines for publications including accessibility, data protection, respect for intellectual property rights, privacy policies and copyright.</w:t>
      </w:r>
    </w:p>
    <w:p w14:paraId="491D7A58" w14:textId="77777777" w:rsidR="00E315D6" w:rsidRPr="00E7698D" w:rsidRDefault="00856015" w:rsidP="00C308E5">
      <w:pPr>
        <w:pStyle w:val="ListParagraph"/>
        <w:numPr>
          <w:ilvl w:val="0"/>
          <w:numId w:val="55"/>
        </w:numPr>
        <w:spacing w:after="0" w:line="264" w:lineRule="auto"/>
        <w:rPr>
          <w:rFonts w:ascii="Calibri" w:hAnsi="Calibri" w:cs="Calibri"/>
        </w:rPr>
      </w:pPr>
      <w:r w:rsidRPr="00E7698D">
        <w:rPr>
          <w:rFonts w:ascii="Calibri" w:hAnsi="Calibri" w:cs="Calibri"/>
        </w:rPr>
        <w:t>Staff or learner’s personal information will not be published on our website; the contact details on the website will be our setting address, email and telephone number.</w:t>
      </w:r>
    </w:p>
    <w:p w14:paraId="0AEB6EEB" w14:textId="77777777" w:rsidR="00E315D6" w:rsidRPr="00E7698D" w:rsidRDefault="00856015" w:rsidP="00C308E5">
      <w:pPr>
        <w:pStyle w:val="ListParagraph"/>
        <w:numPr>
          <w:ilvl w:val="0"/>
          <w:numId w:val="55"/>
        </w:numPr>
        <w:spacing w:after="0" w:line="264" w:lineRule="auto"/>
        <w:rPr>
          <w:rFonts w:ascii="Calibri" w:hAnsi="Calibri" w:cs="Calibri"/>
        </w:rPr>
      </w:pPr>
      <w:r w:rsidRPr="00E7698D">
        <w:rPr>
          <w:rFonts w:ascii="Calibri" w:hAnsi="Calibri" w:cs="Calibri"/>
        </w:rPr>
        <w:t xml:space="preserve">The administrator account for our website will be secured with an appropriately strong password. </w:t>
      </w:r>
    </w:p>
    <w:p w14:paraId="050AE4E6" w14:textId="77777777" w:rsidR="00E315D6" w:rsidRPr="00E7698D" w:rsidRDefault="00856015" w:rsidP="00C308E5">
      <w:pPr>
        <w:pStyle w:val="ListParagraph"/>
        <w:numPr>
          <w:ilvl w:val="0"/>
          <w:numId w:val="55"/>
        </w:numPr>
        <w:spacing w:after="0" w:line="264" w:lineRule="auto"/>
        <w:rPr>
          <w:rFonts w:ascii="Calibri" w:hAnsi="Calibri" w:cs="Calibri"/>
        </w:rPr>
      </w:pPr>
      <w:r w:rsidRPr="00E7698D">
        <w:rPr>
          <w:rFonts w:ascii="Calibri" w:hAnsi="Calibri" w:cs="Calibri"/>
        </w:rPr>
        <w:t>We will post appropriate information about safeguarding, including online safety, on our website for members of the community.</w:t>
      </w:r>
    </w:p>
    <w:p w14:paraId="0DFBEF86" w14:textId="77777777" w:rsidR="00E315D6" w:rsidRPr="00611144" w:rsidRDefault="00E315D6" w:rsidP="00483BF4">
      <w:pPr>
        <w:spacing w:after="0" w:line="264" w:lineRule="auto"/>
        <w:rPr>
          <w:rFonts w:ascii="Calibri" w:hAnsi="Calibri" w:cs="Calibri"/>
        </w:rPr>
      </w:pPr>
    </w:p>
    <w:p w14:paraId="1520A25A"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8.7 Publishing Images and Videos Online</w:t>
      </w:r>
    </w:p>
    <w:p w14:paraId="200112CA" w14:textId="77777777" w:rsidR="00E315D6" w:rsidRPr="00611144" w:rsidRDefault="00856015" w:rsidP="00483BF4">
      <w:pPr>
        <w:spacing w:after="0" w:line="264" w:lineRule="auto"/>
        <w:rPr>
          <w:rFonts w:ascii="Calibri" w:hAnsi="Calibri" w:cs="Calibri"/>
        </w:rPr>
      </w:pPr>
      <w:r w:rsidRPr="00611144">
        <w:rPr>
          <w:rFonts w:ascii="Calibri" w:hAnsi="Calibri" w:cs="Calibri"/>
        </w:rPr>
        <w:t>We will ensure that all images and videos shared online are used in accordance with the associated polices, including (but not limited to) the: cameras and image use, data security, acceptable use policies, codes of conduct/behaviour, social media and use of personal devices and mobile phones.</w:t>
      </w:r>
    </w:p>
    <w:p w14:paraId="643A9CC8" w14:textId="77777777" w:rsidR="00E315D6" w:rsidRPr="00611144" w:rsidRDefault="00E315D6" w:rsidP="00483BF4">
      <w:pPr>
        <w:spacing w:after="0" w:line="264" w:lineRule="auto"/>
        <w:rPr>
          <w:rFonts w:ascii="Calibri" w:hAnsi="Calibri" w:cs="Calibri"/>
        </w:rPr>
      </w:pPr>
    </w:p>
    <w:p w14:paraId="379D96D9"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8.8 Managing Email</w:t>
      </w:r>
    </w:p>
    <w:p w14:paraId="33B0D5C7" w14:textId="77777777" w:rsidR="00E315D6" w:rsidRPr="00E7698D" w:rsidRDefault="00856015" w:rsidP="00C308E5">
      <w:pPr>
        <w:pStyle w:val="ListParagraph"/>
        <w:numPr>
          <w:ilvl w:val="0"/>
          <w:numId w:val="56"/>
        </w:numPr>
        <w:spacing w:after="0" w:line="264" w:lineRule="auto"/>
        <w:rPr>
          <w:rFonts w:ascii="Calibri" w:hAnsi="Calibri" w:cs="Calibri"/>
        </w:rPr>
      </w:pPr>
      <w:r w:rsidRPr="00E7698D">
        <w:rPr>
          <w:rFonts w:ascii="Calibri" w:hAnsi="Calibri" w:cs="Calibri"/>
        </w:rPr>
        <w:t xml:space="preserve">Access to our email systems will always take place in accordance with data protection legislation and in line with other policies, including confidentiality, acceptable use policies and the code of conduct/behaviour policy. </w:t>
      </w:r>
    </w:p>
    <w:p w14:paraId="2206100E" w14:textId="77777777" w:rsidR="00E315D6" w:rsidRPr="00E7698D" w:rsidRDefault="00856015" w:rsidP="00C308E5">
      <w:pPr>
        <w:pStyle w:val="ListParagraph"/>
        <w:numPr>
          <w:ilvl w:val="1"/>
          <w:numId w:val="56"/>
        </w:numPr>
        <w:spacing w:after="0" w:line="264" w:lineRule="auto"/>
        <w:rPr>
          <w:rFonts w:ascii="Calibri" w:hAnsi="Calibri" w:cs="Calibri"/>
        </w:rPr>
      </w:pPr>
      <w:r w:rsidRPr="00E7698D">
        <w:rPr>
          <w:rFonts w:ascii="Calibri" w:hAnsi="Calibri" w:cs="Calibri"/>
        </w:rPr>
        <w:t xml:space="preserve">The forwarding of any chain messages/emails is not permitted. </w:t>
      </w:r>
    </w:p>
    <w:p w14:paraId="5DA2BDFA" w14:textId="77777777" w:rsidR="00E315D6" w:rsidRPr="00E7698D" w:rsidRDefault="00856015" w:rsidP="00C308E5">
      <w:pPr>
        <w:pStyle w:val="ListParagraph"/>
        <w:numPr>
          <w:ilvl w:val="1"/>
          <w:numId w:val="56"/>
        </w:numPr>
        <w:spacing w:after="0" w:line="264" w:lineRule="auto"/>
        <w:rPr>
          <w:rFonts w:ascii="Calibri" w:hAnsi="Calibri" w:cs="Calibri"/>
        </w:rPr>
      </w:pPr>
      <w:r w:rsidRPr="00E7698D">
        <w:rPr>
          <w:rFonts w:ascii="Calibri" w:hAnsi="Calibri" w:cs="Calibri"/>
        </w:rPr>
        <w:t>Spam or junk mail will be blocked and reported to the email provider.</w:t>
      </w:r>
    </w:p>
    <w:p w14:paraId="475F184E" w14:textId="77777777" w:rsidR="00E315D6" w:rsidRPr="00E7698D" w:rsidRDefault="00856015" w:rsidP="00C308E5">
      <w:pPr>
        <w:pStyle w:val="ListParagraph"/>
        <w:numPr>
          <w:ilvl w:val="1"/>
          <w:numId w:val="56"/>
        </w:numPr>
        <w:spacing w:after="0" w:line="264" w:lineRule="auto"/>
        <w:rPr>
          <w:rFonts w:ascii="Calibri" w:hAnsi="Calibri" w:cs="Calibri"/>
        </w:rPr>
      </w:pPr>
      <w:r w:rsidRPr="00E7698D">
        <w:rPr>
          <w:rFonts w:ascii="Calibri" w:hAnsi="Calibri" w:cs="Calibri"/>
        </w:rPr>
        <w:t xml:space="preserve">Any electronic communication which contains sensitive or personal information will only be sent using secure and encrypted email. </w:t>
      </w:r>
    </w:p>
    <w:p w14:paraId="2634452D" w14:textId="77777777" w:rsidR="00E315D6" w:rsidRPr="00E7698D" w:rsidRDefault="00856015" w:rsidP="00C308E5">
      <w:pPr>
        <w:pStyle w:val="ListParagraph"/>
        <w:numPr>
          <w:ilvl w:val="1"/>
          <w:numId w:val="56"/>
        </w:numPr>
        <w:spacing w:after="0" w:line="264" w:lineRule="auto"/>
        <w:rPr>
          <w:rFonts w:ascii="Calibri" w:hAnsi="Calibri" w:cs="Calibri"/>
        </w:rPr>
      </w:pPr>
      <w:r w:rsidRPr="00E7698D">
        <w:rPr>
          <w:rFonts w:ascii="Calibri" w:hAnsi="Calibri" w:cs="Calibri"/>
        </w:rPr>
        <w:t xml:space="preserve">Setting email addresses and other official contact details will not be used for setting up personal social media accounts. </w:t>
      </w:r>
    </w:p>
    <w:p w14:paraId="3E4E84D9" w14:textId="77777777" w:rsidR="00E315D6" w:rsidRPr="00E7698D" w:rsidRDefault="00856015" w:rsidP="00C308E5">
      <w:pPr>
        <w:pStyle w:val="ListParagraph"/>
        <w:numPr>
          <w:ilvl w:val="0"/>
          <w:numId w:val="56"/>
        </w:numPr>
        <w:spacing w:after="0" w:line="264" w:lineRule="auto"/>
        <w:rPr>
          <w:rFonts w:ascii="Calibri" w:hAnsi="Calibri" w:cs="Calibri"/>
        </w:rPr>
      </w:pPr>
      <w:r w:rsidRPr="00E7698D">
        <w:rPr>
          <w:rFonts w:ascii="Calibri" w:hAnsi="Calibri" w:cs="Calibri"/>
        </w:rPr>
        <w:t>Members of the community will immediately inform Louise Moor, DSL, if they receive offensive communication, and this will be recorded in our safeguarding files/records.</w:t>
      </w:r>
    </w:p>
    <w:p w14:paraId="654B46D5" w14:textId="77777777" w:rsidR="00E315D6" w:rsidRPr="00E7698D" w:rsidRDefault="00856015" w:rsidP="00C308E5">
      <w:pPr>
        <w:pStyle w:val="ListParagraph"/>
        <w:numPr>
          <w:ilvl w:val="0"/>
          <w:numId w:val="56"/>
        </w:numPr>
        <w:spacing w:after="0" w:line="264" w:lineRule="auto"/>
        <w:rPr>
          <w:rFonts w:ascii="Calibri" w:hAnsi="Calibri" w:cs="Calibri"/>
        </w:rPr>
      </w:pPr>
      <w:r w:rsidRPr="00E7698D">
        <w:rPr>
          <w:rFonts w:ascii="Calibri" w:hAnsi="Calibri" w:cs="Calibri"/>
        </w:rPr>
        <w:t>Excessive social email use can interfere with teaching and learning and will be restricted through filtering software.</w:t>
      </w:r>
    </w:p>
    <w:p w14:paraId="13E93698" w14:textId="77777777" w:rsidR="00E315D6" w:rsidRPr="00611144" w:rsidRDefault="00E315D6" w:rsidP="00483BF4">
      <w:pPr>
        <w:spacing w:after="0" w:line="264" w:lineRule="auto"/>
        <w:rPr>
          <w:rFonts w:ascii="Calibri" w:hAnsi="Calibri" w:cs="Calibri"/>
        </w:rPr>
      </w:pPr>
    </w:p>
    <w:p w14:paraId="74E01731"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lastRenderedPageBreak/>
        <w:t>8.8.1 Staff email</w:t>
      </w:r>
    </w:p>
    <w:p w14:paraId="53E6B8EC" w14:textId="77777777" w:rsidR="00E315D6" w:rsidRPr="00E7698D" w:rsidRDefault="00856015" w:rsidP="00C308E5">
      <w:pPr>
        <w:pStyle w:val="ListParagraph"/>
        <w:numPr>
          <w:ilvl w:val="0"/>
          <w:numId w:val="57"/>
        </w:numPr>
        <w:spacing w:after="0" w:line="264" w:lineRule="auto"/>
        <w:rPr>
          <w:rFonts w:ascii="Calibri" w:hAnsi="Calibri" w:cs="Calibri"/>
        </w:rPr>
      </w:pPr>
      <w:r w:rsidRPr="00E7698D">
        <w:rPr>
          <w:rFonts w:ascii="Calibri" w:hAnsi="Calibri" w:cs="Calibri"/>
        </w:rPr>
        <w:t>The use of personal email addresses by staff for any official setting business is not permitted.</w:t>
      </w:r>
    </w:p>
    <w:p w14:paraId="555114F8" w14:textId="77777777" w:rsidR="00E315D6" w:rsidRPr="00E7698D" w:rsidRDefault="00856015" w:rsidP="00C308E5">
      <w:pPr>
        <w:pStyle w:val="ListParagraph"/>
        <w:numPr>
          <w:ilvl w:val="1"/>
          <w:numId w:val="57"/>
        </w:numPr>
        <w:spacing w:after="0" w:line="264" w:lineRule="auto"/>
        <w:rPr>
          <w:rFonts w:ascii="Calibri" w:hAnsi="Calibri" w:cs="Calibri"/>
        </w:rPr>
      </w:pPr>
      <w:r w:rsidRPr="00E7698D">
        <w:rPr>
          <w:rFonts w:ascii="Calibri" w:hAnsi="Calibri" w:cs="Calibri"/>
        </w:rPr>
        <w:t>All members of staff are provided with an email address to use for all official communication.</w:t>
      </w:r>
    </w:p>
    <w:p w14:paraId="229E42C4" w14:textId="77777777" w:rsidR="00E315D6" w:rsidRPr="00E7698D" w:rsidRDefault="00856015" w:rsidP="00C308E5">
      <w:pPr>
        <w:pStyle w:val="ListParagraph"/>
        <w:numPr>
          <w:ilvl w:val="0"/>
          <w:numId w:val="57"/>
        </w:numPr>
        <w:spacing w:after="0" w:line="264" w:lineRule="auto"/>
        <w:rPr>
          <w:rFonts w:ascii="Calibri" w:hAnsi="Calibri" w:cs="Calibri"/>
        </w:rPr>
      </w:pPr>
      <w:r w:rsidRPr="00E7698D">
        <w:rPr>
          <w:rFonts w:ascii="Calibri" w:hAnsi="Calibri" w:cs="Calibri"/>
        </w:rPr>
        <w:t xml:space="preserve">Members of staff are encouraged to have an appropriate work life balance when responding to email, especially if communication is taking place between staff, learners and parents. </w:t>
      </w:r>
    </w:p>
    <w:p w14:paraId="2C74166C" w14:textId="77777777" w:rsidR="00E315D6" w:rsidRPr="00611144" w:rsidRDefault="00E315D6" w:rsidP="00483BF4">
      <w:pPr>
        <w:spacing w:after="0" w:line="264" w:lineRule="auto"/>
        <w:rPr>
          <w:rFonts w:ascii="Calibri" w:hAnsi="Calibri" w:cs="Calibri"/>
        </w:rPr>
      </w:pPr>
    </w:p>
    <w:p w14:paraId="7C8CF011"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8.9 Live Stream Lessons for Remote Learning</w:t>
      </w:r>
    </w:p>
    <w:p w14:paraId="45E2BD47" w14:textId="77777777" w:rsidR="00E315D6" w:rsidRPr="00611144" w:rsidRDefault="00856015" w:rsidP="00483BF4">
      <w:pPr>
        <w:spacing w:after="0" w:line="264" w:lineRule="auto"/>
        <w:rPr>
          <w:rFonts w:ascii="Calibri" w:hAnsi="Calibri" w:cs="Calibri"/>
        </w:rPr>
      </w:pPr>
      <w:r w:rsidRPr="00611144">
        <w:rPr>
          <w:rFonts w:ascii="Calibri" w:hAnsi="Calibri" w:cs="Calibri"/>
        </w:rPr>
        <w:t>The school does not use live stream lessons for remote learning</w:t>
      </w:r>
    </w:p>
    <w:p w14:paraId="2684256F" w14:textId="77777777" w:rsidR="00E315D6" w:rsidRPr="00611144" w:rsidRDefault="00E315D6" w:rsidP="00483BF4">
      <w:pPr>
        <w:spacing w:after="0" w:line="264" w:lineRule="auto"/>
        <w:rPr>
          <w:rFonts w:ascii="Calibri" w:hAnsi="Calibri" w:cs="Calibri"/>
        </w:rPr>
      </w:pPr>
    </w:p>
    <w:p w14:paraId="369CE898" w14:textId="77777777" w:rsidR="00E315D6" w:rsidRPr="00611144" w:rsidRDefault="00856015" w:rsidP="00483BF4">
      <w:pPr>
        <w:spacing w:after="0" w:line="264" w:lineRule="auto"/>
        <w:rPr>
          <w:rFonts w:ascii="Calibri" w:hAnsi="Calibri" w:cs="Calibri"/>
        </w:rPr>
      </w:pPr>
      <w:r w:rsidRPr="00611144">
        <w:rPr>
          <w:rFonts w:ascii="Calibri" w:hAnsi="Calibri" w:cs="Calibri"/>
          <w:b/>
        </w:rPr>
        <w:t>Live Stream from other providers</w:t>
      </w:r>
    </w:p>
    <w:p w14:paraId="3C93DDD2" w14:textId="77777777" w:rsidR="00E315D6" w:rsidRPr="00E7698D" w:rsidRDefault="00856015" w:rsidP="00C308E5">
      <w:pPr>
        <w:pStyle w:val="ListParagraph"/>
        <w:numPr>
          <w:ilvl w:val="0"/>
          <w:numId w:val="58"/>
        </w:numPr>
        <w:spacing w:after="0" w:line="264" w:lineRule="auto"/>
        <w:rPr>
          <w:rFonts w:ascii="Calibri" w:hAnsi="Calibri" w:cs="Calibri"/>
        </w:rPr>
      </w:pPr>
      <w:r w:rsidRPr="00E7698D">
        <w:rPr>
          <w:rFonts w:ascii="Calibri" w:hAnsi="Calibri" w:cs="Calibri"/>
        </w:rPr>
        <w:t xml:space="preserve">When directing learners to any content from other providers, its suitability and appropriateness will be checked. </w:t>
      </w:r>
    </w:p>
    <w:p w14:paraId="0FB18986" w14:textId="77777777" w:rsidR="00E315D6" w:rsidRPr="00E7698D" w:rsidRDefault="00856015" w:rsidP="00C308E5">
      <w:pPr>
        <w:pStyle w:val="ListParagraph"/>
        <w:numPr>
          <w:ilvl w:val="0"/>
          <w:numId w:val="58"/>
        </w:numPr>
        <w:spacing w:after="0" w:line="264" w:lineRule="auto"/>
        <w:rPr>
          <w:rFonts w:ascii="Calibri" w:hAnsi="Calibri" w:cs="Calibri"/>
        </w:rPr>
      </w:pPr>
      <w:r w:rsidRPr="00E7698D">
        <w:rPr>
          <w:rFonts w:ascii="Calibri" w:hAnsi="Calibri" w:cs="Calibri"/>
        </w:rPr>
        <w:t>Where that content may be live streamed, the safeguarding aspect of how that content is being delivered will be considered e.g. how children are able to interact, how is content and interactions being monitored/moderated etc?</w:t>
      </w:r>
    </w:p>
    <w:p w14:paraId="28F5910E" w14:textId="77777777" w:rsidR="00E315D6" w:rsidRPr="00E7698D" w:rsidRDefault="00856015" w:rsidP="00C308E5">
      <w:pPr>
        <w:pStyle w:val="ListParagraph"/>
        <w:numPr>
          <w:ilvl w:val="0"/>
          <w:numId w:val="58"/>
        </w:numPr>
        <w:spacing w:after="0" w:line="264" w:lineRule="auto"/>
        <w:rPr>
          <w:rFonts w:ascii="Calibri" w:hAnsi="Calibri" w:cs="Calibri"/>
        </w:rPr>
      </w:pPr>
      <w:r w:rsidRPr="00E7698D">
        <w:rPr>
          <w:rFonts w:ascii="Calibri" w:hAnsi="Calibri" w:cs="Calibri"/>
        </w:rPr>
        <w:t>For one off live stream events, the content will be monitored by a member of staff along with the interactions/behaviour of the learners taking part.</w:t>
      </w:r>
    </w:p>
    <w:p w14:paraId="6FCA827A" w14:textId="77777777" w:rsidR="00E315D6" w:rsidRPr="00E7698D" w:rsidRDefault="00856015" w:rsidP="00C308E5">
      <w:pPr>
        <w:pStyle w:val="ListParagraph"/>
        <w:numPr>
          <w:ilvl w:val="0"/>
          <w:numId w:val="58"/>
        </w:numPr>
        <w:spacing w:after="0" w:line="264" w:lineRule="auto"/>
        <w:rPr>
          <w:rFonts w:ascii="Calibri" w:hAnsi="Calibri" w:cs="Calibri"/>
        </w:rPr>
      </w:pPr>
      <w:r w:rsidRPr="00E7698D">
        <w:rPr>
          <w:rFonts w:ascii="Calibri" w:hAnsi="Calibri" w:cs="Calibri"/>
        </w:rPr>
        <w:t>When/if multiple sessions are being run at various times during the school day, school leaders will check that they are satisfied with the safeguarding policy of the provider(s) and then, monitor some sessions to check they are in accordance with the policy.</w:t>
      </w:r>
    </w:p>
    <w:p w14:paraId="46FC6B98" w14:textId="77777777" w:rsidR="00E315D6" w:rsidRPr="00E7698D" w:rsidRDefault="00856015" w:rsidP="00C308E5">
      <w:pPr>
        <w:pStyle w:val="ListParagraph"/>
        <w:numPr>
          <w:ilvl w:val="0"/>
          <w:numId w:val="58"/>
        </w:numPr>
        <w:spacing w:after="0" w:line="264" w:lineRule="auto"/>
        <w:rPr>
          <w:rFonts w:ascii="Calibri" w:hAnsi="Calibri" w:cs="Calibri"/>
        </w:rPr>
      </w:pPr>
      <w:r w:rsidRPr="00E7698D">
        <w:rPr>
          <w:rFonts w:ascii="Calibri" w:hAnsi="Calibri" w:cs="Calibri"/>
        </w:rPr>
        <w:t>We are aware that our filtering and monitoring systems may not necessarily prevent inappropriate content from being shared in a live-streamed event as this is happening in real-time.</w:t>
      </w:r>
    </w:p>
    <w:p w14:paraId="5CB88800"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 </w:t>
      </w:r>
    </w:p>
    <w:p w14:paraId="2E46436A" w14:textId="77777777" w:rsidR="00E315D6" w:rsidRPr="00611144" w:rsidRDefault="00856015" w:rsidP="00483BF4">
      <w:pPr>
        <w:spacing w:after="0" w:line="264" w:lineRule="auto"/>
        <w:rPr>
          <w:rFonts w:ascii="Calibri" w:hAnsi="Calibri" w:cs="Calibri"/>
        </w:rPr>
      </w:pPr>
      <w:r w:rsidRPr="00611144">
        <w:rPr>
          <w:rFonts w:ascii="Calibri" w:hAnsi="Calibri" w:cs="Calibri"/>
          <w:b/>
        </w:rPr>
        <w:t>Using video calls for 1:1 sessions with children</w:t>
      </w:r>
    </w:p>
    <w:p w14:paraId="5895040F" w14:textId="77777777" w:rsidR="00E315D6" w:rsidRPr="00E7698D" w:rsidRDefault="00856015" w:rsidP="00C308E5">
      <w:pPr>
        <w:pStyle w:val="ListParagraph"/>
        <w:numPr>
          <w:ilvl w:val="0"/>
          <w:numId w:val="59"/>
        </w:numPr>
        <w:spacing w:after="0" w:line="264" w:lineRule="auto"/>
        <w:rPr>
          <w:rFonts w:ascii="Calibri" w:hAnsi="Calibri" w:cs="Calibri"/>
        </w:rPr>
      </w:pPr>
      <w:r w:rsidRPr="00E7698D">
        <w:rPr>
          <w:rFonts w:ascii="Calibri" w:hAnsi="Calibri" w:cs="Calibri"/>
        </w:rPr>
        <w:t>The school may consider using 1:1 video call sessions to support interventions with children such as mental health support or counselling.</w:t>
      </w:r>
    </w:p>
    <w:p w14:paraId="67C9A962" w14:textId="77777777" w:rsidR="00E315D6" w:rsidRPr="00E7698D" w:rsidRDefault="00856015" w:rsidP="00C308E5">
      <w:pPr>
        <w:pStyle w:val="ListParagraph"/>
        <w:numPr>
          <w:ilvl w:val="0"/>
          <w:numId w:val="59"/>
        </w:numPr>
        <w:spacing w:after="0" w:line="264" w:lineRule="auto"/>
        <w:rPr>
          <w:rFonts w:ascii="Calibri" w:hAnsi="Calibri" w:cs="Calibri"/>
        </w:rPr>
      </w:pPr>
      <w:r w:rsidRPr="00E7698D">
        <w:rPr>
          <w:rFonts w:ascii="Calibri" w:hAnsi="Calibri" w:cs="Calibri"/>
        </w:rPr>
        <w:t>These sessions will only be provided where they have been risk assessed and approved by SLT and parental consent given.</w:t>
      </w:r>
    </w:p>
    <w:p w14:paraId="3E74110F" w14:textId="77777777" w:rsidR="00E315D6" w:rsidRPr="00E7698D" w:rsidRDefault="00856015" w:rsidP="00C308E5">
      <w:pPr>
        <w:pStyle w:val="ListParagraph"/>
        <w:numPr>
          <w:ilvl w:val="0"/>
          <w:numId w:val="59"/>
        </w:numPr>
        <w:spacing w:after="0" w:line="264" w:lineRule="auto"/>
        <w:rPr>
          <w:rFonts w:ascii="Calibri" w:hAnsi="Calibri" w:cs="Calibri"/>
        </w:rPr>
      </w:pPr>
      <w:r w:rsidRPr="00E7698D">
        <w:rPr>
          <w:rFonts w:ascii="Calibri" w:hAnsi="Calibri" w:cs="Calibri"/>
        </w:rPr>
        <w:t>Where the communication with an individual child does not require the confidentiality of a counselling session, there will be two adults involved; this will provide a safeguard for the adults and the children.</w:t>
      </w:r>
    </w:p>
    <w:p w14:paraId="05BF3AFA" w14:textId="77777777" w:rsidR="00E315D6" w:rsidRPr="00E7698D" w:rsidRDefault="00856015" w:rsidP="00C308E5">
      <w:pPr>
        <w:pStyle w:val="ListParagraph"/>
        <w:numPr>
          <w:ilvl w:val="0"/>
          <w:numId w:val="59"/>
        </w:numPr>
        <w:spacing w:after="0" w:line="264" w:lineRule="auto"/>
        <w:rPr>
          <w:rFonts w:ascii="Calibri" w:hAnsi="Calibri" w:cs="Calibri"/>
        </w:rPr>
      </w:pPr>
      <w:r w:rsidRPr="00E7698D">
        <w:rPr>
          <w:rFonts w:ascii="Calibri" w:hAnsi="Calibri" w:cs="Calibri"/>
        </w:rPr>
        <w:t>These two adults will either be physically in the same room, with the second member of staff being referenced to the child so that they are aware, or, where staff are working remotely, they will both be within the virtual room of the meeting.</w:t>
      </w:r>
    </w:p>
    <w:p w14:paraId="14464A16" w14:textId="77777777" w:rsidR="00E315D6" w:rsidRPr="00E7698D" w:rsidRDefault="00856015" w:rsidP="00C308E5">
      <w:pPr>
        <w:pStyle w:val="ListParagraph"/>
        <w:numPr>
          <w:ilvl w:val="0"/>
          <w:numId w:val="59"/>
        </w:numPr>
        <w:spacing w:after="0" w:line="264" w:lineRule="auto"/>
        <w:rPr>
          <w:rFonts w:ascii="Calibri" w:hAnsi="Calibri" w:cs="Calibri"/>
        </w:rPr>
      </w:pPr>
      <w:r w:rsidRPr="00E7698D">
        <w:rPr>
          <w:rFonts w:ascii="Calibri" w:hAnsi="Calibri" w:cs="Calibri"/>
        </w:rPr>
        <w:t>In either case both adults will be present before the child is admitted to the online session.</w:t>
      </w:r>
    </w:p>
    <w:p w14:paraId="6794E97C" w14:textId="77777777" w:rsidR="00E315D6" w:rsidRPr="00611144" w:rsidRDefault="00E315D6" w:rsidP="00483BF4">
      <w:pPr>
        <w:spacing w:after="0" w:line="264" w:lineRule="auto"/>
        <w:rPr>
          <w:rFonts w:ascii="Calibri" w:hAnsi="Calibri" w:cs="Calibri"/>
        </w:rPr>
      </w:pPr>
    </w:p>
    <w:p w14:paraId="56CE1C6D"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9. Social Media</w:t>
      </w:r>
      <w:r w:rsidRPr="00E7698D">
        <w:rPr>
          <w:rFonts w:ascii="Calibri" w:hAnsi="Calibri" w:cs="Calibri"/>
          <w:b/>
          <w:i/>
          <w:sz w:val="32"/>
          <w:szCs w:val="32"/>
        </w:rPr>
        <w:t xml:space="preserve"> </w:t>
      </w:r>
    </w:p>
    <w:p w14:paraId="3C256E65" w14:textId="77777777" w:rsidR="00E315D6" w:rsidRPr="00E7698D" w:rsidRDefault="00E315D6" w:rsidP="00483BF4">
      <w:pPr>
        <w:spacing w:after="0" w:line="264" w:lineRule="auto"/>
        <w:rPr>
          <w:rFonts w:ascii="Calibri" w:hAnsi="Calibri" w:cs="Calibri"/>
          <w:sz w:val="32"/>
          <w:szCs w:val="32"/>
        </w:rPr>
      </w:pPr>
    </w:p>
    <w:p w14:paraId="0308E8A5"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lastRenderedPageBreak/>
        <w:t>9.1 Expectations</w:t>
      </w:r>
    </w:p>
    <w:p w14:paraId="07D1AE27" w14:textId="77777777" w:rsidR="00E315D6" w:rsidRPr="00E7698D" w:rsidRDefault="00856015" w:rsidP="00C308E5">
      <w:pPr>
        <w:pStyle w:val="ListParagraph"/>
        <w:numPr>
          <w:ilvl w:val="0"/>
          <w:numId w:val="60"/>
        </w:numPr>
        <w:spacing w:after="0" w:line="264" w:lineRule="auto"/>
        <w:rPr>
          <w:rFonts w:ascii="Calibri" w:hAnsi="Calibri" w:cs="Calibri"/>
        </w:rPr>
      </w:pPr>
      <w:r w:rsidRPr="00E7698D">
        <w:rPr>
          <w:rFonts w:ascii="Calibri" w:hAnsi="Calibri" w:cs="Calibri"/>
        </w:rPr>
        <w:t xml:space="preserve">The expectations’ regarding safe and responsible use of social media applies to all members of our community. </w:t>
      </w:r>
    </w:p>
    <w:p w14:paraId="1212C818" w14:textId="77777777" w:rsidR="00E315D6" w:rsidRPr="00E7698D" w:rsidRDefault="00856015" w:rsidP="00C308E5">
      <w:pPr>
        <w:pStyle w:val="ListParagraph"/>
        <w:numPr>
          <w:ilvl w:val="0"/>
          <w:numId w:val="60"/>
        </w:numPr>
        <w:spacing w:after="0" w:line="264" w:lineRule="auto"/>
        <w:rPr>
          <w:rFonts w:ascii="Calibri" w:hAnsi="Calibri" w:cs="Calibri"/>
        </w:rPr>
      </w:pPr>
      <w:r w:rsidRPr="00E7698D">
        <w:rPr>
          <w:rFonts w:ascii="Calibri" w:hAnsi="Calibri" w:cs="Calibri"/>
        </w:rPr>
        <w:t>The term social media may include (but is not limited to): blogs; wikis; social networking sites; forums; bulletin boards; online gaming; apps; video/photo sharing sites; chatrooms and instant messenger.</w:t>
      </w:r>
    </w:p>
    <w:p w14:paraId="7592F47B" w14:textId="77777777" w:rsidR="00E315D6" w:rsidRPr="00E7698D" w:rsidRDefault="00856015" w:rsidP="00C308E5">
      <w:pPr>
        <w:pStyle w:val="ListParagraph"/>
        <w:numPr>
          <w:ilvl w:val="0"/>
          <w:numId w:val="60"/>
        </w:numPr>
        <w:spacing w:after="0" w:line="264" w:lineRule="auto"/>
        <w:rPr>
          <w:rFonts w:ascii="Calibri" w:hAnsi="Calibri" w:cs="Calibri"/>
        </w:rPr>
      </w:pPr>
      <w:r w:rsidRPr="00E7698D">
        <w:rPr>
          <w:rFonts w:ascii="Calibri" w:hAnsi="Calibri" w:cs="Calibri"/>
        </w:rPr>
        <w:t>All members of our community are expected to engage in social media in a positive, safe and responsible manner.</w:t>
      </w:r>
    </w:p>
    <w:p w14:paraId="21BA1759" w14:textId="65164BB9" w:rsidR="00E315D6" w:rsidRPr="00E7698D" w:rsidRDefault="00856015" w:rsidP="00C308E5">
      <w:pPr>
        <w:pStyle w:val="ListParagraph"/>
        <w:numPr>
          <w:ilvl w:val="1"/>
          <w:numId w:val="60"/>
        </w:numPr>
        <w:spacing w:after="0" w:line="264" w:lineRule="auto"/>
        <w:rPr>
          <w:rFonts w:ascii="Calibri" w:hAnsi="Calibri" w:cs="Calibri"/>
        </w:rPr>
      </w:pPr>
      <w:r w:rsidRPr="00E7698D">
        <w:rPr>
          <w:rFonts w:ascii="Calibri" w:hAnsi="Calibri" w:cs="Calibri"/>
        </w:rPr>
        <w:t>All members of our community are advised not to publish specific and detailed private thoughts, concerns, pictures or messages on any social media services, especially content that may be considered threatening, hurtful or defamatory to others or that could damage the reputation of the school or individual within it.</w:t>
      </w:r>
    </w:p>
    <w:p w14:paraId="7B1E688D" w14:textId="77777777" w:rsidR="00E315D6" w:rsidRPr="00E7698D" w:rsidRDefault="00856015" w:rsidP="00C308E5">
      <w:pPr>
        <w:pStyle w:val="ListParagraph"/>
        <w:numPr>
          <w:ilvl w:val="0"/>
          <w:numId w:val="60"/>
        </w:numPr>
        <w:spacing w:after="0" w:line="264" w:lineRule="auto"/>
        <w:rPr>
          <w:rFonts w:ascii="Calibri" w:hAnsi="Calibri" w:cs="Calibri"/>
        </w:rPr>
      </w:pPr>
      <w:r w:rsidRPr="00E7698D">
        <w:rPr>
          <w:rFonts w:ascii="Calibri" w:hAnsi="Calibri" w:cs="Calibri"/>
        </w:rPr>
        <w:t xml:space="preserve">We will control learner and staff access to social media whilst using school provided devices and systems on site. </w:t>
      </w:r>
    </w:p>
    <w:p w14:paraId="589DE467" w14:textId="77777777" w:rsidR="00E315D6" w:rsidRPr="00E7698D" w:rsidRDefault="00856015" w:rsidP="00C308E5">
      <w:pPr>
        <w:pStyle w:val="ListParagraph"/>
        <w:numPr>
          <w:ilvl w:val="1"/>
          <w:numId w:val="60"/>
        </w:numPr>
        <w:spacing w:after="0" w:line="264" w:lineRule="auto"/>
        <w:rPr>
          <w:rFonts w:ascii="Calibri" w:hAnsi="Calibri" w:cs="Calibri"/>
        </w:rPr>
      </w:pPr>
      <w:r w:rsidRPr="00E7698D">
        <w:rPr>
          <w:rFonts w:ascii="Calibri" w:hAnsi="Calibri" w:cs="Calibri"/>
        </w:rPr>
        <w:t xml:space="preserve">The use of social media during school hours for personal use is not permitted. </w:t>
      </w:r>
    </w:p>
    <w:p w14:paraId="3C5034EF" w14:textId="77777777" w:rsidR="00E315D6" w:rsidRPr="00E7698D" w:rsidRDefault="00856015" w:rsidP="00C308E5">
      <w:pPr>
        <w:pStyle w:val="ListParagraph"/>
        <w:numPr>
          <w:ilvl w:val="1"/>
          <w:numId w:val="60"/>
        </w:numPr>
        <w:spacing w:after="0" w:line="264" w:lineRule="auto"/>
        <w:rPr>
          <w:rFonts w:ascii="Calibri" w:hAnsi="Calibri" w:cs="Calibri"/>
        </w:rPr>
      </w:pPr>
      <w:r w:rsidRPr="00E7698D">
        <w:rPr>
          <w:rFonts w:ascii="Calibri" w:hAnsi="Calibri" w:cs="Calibri"/>
        </w:rPr>
        <w:t>Inappropriate or excessive use of social media during school hours or whilst using school devices may result in disciplinary or legal action and/or removal of internet facilities.</w:t>
      </w:r>
    </w:p>
    <w:p w14:paraId="6C0B95C7" w14:textId="77777777" w:rsidR="00E315D6" w:rsidRPr="00E7698D" w:rsidRDefault="00856015" w:rsidP="00C308E5">
      <w:pPr>
        <w:pStyle w:val="ListParagraph"/>
        <w:numPr>
          <w:ilvl w:val="0"/>
          <w:numId w:val="60"/>
        </w:numPr>
        <w:spacing w:after="0" w:line="264" w:lineRule="auto"/>
        <w:rPr>
          <w:rFonts w:ascii="Calibri" w:hAnsi="Calibri" w:cs="Calibri"/>
        </w:rPr>
      </w:pPr>
      <w:r w:rsidRPr="00E7698D">
        <w:rPr>
          <w:rFonts w:ascii="Calibri" w:hAnsi="Calibri" w:cs="Calibri"/>
        </w:rPr>
        <w:t xml:space="preserve">Concerns regarding the online conduct of any member of our community on social media, should be reported to the DSL (or deputy) and will be managed in accordance with our anti-bullying, allegations against staff, behaviour and child protection policies. </w:t>
      </w:r>
    </w:p>
    <w:p w14:paraId="137DF526" w14:textId="77777777" w:rsidR="00E315D6" w:rsidRPr="00611144" w:rsidRDefault="00E315D6" w:rsidP="00483BF4">
      <w:pPr>
        <w:spacing w:after="0" w:line="264" w:lineRule="auto"/>
        <w:rPr>
          <w:rFonts w:ascii="Calibri" w:hAnsi="Calibri" w:cs="Calibri"/>
        </w:rPr>
      </w:pPr>
    </w:p>
    <w:p w14:paraId="62325E09" w14:textId="77777777" w:rsidR="00E315D6" w:rsidRPr="00E7698D" w:rsidRDefault="00856015" w:rsidP="00483BF4">
      <w:pPr>
        <w:spacing w:after="0" w:line="264" w:lineRule="auto"/>
        <w:rPr>
          <w:rFonts w:ascii="Calibri" w:hAnsi="Calibri" w:cs="Calibri"/>
          <w:sz w:val="32"/>
          <w:szCs w:val="32"/>
        </w:rPr>
      </w:pPr>
      <w:r w:rsidRPr="00E7698D">
        <w:rPr>
          <w:rFonts w:ascii="Calibri" w:hAnsi="Calibri" w:cs="Calibri"/>
          <w:b/>
          <w:sz w:val="32"/>
          <w:szCs w:val="32"/>
        </w:rPr>
        <w:t>9.2 Staff Personal Use of Social Media</w:t>
      </w:r>
    </w:p>
    <w:p w14:paraId="414E780E" w14:textId="77777777" w:rsidR="00E315D6" w:rsidRPr="00E7698D" w:rsidRDefault="00856015" w:rsidP="00C308E5">
      <w:pPr>
        <w:pStyle w:val="ListParagraph"/>
        <w:numPr>
          <w:ilvl w:val="0"/>
          <w:numId w:val="61"/>
        </w:numPr>
        <w:spacing w:after="0" w:line="264" w:lineRule="auto"/>
        <w:rPr>
          <w:rFonts w:ascii="Calibri" w:hAnsi="Calibri" w:cs="Calibri"/>
        </w:rPr>
      </w:pPr>
      <w:r w:rsidRPr="00E7698D">
        <w:rPr>
          <w:rFonts w:ascii="Calibri" w:hAnsi="Calibri" w:cs="Calibri"/>
        </w:rPr>
        <w:t xml:space="preserve">The safe and responsible use of social networking, social media and personal publishing sites will be discussed with all members of staff as part of staff induction and will be revisited and communicated via regular staff training opportunities. </w:t>
      </w:r>
    </w:p>
    <w:p w14:paraId="7A60836E" w14:textId="77777777" w:rsidR="00E315D6" w:rsidRPr="00E7698D" w:rsidRDefault="00856015" w:rsidP="00C308E5">
      <w:pPr>
        <w:pStyle w:val="ListParagraph"/>
        <w:numPr>
          <w:ilvl w:val="0"/>
          <w:numId w:val="61"/>
        </w:numPr>
        <w:spacing w:after="0" w:line="264" w:lineRule="auto"/>
        <w:rPr>
          <w:rFonts w:ascii="Calibri" w:hAnsi="Calibri" w:cs="Calibri"/>
        </w:rPr>
      </w:pPr>
      <w:r w:rsidRPr="00E7698D">
        <w:rPr>
          <w:rFonts w:ascii="Calibri" w:hAnsi="Calibri" w:cs="Calibri"/>
        </w:rPr>
        <w:t>Safe and professional behaviour will be outlined for all members of staff (including volunteers) as part of our Code of Conduct/ Staff behaviour policy as part of Acceptable Use Policy.</w:t>
      </w:r>
    </w:p>
    <w:p w14:paraId="639F04B3" w14:textId="77777777" w:rsidR="00E315D6" w:rsidRPr="00611144" w:rsidRDefault="00E315D6" w:rsidP="00483BF4">
      <w:pPr>
        <w:spacing w:after="0" w:line="264" w:lineRule="auto"/>
        <w:rPr>
          <w:rFonts w:ascii="Calibri" w:hAnsi="Calibri" w:cs="Calibri"/>
        </w:rPr>
      </w:pPr>
    </w:p>
    <w:p w14:paraId="66843D0A" w14:textId="77777777" w:rsidR="00E315D6" w:rsidRPr="00611144" w:rsidRDefault="00856015" w:rsidP="00483BF4">
      <w:pPr>
        <w:spacing w:after="0" w:line="264" w:lineRule="auto"/>
        <w:rPr>
          <w:rFonts w:ascii="Calibri" w:hAnsi="Calibri" w:cs="Calibri"/>
        </w:rPr>
      </w:pPr>
      <w:r w:rsidRPr="00611144">
        <w:rPr>
          <w:rFonts w:ascii="Calibri" w:hAnsi="Calibri" w:cs="Calibri"/>
          <w:i/>
        </w:rPr>
        <w:t>Reputation</w:t>
      </w:r>
    </w:p>
    <w:p w14:paraId="7A2685B1"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 xml:space="preserve">All members of staff are advised that their online conduct on social media can have an impact on their role and reputation within the setting. </w:t>
      </w:r>
    </w:p>
    <w:p w14:paraId="32E3C812"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Civil, legal or disciplinary action may be taken if staff are found to bring the profession or institution into disrepute, or if something is felt to have undermined confidence in their professional abilities.</w:t>
      </w:r>
    </w:p>
    <w:p w14:paraId="677F1C40"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All members of staff are advised to safeguard themselves and their privacy when using social media sites. Advice will be provided to staff via staff training and by sharing appropriate guidance and resources on a regular basis. This will include (but is not limited to):</w:t>
      </w:r>
    </w:p>
    <w:p w14:paraId="126BA88E"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Setting the privacy levels of their personal sites.</w:t>
      </w:r>
    </w:p>
    <w:p w14:paraId="472E193E"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Being aware of location sharing services.</w:t>
      </w:r>
    </w:p>
    <w:p w14:paraId="4E8B2834"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lastRenderedPageBreak/>
        <w:t>Opting out of public listings on social networking sites.</w:t>
      </w:r>
    </w:p>
    <w:p w14:paraId="4B923412"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 xml:space="preserve">Logging out of accounts after use. </w:t>
      </w:r>
    </w:p>
    <w:p w14:paraId="42E486EF"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Keeping passwords safe and confidential and using two factor authentication wherever possible.</w:t>
      </w:r>
    </w:p>
    <w:p w14:paraId="541943FB"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 xml:space="preserve">Ensuring staff do not represent their personal views as that of the setting. </w:t>
      </w:r>
    </w:p>
    <w:p w14:paraId="6851E71F"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Members of staff are encouraged not to identify themselves as employees of our setting on their personal social networking accounts; this is to prevent information on these sites from being linked with the setting, and to safeguard the privacy of staff members.</w:t>
      </w:r>
    </w:p>
    <w:p w14:paraId="291C8287"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All members of staff are encouraged to carefully consider the information, including text and images, they share and post online and to ensure that their social media use is compatible with their professional role and is in accordance our policies and the wider professional and legal framework.</w:t>
      </w:r>
    </w:p>
    <w:p w14:paraId="45C84EF5"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 xml:space="preserve">Information and content that staff members have access to as part of their employment, including photos and personal information about learners and their family members or colleagues will not be shared or discussed on social media sites. </w:t>
      </w:r>
    </w:p>
    <w:p w14:paraId="3089E5A5" w14:textId="77777777" w:rsidR="00E315D6" w:rsidRPr="00E7698D" w:rsidRDefault="00856015" w:rsidP="00C308E5">
      <w:pPr>
        <w:pStyle w:val="ListParagraph"/>
        <w:numPr>
          <w:ilvl w:val="0"/>
          <w:numId w:val="62"/>
        </w:numPr>
        <w:spacing w:after="0" w:line="264" w:lineRule="auto"/>
        <w:rPr>
          <w:rFonts w:ascii="Calibri" w:hAnsi="Calibri" w:cs="Calibri"/>
        </w:rPr>
      </w:pPr>
      <w:r w:rsidRPr="00E7698D">
        <w:rPr>
          <w:rFonts w:ascii="Calibri" w:hAnsi="Calibri" w:cs="Calibri"/>
        </w:rPr>
        <w:t>Members of staff will notify the Leadership Team immediately if they consider that any content shared on social media sites conflicts with their role.</w:t>
      </w:r>
    </w:p>
    <w:p w14:paraId="353BC036" w14:textId="77777777" w:rsidR="00E315D6" w:rsidRPr="00611144" w:rsidRDefault="00E315D6" w:rsidP="00483BF4">
      <w:pPr>
        <w:spacing w:after="0" w:line="264" w:lineRule="auto"/>
        <w:rPr>
          <w:rFonts w:ascii="Calibri" w:hAnsi="Calibri" w:cs="Calibri"/>
        </w:rPr>
      </w:pPr>
    </w:p>
    <w:p w14:paraId="5049A637" w14:textId="77777777" w:rsidR="00E315D6" w:rsidRPr="00611144" w:rsidRDefault="00856015" w:rsidP="00483BF4">
      <w:pPr>
        <w:spacing w:after="0" w:line="264" w:lineRule="auto"/>
        <w:rPr>
          <w:rFonts w:ascii="Calibri" w:hAnsi="Calibri" w:cs="Calibri"/>
        </w:rPr>
      </w:pPr>
      <w:r w:rsidRPr="00611144">
        <w:rPr>
          <w:rFonts w:ascii="Calibri" w:hAnsi="Calibri" w:cs="Calibri"/>
          <w:i/>
        </w:rPr>
        <w:t>Communicating with learners and parents and carers</w:t>
      </w:r>
    </w:p>
    <w:p w14:paraId="347A7A93" w14:textId="77777777" w:rsidR="00E315D6" w:rsidRPr="00611144" w:rsidRDefault="00E315D6" w:rsidP="00483BF4">
      <w:pPr>
        <w:spacing w:after="0" w:line="264" w:lineRule="auto"/>
        <w:rPr>
          <w:rFonts w:ascii="Calibri" w:hAnsi="Calibri" w:cs="Calibri"/>
        </w:rPr>
      </w:pPr>
    </w:p>
    <w:p w14:paraId="59BD3723" w14:textId="77777777" w:rsidR="00E315D6" w:rsidRPr="00DA7FEE" w:rsidRDefault="00856015" w:rsidP="00C308E5">
      <w:pPr>
        <w:pStyle w:val="ListParagraph"/>
        <w:numPr>
          <w:ilvl w:val="0"/>
          <w:numId w:val="63"/>
        </w:numPr>
        <w:spacing w:after="0" w:line="264" w:lineRule="auto"/>
        <w:rPr>
          <w:rFonts w:ascii="Calibri" w:hAnsi="Calibri" w:cs="Calibri"/>
        </w:rPr>
      </w:pPr>
      <w:r w:rsidRPr="00DA7FEE">
        <w:rPr>
          <w:rFonts w:ascii="Calibri" w:hAnsi="Calibri" w:cs="Calibri"/>
        </w:rPr>
        <w:t>Communication with children both in the ‘real’ world and through web based and telecommunication interactions should take place within explicit professional boundaries. This includes the use of computers, tablets, phones, texts, e-mails, instant messages, social media such as Facebook and Twitter, chat rooms, forums, blogs, websites, gaming sites, digital cameras, videos, web cams and other hand-held devices. (Given the ever-changing world of technology it should be noted that this list gives examples only and is not exhaustive.) Staff should not request or respond to any personal information from children. They should ensure that their communications are open and transparent and avoid any communication which could be interpreted as ‘grooming behaviour’.</w:t>
      </w:r>
    </w:p>
    <w:p w14:paraId="4AF91C78" w14:textId="77777777" w:rsidR="00E315D6" w:rsidRPr="00DA7FEE" w:rsidRDefault="00856015" w:rsidP="00C308E5">
      <w:pPr>
        <w:pStyle w:val="ListParagraph"/>
        <w:numPr>
          <w:ilvl w:val="0"/>
          <w:numId w:val="63"/>
        </w:numPr>
        <w:spacing w:after="0" w:line="264" w:lineRule="auto"/>
        <w:rPr>
          <w:rFonts w:ascii="Calibri" w:hAnsi="Calibri" w:cs="Calibri"/>
        </w:rPr>
      </w:pPr>
      <w:r w:rsidRPr="00DA7FEE">
        <w:rPr>
          <w:rFonts w:ascii="Calibri" w:hAnsi="Calibri" w:cs="Calibri"/>
        </w:rPr>
        <w:t>Staff should not give out any personal contact details.</w:t>
      </w:r>
    </w:p>
    <w:p w14:paraId="51C610DE" w14:textId="77777777" w:rsidR="00E315D6" w:rsidRPr="00DA7FEE" w:rsidRDefault="00856015" w:rsidP="00C308E5">
      <w:pPr>
        <w:pStyle w:val="ListParagraph"/>
        <w:numPr>
          <w:ilvl w:val="0"/>
          <w:numId w:val="63"/>
        </w:numPr>
        <w:spacing w:after="0" w:line="264" w:lineRule="auto"/>
        <w:rPr>
          <w:rFonts w:ascii="Calibri" w:hAnsi="Calibri" w:cs="Calibri"/>
        </w:rPr>
      </w:pPr>
      <w:r w:rsidRPr="00DA7FEE">
        <w:rPr>
          <w:rFonts w:ascii="Calibri" w:hAnsi="Calibri" w:cs="Calibri"/>
        </w:rPr>
        <w:t xml:space="preserve">On school trips, staff should have a school mobile phone rather than having to rely on their own device. </w:t>
      </w:r>
    </w:p>
    <w:p w14:paraId="3681F65B" w14:textId="77777777" w:rsidR="00E315D6" w:rsidRPr="00DA7FEE" w:rsidRDefault="00856015" w:rsidP="00C308E5">
      <w:pPr>
        <w:pStyle w:val="ListParagraph"/>
        <w:numPr>
          <w:ilvl w:val="0"/>
          <w:numId w:val="63"/>
        </w:numPr>
        <w:spacing w:after="0" w:line="264" w:lineRule="auto"/>
        <w:rPr>
          <w:rFonts w:ascii="Calibri" w:hAnsi="Calibri" w:cs="Calibri"/>
        </w:rPr>
      </w:pPr>
      <w:r w:rsidRPr="00DA7FEE">
        <w:rPr>
          <w:rFonts w:ascii="Calibri" w:hAnsi="Calibri" w:cs="Calibri"/>
        </w:rPr>
        <w:t xml:space="preserve">Staff should not accept friend requests from pupils, past or present. If a member of staff feels that this is necessary, they should first seek guidance from the DSL or a senior leader. If ongoing contact with learners is required once they have left the setting, members of staff will be expected to use existing alumni networks or use official setting provided communication tools.  Any pre-existing relationships or exceptions that may compromise this, will be discussed with DSL (or deputies) and/or the headteacher.  (see </w:t>
      </w:r>
      <w:r w:rsidRPr="00DA7FEE">
        <w:rPr>
          <w:rFonts w:ascii="Calibri" w:hAnsi="Calibri" w:cs="Calibri"/>
          <w:i/>
        </w:rPr>
        <w:t>Staff Code of Conduct for further information</w:t>
      </w:r>
      <w:r w:rsidRPr="00DA7FEE">
        <w:rPr>
          <w:rFonts w:ascii="Calibri" w:hAnsi="Calibri" w:cs="Calibri"/>
        </w:rPr>
        <w:t>)</w:t>
      </w:r>
    </w:p>
    <w:p w14:paraId="32D4D581" w14:textId="77777777" w:rsidR="00E315D6" w:rsidRPr="00DA7FEE" w:rsidRDefault="00856015" w:rsidP="00C308E5">
      <w:pPr>
        <w:pStyle w:val="ListParagraph"/>
        <w:numPr>
          <w:ilvl w:val="0"/>
          <w:numId w:val="63"/>
        </w:numPr>
        <w:spacing w:after="0" w:line="264" w:lineRule="auto"/>
        <w:rPr>
          <w:rFonts w:ascii="Calibri" w:hAnsi="Calibri" w:cs="Calibri"/>
        </w:rPr>
      </w:pPr>
      <w:r w:rsidRPr="00DA7FEE">
        <w:rPr>
          <w:rFonts w:ascii="Calibri" w:hAnsi="Calibri" w:cs="Calibri"/>
        </w:rPr>
        <w:t xml:space="preserve">Staff will not use personal social media accounts to contact learners or parents, nor should any contact be accepted, except in circumstances whereby prior approval has been given by the headteacher/manager. </w:t>
      </w:r>
    </w:p>
    <w:p w14:paraId="2A0F848A" w14:textId="77777777" w:rsidR="00E315D6" w:rsidRPr="00DA7FEE" w:rsidRDefault="00856015" w:rsidP="00C308E5">
      <w:pPr>
        <w:pStyle w:val="ListParagraph"/>
        <w:numPr>
          <w:ilvl w:val="0"/>
          <w:numId w:val="63"/>
        </w:numPr>
        <w:spacing w:after="0" w:line="264" w:lineRule="auto"/>
        <w:rPr>
          <w:rFonts w:ascii="Calibri" w:hAnsi="Calibri" w:cs="Calibri"/>
        </w:rPr>
      </w:pPr>
      <w:r w:rsidRPr="00DA7FEE">
        <w:rPr>
          <w:rFonts w:ascii="Calibri" w:hAnsi="Calibri" w:cs="Calibri"/>
        </w:rPr>
        <w:lastRenderedPageBreak/>
        <w:t xml:space="preserve">Any communication from learners and parents received on personal social media accounts will be reported to the DSL (or deputies).  </w:t>
      </w:r>
    </w:p>
    <w:p w14:paraId="305C7155" w14:textId="77777777" w:rsidR="00E315D6" w:rsidRPr="00611144" w:rsidRDefault="00E315D6" w:rsidP="00483BF4">
      <w:pPr>
        <w:spacing w:after="0" w:line="264" w:lineRule="auto"/>
        <w:rPr>
          <w:rFonts w:ascii="Calibri" w:hAnsi="Calibri" w:cs="Calibri"/>
        </w:rPr>
      </w:pPr>
    </w:p>
    <w:p w14:paraId="6574A37E" w14:textId="77777777" w:rsidR="00E315D6" w:rsidRPr="00DA7FEE" w:rsidRDefault="00856015" w:rsidP="00483BF4">
      <w:pPr>
        <w:spacing w:after="0" w:line="264" w:lineRule="auto"/>
        <w:rPr>
          <w:rFonts w:ascii="Calibri" w:hAnsi="Calibri" w:cs="Calibri"/>
          <w:sz w:val="32"/>
          <w:szCs w:val="32"/>
        </w:rPr>
      </w:pPr>
      <w:r w:rsidRPr="00DA7FEE">
        <w:rPr>
          <w:rFonts w:ascii="Calibri" w:hAnsi="Calibri" w:cs="Calibri"/>
          <w:b/>
          <w:sz w:val="32"/>
          <w:szCs w:val="32"/>
        </w:rPr>
        <w:t>9.3 Learners’ Personal Use of Social Media</w:t>
      </w:r>
    </w:p>
    <w:p w14:paraId="46B0FBE7" w14:textId="77777777" w:rsidR="00E315D6" w:rsidRPr="00C360C3" w:rsidRDefault="00856015" w:rsidP="00C308E5">
      <w:pPr>
        <w:pStyle w:val="ListParagraph"/>
        <w:numPr>
          <w:ilvl w:val="0"/>
          <w:numId w:val="64"/>
        </w:numPr>
        <w:spacing w:after="0" w:line="264" w:lineRule="auto"/>
        <w:rPr>
          <w:rFonts w:ascii="Calibri" w:hAnsi="Calibri" w:cs="Calibri"/>
        </w:rPr>
      </w:pPr>
      <w:r w:rsidRPr="00C360C3">
        <w:rPr>
          <w:rFonts w:ascii="Calibri" w:hAnsi="Calibri" w:cs="Calibri"/>
        </w:rPr>
        <w:t>Safe and appropriate use of social media will be taught to learners as part of an embedded and progressive education approach, via age appropriate sites and resources.</w:t>
      </w:r>
    </w:p>
    <w:p w14:paraId="0EBCB2AD" w14:textId="77777777" w:rsidR="00E315D6" w:rsidRPr="00C360C3" w:rsidRDefault="00856015" w:rsidP="00C308E5">
      <w:pPr>
        <w:pStyle w:val="ListParagraph"/>
        <w:numPr>
          <w:ilvl w:val="0"/>
          <w:numId w:val="64"/>
        </w:numPr>
        <w:spacing w:after="0" w:line="264" w:lineRule="auto"/>
        <w:rPr>
          <w:rFonts w:ascii="Calibri" w:hAnsi="Calibri" w:cs="Calibri"/>
        </w:rPr>
      </w:pPr>
      <w:r w:rsidRPr="00C360C3">
        <w:rPr>
          <w:rFonts w:ascii="Calibri" w:hAnsi="Calibri" w:cs="Calibri"/>
        </w:rPr>
        <w:t xml:space="preserve">We are aware that many popular social media sites state that they are not for children under the age of 13 (or 16 for WhatsApp), therefore we will not create accounts specifically for learners under this age. </w:t>
      </w:r>
    </w:p>
    <w:p w14:paraId="781F3D95" w14:textId="77777777" w:rsidR="00E315D6" w:rsidRPr="00C360C3" w:rsidRDefault="00856015" w:rsidP="00C308E5">
      <w:pPr>
        <w:pStyle w:val="ListParagraph"/>
        <w:numPr>
          <w:ilvl w:val="0"/>
          <w:numId w:val="64"/>
        </w:numPr>
        <w:spacing w:after="0" w:line="264" w:lineRule="auto"/>
        <w:rPr>
          <w:rFonts w:ascii="Calibri" w:hAnsi="Calibri" w:cs="Calibri"/>
        </w:rPr>
      </w:pPr>
      <w:r w:rsidRPr="00C360C3">
        <w:rPr>
          <w:rFonts w:ascii="Calibri" w:hAnsi="Calibri" w:cs="Calibri"/>
        </w:rPr>
        <w:t>Any concerns regarding learners use of social media will be dealt with in accordance with existing policies, including anti-bullying, behaviour and Acceptable Use Policies.</w:t>
      </w:r>
    </w:p>
    <w:p w14:paraId="618A79CF" w14:textId="77777777" w:rsidR="00E315D6" w:rsidRPr="00C360C3" w:rsidRDefault="00856015" w:rsidP="00C308E5">
      <w:pPr>
        <w:pStyle w:val="ListParagraph"/>
        <w:numPr>
          <w:ilvl w:val="1"/>
          <w:numId w:val="64"/>
        </w:numPr>
        <w:spacing w:after="0" w:line="264" w:lineRule="auto"/>
        <w:rPr>
          <w:rFonts w:ascii="Calibri" w:hAnsi="Calibri" w:cs="Calibri"/>
        </w:rPr>
      </w:pPr>
      <w:r w:rsidRPr="00C360C3">
        <w:rPr>
          <w:rFonts w:ascii="Calibri" w:hAnsi="Calibri" w:cs="Calibri"/>
        </w:rPr>
        <w:t>Concerns will be shared with parents/carers as appropriate, particularly when concerning underage use of social media sites, games or tools and the sharing of inappropriate images or messages that may be considered threatening, hurtful or defamatory to others.</w:t>
      </w:r>
    </w:p>
    <w:p w14:paraId="186FDDA2" w14:textId="77777777" w:rsidR="00E315D6" w:rsidRPr="00897E34" w:rsidRDefault="00856015" w:rsidP="00C308E5">
      <w:pPr>
        <w:pStyle w:val="ListParagraph"/>
        <w:numPr>
          <w:ilvl w:val="0"/>
          <w:numId w:val="65"/>
        </w:numPr>
        <w:spacing w:after="0" w:line="264" w:lineRule="auto"/>
        <w:rPr>
          <w:rFonts w:ascii="Calibri" w:hAnsi="Calibri" w:cs="Calibri"/>
        </w:rPr>
      </w:pPr>
      <w:r w:rsidRPr="00897E34">
        <w:rPr>
          <w:rFonts w:ascii="Calibri" w:hAnsi="Calibri" w:cs="Calibri"/>
        </w:rPr>
        <w:t>Learners will be advised:</w:t>
      </w:r>
    </w:p>
    <w:p w14:paraId="169644C1"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 xml:space="preserve">To consider the benefits and risks of sharing personal details on social media sites which could identify them and/or their location. </w:t>
      </w:r>
    </w:p>
    <w:p w14:paraId="1DD85CBC"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 xml:space="preserve">To only approve and invite known friends on social media sites and to deny access to others by making profiles private. </w:t>
      </w:r>
    </w:p>
    <w:p w14:paraId="106A49C1"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Not to meet any online friends without a parent/carer or other responsible adult’s permission and only when a trusted adult is present.</w:t>
      </w:r>
    </w:p>
    <w:p w14:paraId="589C2018"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To use safe passwords and two factor authentication where possible.</w:t>
      </w:r>
    </w:p>
    <w:p w14:paraId="78880E49"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 xml:space="preserve">To use social media sites which are appropriate for their age and abilities. </w:t>
      </w:r>
    </w:p>
    <w:p w14:paraId="1698F0FF"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How to block and report unwanted communications.</w:t>
      </w:r>
    </w:p>
    <w:p w14:paraId="04621E76"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 xml:space="preserve">How to report concerns both within the setting and externally. </w:t>
      </w:r>
    </w:p>
    <w:p w14:paraId="433754B5" w14:textId="77777777" w:rsidR="00E315D6" w:rsidRPr="00897E34" w:rsidRDefault="00856015" w:rsidP="00C308E5">
      <w:pPr>
        <w:pStyle w:val="ListParagraph"/>
        <w:numPr>
          <w:ilvl w:val="1"/>
          <w:numId w:val="65"/>
        </w:numPr>
        <w:spacing w:after="0" w:line="264" w:lineRule="auto"/>
        <w:rPr>
          <w:rFonts w:ascii="Calibri" w:hAnsi="Calibri" w:cs="Calibri"/>
        </w:rPr>
      </w:pPr>
      <w:r w:rsidRPr="00897E34">
        <w:rPr>
          <w:rFonts w:ascii="Calibri" w:hAnsi="Calibri" w:cs="Calibri"/>
        </w:rPr>
        <w:t>To remove a social media conversation thread if they are the administrator of such a thread that may have been used in an inappropriate way such as with threatening, hurtful or defamatory content.</w:t>
      </w:r>
    </w:p>
    <w:p w14:paraId="3CB9744D" w14:textId="77777777" w:rsidR="00E315D6" w:rsidRPr="00611144" w:rsidRDefault="00E315D6" w:rsidP="00483BF4">
      <w:pPr>
        <w:spacing w:after="0" w:line="264" w:lineRule="auto"/>
        <w:rPr>
          <w:rFonts w:ascii="Calibri" w:hAnsi="Calibri" w:cs="Calibri"/>
        </w:rPr>
      </w:pPr>
    </w:p>
    <w:p w14:paraId="31AF91EE" w14:textId="77777777" w:rsidR="00E315D6" w:rsidRPr="00897E34" w:rsidRDefault="00856015" w:rsidP="00483BF4">
      <w:pPr>
        <w:spacing w:after="0" w:line="264" w:lineRule="auto"/>
        <w:rPr>
          <w:rFonts w:ascii="Calibri" w:hAnsi="Calibri" w:cs="Calibri"/>
          <w:sz w:val="32"/>
          <w:szCs w:val="32"/>
        </w:rPr>
      </w:pPr>
      <w:r w:rsidRPr="00897E34">
        <w:rPr>
          <w:rFonts w:ascii="Calibri" w:hAnsi="Calibri" w:cs="Calibri"/>
          <w:b/>
          <w:sz w:val="32"/>
          <w:szCs w:val="32"/>
        </w:rPr>
        <w:t>9.4 Official Use of Social Media</w:t>
      </w:r>
      <w:r w:rsidRPr="00897E34">
        <w:rPr>
          <w:rFonts w:ascii="Calibri" w:hAnsi="Calibri" w:cs="Calibri"/>
          <w:b/>
          <w:i/>
          <w:sz w:val="32"/>
          <w:szCs w:val="32"/>
        </w:rPr>
        <w:t xml:space="preserve"> </w:t>
      </w:r>
    </w:p>
    <w:p w14:paraId="377E16C7"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 xml:space="preserve">Little Common School official social media channels are: </w:t>
      </w:r>
    </w:p>
    <w:p w14:paraId="7B3C966C"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The official use of social media sites only takes place with clear educational or community engagement objectives, with specific intended outcomes.</w:t>
      </w:r>
    </w:p>
    <w:p w14:paraId="5E63AE09" w14:textId="77777777" w:rsidR="00E315D6" w:rsidRPr="007B4085" w:rsidRDefault="00856015" w:rsidP="00C308E5">
      <w:pPr>
        <w:pStyle w:val="ListParagraph"/>
        <w:numPr>
          <w:ilvl w:val="1"/>
          <w:numId w:val="66"/>
        </w:numPr>
        <w:spacing w:after="0" w:line="264" w:lineRule="auto"/>
        <w:rPr>
          <w:rFonts w:ascii="Calibri" w:hAnsi="Calibri" w:cs="Calibri"/>
        </w:rPr>
      </w:pPr>
      <w:r w:rsidRPr="007B4085">
        <w:rPr>
          <w:rFonts w:ascii="Calibri" w:hAnsi="Calibri" w:cs="Calibri"/>
        </w:rPr>
        <w:t xml:space="preserve">The official use of social media as a communication tool has been formally risk assessed and approved by the headteacher. </w:t>
      </w:r>
    </w:p>
    <w:p w14:paraId="31187267" w14:textId="77777777" w:rsidR="00E315D6" w:rsidRPr="007B4085" w:rsidRDefault="00856015" w:rsidP="00C308E5">
      <w:pPr>
        <w:pStyle w:val="ListParagraph"/>
        <w:numPr>
          <w:ilvl w:val="1"/>
          <w:numId w:val="66"/>
        </w:numPr>
        <w:spacing w:after="0" w:line="264" w:lineRule="auto"/>
        <w:rPr>
          <w:rFonts w:ascii="Calibri" w:hAnsi="Calibri" w:cs="Calibri"/>
        </w:rPr>
      </w:pPr>
      <w:r w:rsidRPr="007B4085">
        <w:rPr>
          <w:rFonts w:ascii="Calibri" w:hAnsi="Calibri" w:cs="Calibri"/>
        </w:rPr>
        <w:t>Leadership staff have access to account information and login details for our social media channels, in case of emergency, such as staff absence.</w:t>
      </w:r>
    </w:p>
    <w:p w14:paraId="11E998CF"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 xml:space="preserve">Official social media channels have been set up as distinct and dedicated social media sites or accounts for educational or engagement purposes only. </w:t>
      </w:r>
    </w:p>
    <w:p w14:paraId="49980A4D" w14:textId="77777777" w:rsidR="00E315D6" w:rsidRPr="007B4085" w:rsidRDefault="00856015" w:rsidP="00C308E5">
      <w:pPr>
        <w:pStyle w:val="ListParagraph"/>
        <w:numPr>
          <w:ilvl w:val="1"/>
          <w:numId w:val="66"/>
        </w:numPr>
        <w:spacing w:after="0" w:line="264" w:lineRule="auto"/>
        <w:rPr>
          <w:rFonts w:ascii="Calibri" w:hAnsi="Calibri" w:cs="Calibri"/>
        </w:rPr>
      </w:pPr>
      <w:r w:rsidRPr="007B4085">
        <w:rPr>
          <w:rFonts w:ascii="Calibri" w:hAnsi="Calibri" w:cs="Calibri"/>
        </w:rPr>
        <w:t xml:space="preserve">Staff use setting provided email addresses to register for and manage any official social media channels. </w:t>
      </w:r>
    </w:p>
    <w:p w14:paraId="68D0024A" w14:textId="77777777" w:rsidR="00E315D6" w:rsidRPr="002677B1" w:rsidRDefault="00856015" w:rsidP="00C308E5">
      <w:pPr>
        <w:pStyle w:val="ListParagraph"/>
        <w:numPr>
          <w:ilvl w:val="1"/>
          <w:numId w:val="66"/>
        </w:numPr>
        <w:spacing w:after="0" w:line="264" w:lineRule="auto"/>
        <w:rPr>
          <w:rFonts w:ascii="Calibri" w:hAnsi="Calibri" w:cs="Calibri"/>
        </w:rPr>
      </w:pPr>
      <w:r w:rsidRPr="002677B1">
        <w:rPr>
          <w:rFonts w:ascii="Calibri" w:hAnsi="Calibri" w:cs="Calibri"/>
        </w:rPr>
        <w:lastRenderedPageBreak/>
        <w:t xml:space="preserve">Official social media sites are suitably protected and, where possible, are linked </w:t>
      </w:r>
      <w:r w:rsidRPr="002677B1">
        <w:rPr>
          <w:rFonts w:ascii="Calibri" w:hAnsi="Calibri" w:cs="Calibri"/>
          <w:i/>
        </w:rPr>
        <w:t>to/from</w:t>
      </w:r>
      <w:r w:rsidRPr="002677B1">
        <w:rPr>
          <w:rFonts w:ascii="Calibri" w:hAnsi="Calibri" w:cs="Calibri"/>
        </w:rPr>
        <w:t xml:space="preserve"> our website.</w:t>
      </w:r>
    </w:p>
    <w:p w14:paraId="0EF4B451" w14:textId="77777777" w:rsidR="00E315D6" w:rsidRPr="007B4085" w:rsidRDefault="00856015" w:rsidP="00C308E5">
      <w:pPr>
        <w:pStyle w:val="ListParagraph"/>
        <w:numPr>
          <w:ilvl w:val="1"/>
          <w:numId w:val="66"/>
        </w:numPr>
        <w:spacing w:after="0" w:line="264" w:lineRule="auto"/>
        <w:rPr>
          <w:rFonts w:ascii="Calibri" w:hAnsi="Calibri" w:cs="Calibri"/>
        </w:rPr>
      </w:pPr>
      <w:r w:rsidRPr="007B4085">
        <w:rPr>
          <w:rFonts w:ascii="Calibri" w:hAnsi="Calibri" w:cs="Calibri"/>
        </w:rPr>
        <w:t>Public communications on behalf of the setting will, where appropriate and possible, be read and agreed by at least one other colleague.</w:t>
      </w:r>
    </w:p>
    <w:p w14:paraId="5CB63C53"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Official social media use will be conducted in line with existing policies, including anti-bullying, image/camera use, data protection, confidentiality and child protection.</w:t>
      </w:r>
    </w:p>
    <w:p w14:paraId="56351F22" w14:textId="77777777" w:rsidR="00E315D6" w:rsidRPr="007B4085" w:rsidRDefault="00856015" w:rsidP="00C308E5">
      <w:pPr>
        <w:pStyle w:val="ListParagraph"/>
        <w:numPr>
          <w:ilvl w:val="1"/>
          <w:numId w:val="66"/>
        </w:numPr>
        <w:spacing w:after="0" w:line="264" w:lineRule="auto"/>
        <w:rPr>
          <w:rFonts w:ascii="Calibri" w:hAnsi="Calibri" w:cs="Calibri"/>
        </w:rPr>
      </w:pPr>
      <w:r w:rsidRPr="007B4085">
        <w:rPr>
          <w:rFonts w:ascii="Calibri" w:hAnsi="Calibri" w:cs="Calibri"/>
        </w:rPr>
        <w:t xml:space="preserve">All communication on official social media platforms will be clear, transparent and open to scrutiny. </w:t>
      </w:r>
    </w:p>
    <w:p w14:paraId="4EF8332B"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Parents and carers will be informed of any official social media use with learners; written parental consent will be obtained, as required.</w:t>
      </w:r>
    </w:p>
    <w:p w14:paraId="22CFCDF7"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 xml:space="preserve">We will ensure that any official social media use does not exclude members of the community who are unable or unwilling to use social media channels. </w:t>
      </w:r>
    </w:p>
    <w:p w14:paraId="191D524D" w14:textId="77777777" w:rsidR="00E315D6" w:rsidRPr="00611144" w:rsidRDefault="00E315D6" w:rsidP="00483BF4">
      <w:pPr>
        <w:spacing w:after="0" w:line="264" w:lineRule="auto"/>
        <w:rPr>
          <w:rFonts w:ascii="Calibri" w:hAnsi="Calibri" w:cs="Calibri"/>
        </w:rPr>
      </w:pPr>
    </w:p>
    <w:p w14:paraId="14EB1816" w14:textId="77777777" w:rsidR="00E315D6" w:rsidRPr="007B4085" w:rsidRDefault="00856015" w:rsidP="003E39D7">
      <w:pPr>
        <w:pStyle w:val="ListParagraph"/>
        <w:spacing w:after="0" w:line="264" w:lineRule="auto"/>
        <w:ind w:left="360"/>
        <w:rPr>
          <w:rFonts w:ascii="Calibri" w:hAnsi="Calibri" w:cs="Calibri"/>
        </w:rPr>
      </w:pPr>
      <w:r w:rsidRPr="007B4085">
        <w:rPr>
          <w:rFonts w:ascii="Calibri" w:hAnsi="Calibri" w:cs="Calibri"/>
          <w:i/>
        </w:rPr>
        <w:t>Staff expectations</w:t>
      </w:r>
    </w:p>
    <w:p w14:paraId="1A07BBBE"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 xml:space="preserve">Members of staff who follow and/or like our official social media channels will be advised to use dedicated professionals accounts, where possible, to avoid blurring professional boundaries. </w:t>
      </w:r>
    </w:p>
    <w:p w14:paraId="35BA20E5" w14:textId="77777777" w:rsidR="00E315D6" w:rsidRPr="007B4085" w:rsidRDefault="00856015" w:rsidP="00C308E5">
      <w:pPr>
        <w:pStyle w:val="ListParagraph"/>
        <w:numPr>
          <w:ilvl w:val="0"/>
          <w:numId w:val="66"/>
        </w:numPr>
        <w:spacing w:after="0" w:line="264" w:lineRule="auto"/>
        <w:rPr>
          <w:rFonts w:ascii="Calibri" w:hAnsi="Calibri" w:cs="Calibri"/>
        </w:rPr>
      </w:pPr>
      <w:r w:rsidRPr="007B4085">
        <w:rPr>
          <w:rFonts w:ascii="Calibri" w:hAnsi="Calibri" w:cs="Calibri"/>
        </w:rPr>
        <w:t>If members of staff are participating in online social media activity as part of their capacity as an employee of the setting, they will:</w:t>
      </w:r>
    </w:p>
    <w:p w14:paraId="408CC5DC" w14:textId="77777777" w:rsidR="00E315D6" w:rsidRPr="007B4085" w:rsidRDefault="00856015" w:rsidP="00C308E5">
      <w:pPr>
        <w:pStyle w:val="ListParagraph"/>
        <w:numPr>
          <w:ilvl w:val="1"/>
          <w:numId w:val="66"/>
        </w:numPr>
        <w:spacing w:after="0" w:line="264" w:lineRule="auto"/>
        <w:rPr>
          <w:rFonts w:ascii="Calibri" w:hAnsi="Calibri" w:cs="Calibri"/>
        </w:rPr>
      </w:pPr>
      <w:r w:rsidRPr="007B4085">
        <w:rPr>
          <w:rFonts w:ascii="Calibri" w:hAnsi="Calibri" w:cs="Calibri"/>
        </w:rPr>
        <w:t xml:space="preserve">Sign our social media acceptable use policy. </w:t>
      </w:r>
    </w:p>
    <w:p w14:paraId="738F6C80" w14:textId="77777777" w:rsidR="00E315D6" w:rsidRPr="007B4085" w:rsidRDefault="00856015" w:rsidP="00C308E5">
      <w:pPr>
        <w:pStyle w:val="ListParagraph"/>
        <w:numPr>
          <w:ilvl w:val="1"/>
          <w:numId w:val="66"/>
        </w:numPr>
        <w:spacing w:after="0" w:line="264" w:lineRule="auto"/>
        <w:rPr>
          <w:rFonts w:ascii="Calibri" w:hAnsi="Calibri" w:cs="Calibri"/>
        </w:rPr>
      </w:pPr>
      <w:r w:rsidRPr="007B4085">
        <w:rPr>
          <w:rFonts w:ascii="Calibri" w:hAnsi="Calibri" w:cs="Calibri"/>
        </w:rPr>
        <w:t>Always be professional and aware they are an ambassador for the setting.</w:t>
      </w:r>
    </w:p>
    <w:p w14:paraId="604253B3" w14:textId="77777777" w:rsidR="00E315D6" w:rsidRPr="003E39D7" w:rsidRDefault="00856015" w:rsidP="00C308E5">
      <w:pPr>
        <w:pStyle w:val="ListParagraph"/>
        <w:numPr>
          <w:ilvl w:val="1"/>
          <w:numId w:val="66"/>
        </w:numPr>
        <w:spacing w:after="0" w:line="264" w:lineRule="auto"/>
        <w:rPr>
          <w:rFonts w:ascii="Calibri" w:hAnsi="Calibri" w:cs="Calibri"/>
        </w:rPr>
      </w:pPr>
      <w:r w:rsidRPr="003E39D7">
        <w:rPr>
          <w:rFonts w:ascii="Calibri" w:hAnsi="Calibri" w:cs="Calibri"/>
        </w:rPr>
        <w:t>Disclose their official role or position but make it clear that they do not necessarily speak on behalf of the setting.</w:t>
      </w:r>
    </w:p>
    <w:p w14:paraId="6B91D4C3" w14:textId="77777777" w:rsidR="00E315D6" w:rsidRPr="003E39D7" w:rsidRDefault="00856015" w:rsidP="00C308E5">
      <w:pPr>
        <w:pStyle w:val="ListParagraph"/>
        <w:numPr>
          <w:ilvl w:val="1"/>
          <w:numId w:val="66"/>
        </w:numPr>
        <w:spacing w:after="0" w:line="264" w:lineRule="auto"/>
        <w:rPr>
          <w:rFonts w:ascii="Calibri" w:hAnsi="Calibri" w:cs="Calibri"/>
        </w:rPr>
      </w:pPr>
      <w:r w:rsidRPr="003E39D7">
        <w:rPr>
          <w:rFonts w:ascii="Calibri" w:hAnsi="Calibri" w:cs="Calibri"/>
        </w:rPr>
        <w:t>Always be responsible, credible, fair and honest, and consider how the information being published could be perceived or shared.</w:t>
      </w:r>
    </w:p>
    <w:p w14:paraId="549C3BC4" w14:textId="77777777" w:rsidR="00E315D6" w:rsidRPr="003E39D7" w:rsidRDefault="00856015" w:rsidP="00C308E5">
      <w:pPr>
        <w:pStyle w:val="ListParagraph"/>
        <w:numPr>
          <w:ilvl w:val="1"/>
          <w:numId w:val="66"/>
        </w:numPr>
        <w:spacing w:after="0" w:line="264" w:lineRule="auto"/>
        <w:rPr>
          <w:rFonts w:ascii="Calibri" w:hAnsi="Calibri" w:cs="Calibri"/>
        </w:rPr>
      </w:pPr>
      <w:r w:rsidRPr="003E39D7">
        <w:rPr>
          <w:rFonts w:ascii="Calibri" w:hAnsi="Calibri" w:cs="Calibri"/>
        </w:rPr>
        <w:t xml:space="preserve">Always act within the legal frameworks they would adhere to within the workplace including libel, defamation, confidentiality, copyright, data protection and equalities laws. </w:t>
      </w:r>
    </w:p>
    <w:p w14:paraId="08ADC305" w14:textId="77777777" w:rsidR="00E315D6" w:rsidRPr="003E39D7" w:rsidRDefault="00856015" w:rsidP="00C308E5">
      <w:pPr>
        <w:pStyle w:val="ListParagraph"/>
        <w:numPr>
          <w:ilvl w:val="1"/>
          <w:numId w:val="66"/>
        </w:numPr>
        <w:spacing w:after="0" w:line="264" w:lineRule="auto"/>
        <w:rPr>
          <w:rFonts w:ascii="Calibri" w:hAnsi="Calibri" w:cs="Calibri"/>
        </w:rPr>
      </w:pPr>
      <w:r w:rsidRPr="003E39D7">
        <w:rPr>
          <w:rFonts w:ascii="Calibri" w:hAnsi="Calibri" w:cs="Calibri"/>
        </w:rPr>
        <w:t>Ensure that they have appropriate consent from both pupils and parents before before sharing images on the official social media channel.</w:t>
      </w:r>
    </w:p>
    <w:p w14:paraId="0D1F511D" w14:textId="77777777" w:rsidR="00E315D6" w:rsidRPr="003E39D7" w:rsidRDefault="00856015" w:rsidP="00C308E5">
      <w:pPr>
        <w:pStyle w:val="ListParagraph"/>
        <w:numPr>
          <w:ilvl w:val="1"/>
          <w:numId w:val="66"/>
        </w:numPr>
        <w:spacing w:after="0" w:line="264" w:lineRule="auto"/>
        <w:rPr>
          <w:rFonts w:ascii="Calibri" w:hAnsi="Calibri" w:cs="Calibri"/>
        </w:rPr>
      </w:pPr>
      <w:r w:rsidRPr="003E39D7">
        <w:rPr>
          <w:rFonts w:ascii="Calibri" w:hAnsi="Calibri" w:cs="Calibri"/>
        </w:rPr>
        <w:t xml:space="preserve">Not disclose information, make commitments or engage in activities on behalf of the setting, unless they are authorised to do so.   </w:t>
      </w:r>
    </w:p>
    <w:p w14:paraId="05778527" w14:textId="77777777" w:rsidR="00E315D6" w:rsidRPr="003E39D7" w:rsidRDefault="00856015" w:rsidP="00C308E5">
      <w:pPr>
        <w:pStyle w:val="ListParagraph"/>
        <w:numPr>
          <w:ilvl w:val="1"/>
          <w:numId w:val="66"/>
        </w:numPr>
        <w:spacing w:after="0" w:line="264" w:lineRule="auto"/>
        <w:rPr>
          <w:rFonts w:ascii="Calibri" w:hAnsi="Calibri" w:cs="Calibri"/>
        </w:rPr>
      </w:pPr>
      <w:r w:rsidRPr="003E39D7">
        <w:rPr>
          <w:rFonts w:ascii="Calibri" w:hAnsi="Calibri" w:cs="Calibri"/>
        </w:rPr>
        <w:t xml:space="preserve">Not engage with any direct or private messaging with current, or past, learners, parents and carers. </w:t>
      </w:r>
    </w:p>
    <w:p w14:paraId="553BE4CF" w14:textId="77777777" w:rsidR="00E315D6" w:rsidRPr="003E39D7" w:rsidRDefault="00856015" w:rsidP="00C308E5">
      <w:pPr>
        <w:pStyle w:val="ListParagraph"/>
        <w:numPr>
          <w:ilvl w:val="1"/>
          <w:numId w:val="66"/>
        </w:numPr>
        <w:spacing w:after="0" w:line="264" w:lineRule="auto"/>
        <w:rPr>
          <w:rFonts w:ascii="Calibri" w:hAnsi="Calibri" w:cs="Calibri"/>
        </w:rPr>
      </w:pPr>
      <w:r w:rsidRPr="003E39D7">
        <w:rPr>
          <w:rFonts w:ascii="Calibri" w:hAnsi="Calibri" w:cs="Calibri"/>
        </w:rPr>
        <w:t>Inform their line manager, the DSL (or deputies) and the headteacher of any concerns, such as criticism, inappropriate content or contact from learners.</w:t>
      </w:r>
    </w:p>
    <w:p w14:paraId="75C5C984" w14:textId="77777777" w:rsidR="00E315D6" w:rsidRPr="00611144" w:rsidRDefault="00E315D6" w:rsidP="00483BF4">
      <w:pPr>
        <w:spacing w:after="0" w:line="264" w:lineRule="auto"/>
        <w:rPr>
          <w:rFonts w:ascii="Calibri" w:hAnsi="Calibri" w:cs="Calibri"/>
        </w:rPr>
      </w:pPr>
    </w:p>
    <w:p w14:paraId="3FD0B182" w14:textId="77777777" w:rsidR="00E315D6" w:rsidRPr="003E39D7" w:rsidRDefault="00856015" w:rsidP="00483BF4">
      <w:pPr>
        <w:spacing w:after="0" w:line="264" w:lineRule="auto"/>
        <w:rPr>
          <w:rFonts w:ascii="Calibri" w:hAnsi="Calibri" w:cs="Calibri"/>
          <w:sz w:val="32"/>
          <w:szCs w:val="32"/>
        </w:rPr>
      </w:pPr>
      <w:r w:rsidRPr="003E39D7">
        <w:rPr>
          <w:rFonts w:ascii="Calibri" w:hAnsi="Calibri" w:cs="Calibri"/>
          <w:b/>
          <w:sz w:val="32"/>
          <w:szCs w:val="32"/>
        </w:rPr>
        <w:t>10. Use of Personal Devices and Mobile Phones</w:t>
      </w:r>
    </w:p>
    <w:p w14:paraId="44369913" w14:textId="77777777" w:rsidR="00E315D6" w:rsidRPr="00611144" w:rsidRDefault="00E315D6" w:rsidP="00483BF4">
      <w:pPr>
        <w:spacing w:after="0" w:line="264" w:lineRule="auto"/>
        <w:rPr>
          <w:rFonts w:ascii="Calibri" w:hAnsi="Calibri" w:cs="Calibri"/>
        </w:rPr>
      </w:pPr>
    </w:p>
    <w:p w14:paraId="7D9B475D" w14:textId="203E797D" w:rsidR="00E315D6" w:rsidRPr="00611144" w:rsidRDefault="00856015" w:rsidP="00483BF4">
      <w:pPr>
        <w:spacing w:after="0" w:line="264" w:lineRule="auto"/>
        <w:rPr>
          <w:rFonts w:ascii="Calibri" w:hAnsi="Calibri" w:cs="Calibri"/>
        </w:rPr>
      </w:pPr>
      <w:r w:rsidRPr="00611144">
        <w:rPr>
          <w:rFonts w:ascii="Calibri" w:hAnsi="Calibri" w:cs="Calibri"/>
        </w:rPr>
        <w:t>We recognise that personal communication through mobile technologies is an accepted part of everyday life for pupils, staff and parents/carers, but technologies need to be used safely and appropriately within the setting.</w:t>
      </w:r>
      <w:r w:rsidRPr="00611144">
        <w:rPr>
          <w:rFonts w:ascii="Calibri" w:hAnsi="Calibri" w:cs="Calibri"/>
          <w:b/>
        </w:rPr>
        <w:t> </w:t>
      </w:r>
    </w:p>
    <w:p w14:paraId="490DB657" w14:textId="77777777" w:rsidR="00E315D6" w:rsidRPr="00611144" w:rsidRDefault="00E315D6" w:rsidP="00483BF4">
      <w:pPr>
        <w:spacing w:after="0" w:line="264" w:lineRule="auto"/>
        <w:rPr>
          <w:rFonts w:ascii="Calibri" w:hAnsi="Calibri" w:cs="Calibri"/>
        </w:rPr>
      </w:pPr>
    </w:p>
    <w:p w14:paraId="2E1915AD" w14:textId="3C0A5A22" w:rsidR="00E315D6" w:rsidRPr="003E39D7" w:rsidRDefault="003E39D7" w:rsidP="00483BF4">
      <w:pPr>
        <w:spacing w:after="0" w:line="264" w:lineRule="auto"/>
        <w:rPr>
          <w:rFonts w:ascii="Calibri" w:hAnsi="Calibri" w:cs="Calibri"/>
          <w:sz w:val="32"/>
          <w:szCs w:val="32"/>
        </w:rPr>
      </w:pPr>
      <w:r w:rsidRPr="003E39D7">
        <w:rPr>
          <w:rFonts w:ascii="Calibri" w:hAnsi="Calibri" w:cs="Calibri"/>
          <w:b/>
          <w:sz w:val="32"/>
          <w:szCs w:val="32"/>
        </w:rPr>
        <w:lastRenderedPageBreak/>
        <w:t xml:space="preserve">10.1 </w:t>
      </w:r>
      <w:r w:rsidR="00856015" w:rsidRPr="003E39D7">
        <w:rPr>
          <w:rFonts w:ascii="Calibri" w:hAnsi="Calibri" w:cs="Calibri"/>
          <w:b/>
          <w:sz w:val="32"/>
          <w:szCs w:val="32"/>
        </w:rPr>
        <w:t xml:space="preserve">Expectations </w:t>
      </w:r>
    </w:p>
    <w:p w14:paraId="1361612C" w14:textId="77777777" w:rsidR="00E315D6" w:rsidRPr="00611144" w:rsidRDefault="00E315D6" w:rsidP="00483BF4">
      <w:pPr>
        <w:spacing w:after="0" w:line="264" w:lineRule="auto"/>
        <w:rPr>
          <w:rFonts w:ascii="Calibri" w:hAnsi="Calibri" w:cs="Calibri"/>
        </w:rPr>
      </w:pPr>
    </w:p>
    <w:p w14:paraId="19D987DD" w14:textId="77777777" w:rsidR="00E315D6" w:rsidRPr="003E39D7" w:rsidRDefault="00856015" w:rsidP="00C308E5">
      <w:pPr>
        <w:pStyle w:val="ListParagraph"/>
        <w:numPr>
          <w:ilvl w:val="0"/>
          <w:numId w:val="67"/>
        </w:numPr>
        <w:spacing w:after="0" w:line="264" w:lineRule="auto"/>
        <w:rPr>
          <w:rFonts w:ascii="Calibri" w:hAnsi="Calibri" w:cs="Calibri"/>
        </w:rPr>
      </w:pPr>
      <w:r w:rsidRPr="003E39D7">
        <w:rPr>
          <w:rFonts w:ascii="Calibri" w:hAnsi="Calibri" w:cs="Calibri"/>
        </w:rPr>
        <w:t xml:space="preserve">All use of personal devices (including but not limited to; tablets, games consoles and ‘smart’ watches) and mobile phones will take place in accordance with the law and other appropriate policies, such as Anti-bullying, Behaviour, Child Protection and Staff Code of Conduct. </w:t>
      </w:r>
    </w:p>
    <w:p w14:paraId="493DE993" w14:textId="77777777" w:rsidR="00E315D6" w:rsidRPr="003E39D7" w:rsidRDefault="00856015" w:rsidP="00C308E5">
      <w:pPr>
        <w:pStyle w:val="ListParagraph"/>
        <w:numPr>
          <w:ilvl w:val="0"/>
          <w:numId w:val="67"/>
        </w:numPr>
        <w:spacing w:after="0" w:line="264" w:lineRule="auto"/>
        <w:rPr>
          <w:rFonts w:ascii="Calibri" w:hAnsi="Calibri" w:cs="Calibri"/>
        </w:rPr>
      </w:pPr>
      <w:r w:rsidRPr="003E39D7">
        <w:rPr>
          <w:rFonts w:ascii="Calibri" w:hAnsi="Calibri" w:cs="Calibri"/>
        </w:rPr>
        <w:t>Electronic devices of any kind that are brought onto site are the responsibility of the user.</w:t>
      </w:r>
    </w:p>
    <w:p w14:paraId="67368065" w14:textId="77777777" w:rsidR="00E315D6" w:rsidRPr="003E39D7" w:rsidRDefault="00856015" w:rsidP="00C308E5">
      <w:pPr>
        <w:pStyle w:val="ListParagraph"/>
        <w:numPr>
          <w:ilvl w:val="1"/>
          <w:numId w:val="67"/>
        </w:numPr>
        <w:spacing w:after="0" w:line="264" w:lineRule="auto"/>
        <w:rPr>
          <w:rFonts w:ascii="Calibri" w:hAnsi="Calibri" w:cs="Calibri"/>
        </w:rPr>
      </w:pPr>
      <w:r w:rsidRPr="003E39D7">
        <w:rPr>
          <w:rFonts w:ascii="Calibri" w:hAnsi="Calibri" w:cs="Calibri"/>
        </w:rPr>
        <w:t>All members of our community are advised to take steps to protect their mobile phones or devices from loss, theft or damage; we accept no responsibility for the loss, theft or damage of such items on our premises.</w:t>
      </w:r>
    </w:p>
    <w:p w14:paraId="30E89449" w14:textId="77777777" w:rsidR="00E315D6" w:rsidRPr="003E39D7" w:rsidRDefault="00856015" w:rsidP="00C308E5">
      <w:pPr>
        <w:pStyle w:val="ListParagraph"/>
        <w:numPr>
          <w:ilvl w:val="1"/>
          <w:numId w:val="67"/>
        </w:numPr>
        <w:spacing w:after="0" w:line="264" w:lineRule="auto"/>
        <w:rPr>
          <w:rFonts w:ascii="Calibri" w:hAnsi="Calibri" w:cs="Calibri"/>
        </w:rPr>
      </w:pPr>
      <w:r w:rsidRPr="003E39D7">
        <w:rPr>
          <w:rFonts w:ascii="Calibri" w:hAnsi="Calibri" w:cs="Calibri"/>
        </w:rPr>
        <w:t>All members of our community are advised to use passwords/pin numbers to ensure that unauthorised calls or actions cannot be made on their phones or devices; passwords and pin numbers should be kept confidential and mobile phones and personal devices should not be shared.</w:t>
      </w:r>
    </w:p>
    <w:p w14:paraId="658D7614" w14:textId="77777777" w:rsidR="00E315D6" w:rsidRPr="003E39D7" w:rsidRDefault="00856015" w:rsidP="00C308E5">
      <w:pPr>
        <w:pStyle w:val="ListParagraph"/>
        <w:numPr>
          <w:ilvl w:val="0"/>
          <w:numId w:val="68"/>
        </w:numPr>
        <w:spacing w:after="0" w:line="264" w:lineRule="auto"/>
        <w:rPr>
          <w:rFonts w:ascii="Calibri" w:hAnsi="Calibri" w:cs="Calibri"/>
        </w:rPr>
      </w:pPr>
      <w:r w:rsidRPr="003E39D7">
        <w:rPr>
          <w:rFonts w:ascii="Calibri" w:hAnsi="Calibri" w:cs="Calibri"/>
        </w:rPr>
        <w:t xml:space="preserve">Mobile phones and personal devices are not permitted to be used in school and are to be handed in to classroom staff at the start of the day.  Parents are asked to consider the age and developmental stage of the child before deciding if they need to bring a phone to school. </w:t>
      </w:r>
    </w:p>
    <w:p w14:paraId="7EF7DAFE" w14:textId="77777777" w:rsidR="00E315D6" w:rsidRPr="001B32C4" w:rsidRDefault="00856015" w:rsidP="00C308E5">
      <w:pPr>
        <w:pStyle w:val="ListParagraph"/>
        <w:numPr>
          <w:ilvl w:val="0"/>
          <w:numId w:val="68"/>
        </w:numPr>
        <w:spacing w:after="0" w:line="264" w:lineRule="auto"/>
        <w:rPr>
          <w:rFonts w:ascii="Calibri" w:hAnsi="Calibri" w:cs="Calibri"/>
        </w:rPr>
      </w:pPr>
      <w:r w:rsidRPr="001B32C4">
        <w:rPr>
          <w:rFonts w:ascii="Calibri" w:hAnsi="Calibri" w:cs="Calibri"/>
        </w:rPr>
        <w:t xml:space="preserve">The sending of abusive or inappropriate messages or content via mobile phones or personal devices is forbidden by any member of the community; any breaches will be dealt with as part of our behaviour policy. </w:t>
      </w:r>
    </w:p>
    <w:p w14:paraId="05993A8A" w14:textId="77777777" w:rsidR="00E315D6" w:rsidRPr="001B32C4" w:rsidRDefault="00856015" w:rsidP="00C308E5">
      <w:pPr>
        <w:pStyle w:val="ListParagraph"/>
        <w:numPr>
          <w:ilvl w:val="0"/>
          <w:numId w:val="68"/>
        </w:numPr>
        <w:spacing w:after="0" w:line="264" w:lineRule="auto"/>
        <w:rPr>
          <w:rFonts w:ascii="Calibri" w:hAnsi="Calibri" w:cs="Calibri"/>
        </w:rPr>
      </w:pPr>
      <w:r w:rsidRPr="001B32C4">
        <w:rPr>
          <w:rFonts w:ascii="Calibri" w:hAnsi="Calibri" w:cs="Calibri"/>
        </w:rPr>
        <w:t>All members of our community are advised to ensure that their mobile phones and personal devices do not contain any content which may be offensive, derogatory or would otherwise contravene our behaviour or child protection policies.</w:t>
      </w:r>
    </w:p>
    <w:p w14:paraId="626761C6" w14:textId="77777777" w:rsidR="00E315D6" w:rsidRPr="00611144" w:rsidRDefault="00E315D6" w:rsidP="00483BF4">
      <w:pPr>
        <w:spacing w:after="0" w:line="264" w:lineRule="auto"/>
        <w:rPr>
          <w:rFonts w:ascii="Calibri" w:hAnsi="Calibri" w:cs="Calibri"/>
        </w:rPr>
      </w:pPr>
    </w:p>
    <w:p w14:paraId="331ED820" w14:textId="3F3F3BC0" w:rsidR="00E315D6" w:rsidRPr="00D3625C" w:rsidRDefault="001B32C4" w:rsidP="00483BF4">
      <w:pPr>
        <w:spacing w:after="0" w:line="264" w:lineRule="auto"/>
        <w:rPr>
          <w:rFonts w:ascii="Calibri" w:hAnsi="Calibri" w:cs="Calibri"/>
          <w:sz w:val="32"/>
          <w:szCs w:val="32"/>
        </w:rPr>
      </w:pPr>
      <w:r w:rsidRPr="00D3625C">
        <w:rPr>
          <w:rFonts w:ascii="Calibri" w:hAnsi="Calibri" w:cs="Calibri"/>
          <w:b/>
          <w:sz w:val="32"/>
          <w:szCs w:val="32"/>
        </w:rPr>
        <w:t xml:space="preserve">10.2 </w:t>
      </w:r>
      <w:r w:rsidR="00856015" w:rsidRPr="00D3625C">
        <w:rPr>
          <w:rFonts w:ascii="Calibri" w:hAnsi="Calibri" w:cs="Calibri"/>
          <w:b/>
          <w:sz w:val="32"/>
          <w:szCs w:val="32"/>
        </w:rPr>
        <w:t>Staff Use of Personal Devices and Mobile Phones</w:t>
      </w:r>
    </w:p>
    <w:p w14:paraId="41560C61" w14:textId="77777777" w:rsidR="00E315D6" w:rsidRPr="00D3625C" w:rsidRDefault="00856015" w:rsidP="00C308E5">
      <w:pPr>
        <w:pStyle w:val="ListParagraph"/>
        <w:numPr>
          <w:ilvl w:val="0"/>
          <w:numId w:val="69"/>
        </w:numPr>
        <w:spacing w:after="0" w:line="264" w:lineRule="auto"/>
        <w:rPr>
          <w:rFonts w:ascii="Calibri" w:hAnsi="Calibri" w:cs="Calibri"/>
        </w:rPr>
      </w:pPr>
      <w:r w:rsidRPr="00D3625C">
        <w:rPr>
          <w:rFonts w:ascii="Calibri" w:hAnsi="Calibri" w:cs="Calibri"/>
        </w:rPr>
        <w:t xml:space="preserve">Members of staff will ensure that use of personal phones and devices takes place in accordance with the law, as well as, relevant policy and procedures, such as: confidentiality, child protection, data security and acceptable use. </w:t>
      </w:r>
    </w:p>
    <w:p w14:paraId="1D25CD64" w14:textId="77777777" w:rsidR="00E315D6" w:rsidRPr="00D3625C" w:rsidRDefault="00856015" w:rsidP="00C308E5">
      <w:pPr>
        <w:pStyle w:val="ListParagraph"/>
        <w:numPr>
          <w:ilvl w:val="0"/>
          <w:numId w:val="69"/>
        </w:numPr>
        <w:spacing w:after="0" w:line="264" w:lineRule="auto"/>
        <w:rPr>
          <w:rFonts w:ascii="Calibri" w:hAnsi="Calibri" w:cs="Calibri"/>
        </w:rPr>
      </w:pPr>
      <w:r w:rsidRPr="00D3625C">
        <w:rPr>
          <w:rFonts w:ascii="Calibri" w:hAnsi="Calibri" w:cs="Calibri"/>
        </w:rPr>
        <w:t xml:space="preserve">Staff will be advised to: </w:t>
      </w:r>
    </w:p>
    <w:p w14:paraId="4E453B3C" w14:textId="77777777" w:rsidR="00E315D6" w:rsidRPr="00D3625C" w:rsidRDefault="00856015" w:rsidP="00C308E5">
      <w:pPr>
        <w:pStyle w:val="ListParagraph"/>
        <w:numPr>
          <w:ilvl w:val="0"/>
          <w:numId w:val="70"/>
        </w:numPr>
        <w:spacing w:after="0" w:line="264" w:lineRule="auto"/>
        <w:rPr>
          <w:rFonts w:ascii="Calibri" w:hAnsi="Calibri" w:cs="Calibri"/>
        </w:rPr>
      </w:pPr>
      <w:r w:rsidRPr="00D3625C">
        <w:rPr>
          <w:rFonts w:ascii="Calibri" w:hAnsi="Calibri" w:cs="Calibri"/>
        </w:rPr>
        <w:t xml:space="preserve">Keep mobile phones and personal devices in a safe and secure place during lesson time. </w:t>
      </w:r>
    </w:p>
    <w:p w14:paraId="50FE58B1" w14:textId="77777777" w:rsidR="00E315D6" w:rsidRPr="00D3625C" w:rsidRDefault="00856015" w:rsidP="00C308E5">
      <w:pPr>
        <w:pStyle w:val="ListParagraph"/>
        <w:numPr>
          <w:ilvl w:val="0"/>
          <w:numId w:val="70"/>
        </w:numPr>
        <w:spacing w:after="0" w:line="264" w:lineRule="auto"/>
        <w:rPr>
          <w:rFonts w:ascii="Calibri" w:hAnsi="Calibri" w:cs="Calibri"/>
        </w:rPr>
      </w:pPr>
      <w:r w:rsidRPr="00D3625C">
        <w:rPr>
          <w:rFonts w:ascii="Calibri" w:hAnsi="Calibri" w:cs="Calibri"/>
        </w:rPr>
        <w:t>Keep mobile phones and personal devices switched off or switched to ‘silent’ mode during lesson times.</w:t>
      </w:r>
    </w:p>
    <w:p w14:paraId="489D6DB8" w14:textId="77777777" w:rsidR="00E315D6" w:rsidRPr="00D3625C" w:rsidRDefault="00856015" w:rsidP="00C308E5">
      <w:pPr>
        <w:pStyle w:val="ListParagraph"/>
        <w:numPr>
          <w:ilvl w:val="0"/>
          <w:numId w:val="70"/>
        </w:numPr>
        <w:spacing w:after="0" w:line="264" w:lineRule="auto"/>
        <w:rPr>
          <w:rFonts w:ascii="Calibri" w:hAnsi="Calibri" w:cs="Calibri"/>
        </w:rPr>
      </w:pPr>
      <w:r w:rsidRPr="00D3625C">
        <w:rPr>
          <w:rFonts w:ascii="Calibri" w:hAnsi="Calibri" w:cs="Calibri"/>
        </w:rPr>
        <w:t xml:space="preserve">Ensure that Bluetooth or other forms of communication (such as ‘airdrop’) are hidden or disabled when in the school. </w:t>
      </w:r>
    </w:p>
    <w:p w14:paraId="5A870981" w14:textId="77777777" w:rsidR="00E315D6" w:rsidRPr="00D3625C" w:rsidRDefault="00856015" w:rsidP="00C308E5">
      <w:pPr>
        <w:pStyle w:val="ListParagraph"/>
        <w:numPr>
          <w:ilvl w:val="0"/>
          <w:numId w:val="70"/>
        </w:numPr>
        <w:spacing w:after="0" w:line="264" w:lineRule="auto"/>
        <w:rPr>
          <w:rFonts w:ascii="Calibri" w:hAnsi="Calibri" w:cs="Calibri"/>
        </w:rPr>
      </w:pPr>
      <w:r w:rsidRPr="00D3625C">
        <w:rPr>
          <w:rFonts w:ascii="Calibri" w:hAnsi="Calibri" w:cs="Calibri"/>
        </w:rPr>
        <w:t xml:space="preserve">Not use personal devices during teaching periods, unless written permission has been given by the headteacher, such as in emergency circumstances. </w:t>
      </w:r>
    </w:p>
    <w:p w14:paraId="098475A7" w14:textId="77777777" w:rsidR="00E315D6" w:rsidRPr="00D3625C" w:rsidRDefault="00856015" w:rsidP="00C308E5">
      <w:pPr>
        <w:pStyle w:val="ListParagraph"/>
        <w:numPr>
          <w:ilvl w:val="0"/>
          <w:numId w:val="70"/>
        </w:numPr>
        <w:spacing w:after="0" w:line="264" w:lineRule="auto"/>
        <w:rPr>
          <w:rFonts w:ascii="Calibri" w:hAnsi="Calibri" w:cs="Calibri"/>
        </w:rPr>
      </w:pPr>
      <w:r w:rsidRPr="00D3625C">
        <w:rPr>
          <w:rFonts w:ascii="Calibri" w:hAnsi="Calibri" w:cs="Calibri"/>
        </w:rPr>
        <w:t xml:space="preserve">Ensure that any content bought onto site via mobile phones and personal devices are compatible with their professional role and expectations. </w:t>
      </w:r>
    </w:p>
    <w:p w14:paraId="39A24EB3" w14:textId="77777777" w:rsidR="00E315D6" w:rsidRPr="00D3625C" w:rsidRDefault="00856015" w:rsidP="00C308E5">
      <w:pPr>
        <w:pStyle w:val="ListParagraph"/>
        <w:numPr>
          <w:ilvl w:val="0"/>
          <w:numId w:val="71"/>
        </w:numPr>
        <w:spacing w:after="0" w:line="264" w:lineRule="auto"/>
        <w:rPr>
          <w:rFonts w:ascii="Calibri" w:hAnsi="Calibri" w:cs="Calibri"/>
        </w:rPr>
      </w:pPr>
      <w:r w:rsidRPr="00D3625C">
        <w:rPr>
          <w:rFonts w:ascii="Calibri" w:hAnsi="Calibri" w:cs="Calibri"/>
        </w:rPr>
        <w:t>Members of staff are not permitted to use their own personal phones or devices for contacting pupils or parents and carers.</w:t>
      </w:r>
    </w:p>
    <w:p w14:paraId="22B20A5C" w14:textId="77777777" w:rsidR="00E315D6" w:rsidRPr="00D3625C" w:rsidRDefault="00856015" w:rsidP="00C308E5">
      <w:pPr>
        <w:pStyle w:val="ListParagraph"/>
        <w:numPr>
          <w:ilvl w:val="1"/>
          <w:numId w:val="71"/>
        </w:numPr>
        <w:spacing w:after="0" w:line="264" w:lineRule="auto"/>
        <w:rPr>
          <w:rFonts w:ascii="Calibri" w:hAnsi="Calibri" w:cs="Calibri"/>
        </w:rPr>
      </w:pPr>
      <w:r w:rsidRPr="00D3625C">
        <w:rPr>
          <w:rFonts w:ascii="Calibri" w:hAnsi="Calibri" w:cs="Calibri"/>
        </w:rPr>
        <w:lastRenderedPageBreak/>
        <w:t>Any pre-existing relationships, which could undermine this, will be discussed with the headteacher.</w:t>
      </w:r>
    </w:p>
    <w:p w14:paraId="23444364" w14:textId="77777777" w:rsidR="00E315D6" w:rsidRPr="00843020" w:rsidRDefault="00856015" w:rsidP="00C308E5">
      <w:pPr>
        <w:pStyle w:val="ListParagraph"/>
        <w:numPr>
          <w:ilvl w:val="0"/>
          <w:numId w:val="71"/>
        </w:numPr>
        <w:spacing w:after="0" w:line="264" w:lineRule="auto"/>
        <w:rPr>
          <w:rFonts w:ascii="Calibri" w:hAnsi="Calibri" w:cs="Calibri"/>
        </w:rPr>
      </w:pPr>
      <w:r w:rsidRPr="00843020">
        <w:rPr>
          <w:rFonts w:ascii="Calibri" w:hAnsi="Calibri" w:cs="Calibri"/>
        </w:rPr>
        <w:t>Staff will not use personal devices:</w:t>
      </w:r>
    </w:p>
    <w:p w14:paraId="0CDA1040" w14:textId="77777777" w:rsidR="00E315D6" w:rsidRPr="00F704E0" w:rsidRDefault="00856015" w:rsidP="00C308E5">
      <w:pPr>
        <w:pStyle w:val="ListParagraph"/>
        <w:numPr>
          <w:ilvl w:val="0"/>
          <w:numId w:val="72"/>
        </w:numPr>
        <w:spacing w:after="0" w:line="264" w:lineRule="auto"/>
        <w:rPr>
          <w:rFonts w:ascii="Calibri" w:hAnsi="Calibri" w:cs="Calibri"/>
        </w:rPr>
      </w:pPr>
      <w:r w:rsidRPr="00F704E0">
        <w:rPr>
          <w:rFonts w:ascii="Calibri" w:hAnsi="Calibri" w:cs="Calibri"/>
        </w:rPr>
        <w:t xml:space="preserve">To take photos or videos of learners and will only use work-provided equipment for this purpose.   </w:t>
      </w:r>
    </w:p>
    <w:p w14:paraId="24AE0E37" w14:textId="77777777" w:rsidR="00E315D6" w:rsidRPr="00F704E0" w:rsidRDefault="00856015" w:rsidP="00C308E5">
      <w:pPr>
        <w:pStyle w:val="ListParagraph"/>
        <w:numPr>
          <w:ilvl w:val="0"/>
          <w:numId w:val="72"/>
        </w:numPr>
        <w:spacing w:after="0" w:line="264" w:lineRule="auto"/>
        <w:rPr>
          <w:rFonts w:ascii="Calibri" w:hAnsi="Calibri" w:cs="Calibri"/>
        </w:rPr>
      </w:pPr>
      <w:r w:rsidRPr="00F704E0">
        <w:rPr>
          <w:rFonts w:ascii="Calibri" w:hAnsi="Calibri" w:cs="Calibri"/>
        </w:rPr>
        <w:t xml:space="preserve">Directly with learners and will only use work-provided equipment during lessons or educational activities.   </w:t>
      </w:r>
    </w:p>
    <w:p w14:paraId="446418D7" w14:textId="77777777" w:rsidR="00E315D6" w:rsidRPr="00F704E0" w:rsidRDefault="00856015" w:rsidP="00C308E5">
      <w:pPr>
        <w:pStyle w:val="ListParagraph"/>
        <w:numPr>
          <w:ilvl w:val="0"/>
          <w:numId w:val="73"/>
        </w:numPr>
        <w:spacing w:after="0" w:line="264" w:lineRule="auto"/>
        <w:rPr>
          <w:rFonts w:ascii="Calibri" w:hAnsi="Calibri" w:cs="Calibri"/>
        </w:rPr>
      </w:pPr>
      <w:r w:rsidRPr="00F704E0">
        <w:rPr>
          <w:rFonts w:ascii="Calibri" w:hAnsi="Calibri" w:cs="Calibri"/>
        </w:rPr>
        <w:t>If a member of staff breaches our policy, action will be taken in line with our code of conduct/staff behaviour and allegations policy</w:t>
      </w:r>
    </w:p>
    <w:p w14:paraId="4F19C72C" w14:textId="2C22FF24" w:rsidR="00E315D6" w:rsidRPr="00F704E0" w:rsidRDefault="00856015" w:rsidP="00C308E5">
      <w:pPr>
        <w:pStyle w:val="ListParagraph"/>
        <w:numPr>
          <w:ilvl w:val="0"/>
          <w:numId w:val="74"/>
        </w:numPr>
        <w:spacing w:after="0" w:line="264" w:lineRule="auto"/>
        <w:rPr>
          <w:rFonts w:ascii="Calibri" w:hAnsi="Calibri" w:cs="Calibri"/>
        </w:rPr>
      </w:pPr>
      <w:r w:rsidRPr="00F704E0">
        <w:rPr>
          <w:rFonts w:ascii="Calibri" w:hAnsi="Calibri" w:cs="Calibri"/>
        </w:rPr>
        <w:t xml:space="preserve">If a member of staff is thought to have illegal content saved or stored on a mobile phone or personal device or have committed a criminal offence, the police will be contacted. </w:t>
      </w:r>
    </w:p>
    <w:p w14:paraId="2AFABF5F" w14:textId="77777777" w:rsidR="00E315D6" w:rsidRPr="00611144" w:rsidRDefault="00E315D6" w:rsidP="00483BF4">
      <w:pPr>
        <w:spacing w:after="0" w:line="264" w:lineRule="auto"/>
        <w:rPr>
          <w:rFonts w:ascii="Calibri" w:hAnsi="Calibri" w:cs="Calibri"/>
        </w:rPr>
      </w:pPr>
    </w:p>
    <w:p w14:paraId="708C77ED" w14:textId="0F4D6FB2" w:rsidR="00E315D6" w:rsidRPr="00F704E0" w:rsidRDefault="00F704E0" w:rsidP="00483BF4">
      <w:pPr>
        <w:spacing w:after="0" w:line="264" w:lineRule="auto"/>
        <w:rPr>
          <w:rFonts w:ascii="Calibri" w:hAnsi="Calibri" w:cs="Calibri"/>
          <w:sz w:val="32"/>
          <w:szCs w:val="32"/>
        </w:rPr>
      </w:pPr>
      <w:r w:rsidRPr="00F704E0">
        <w:rPr>
          <w:rFonts w:ascii="Calibri" w:hAnsi="Calibri" w:cs="Calibri"/>
          <w:b/>
          <w:sz w:val="32"/>
          <w:szCs w:val="32"/>
        </w:rPr>
        <w:t xml:space="preserve">10.3 </w:t>
      </w:r>
      <w:r w:rsidR="00856015" w:rsidRPr="00F704E0">
        <w:rPr>
          <w:rFonts w:ascii="Calibri" w:hAnsi="Calibri" w:cs="Calibri"/>
          <w:b/>
          <w:sz w:val="32"/>
          <w:szCs w:val="32"/>
        </w:rPr>
        <w:t>Learners’ Use of Personal Devices and Mobile Phones</w:t>
      </w:r>
    </w:p>
    <w:p w14:paraId="06A36AB2"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 xml:space="preserve">Learners will be educated regarding the safe and appropriate use of personal devices and mobile phones and will be made aware of boundaries and consequences. </w:t>
      </w:r>
    </w:p>
    <w:p w14:paraId="4640D660"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Little Common School expects learners’ personal devices and mobile phones to be switched off and handed in to the school office via the class teacher during the day and whilst on school site.</w:t>
      </w:r>
    </w:p>
    <w:p w14:paraId="406D050E"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 xml:space="preserve">If a learner needs to contact his/her parents or carers, the school office will contact the parent/carer on their behalf using a school phone.  </w:t>
      </w:r>
    </w:p>
    <w:p w14:paraId="3167BE4E"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Parents are advised to contact their child via the school office.</w:t>
      </w:r>
    </w:p>
    <w:p w14:paraId="73FC9677"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 xml:space="preserve">Mobile phones or personal devices will not be used by learners during school hours. </w:t>
      </w:r>
    </w:p>
    <w:p w14:paraId="3C255528"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 xml:space="preserve">If a learner breaches the policy, the phone or device will be confiscated and will be held in a secure place. </w:t>
      </w:r>
    </w:p>
    <w:p w14:paraId="7F40B82B"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 xml:space="preserve">Staff may confiscate a learner’s mobile phone or device if they believe it is being used to contravene our behaviour or bullying policy or could contain youth produced sexual imagery (sexting). </w:t>
      </w:r>
    </w:p>
    <w:p w14:paraId="70E64540"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Mobile phones and devices that have been confiscated will be released to parents or carers at the end of the day</w:t>
      </w:r>
    </w:p>
    <w:p w14:paraId="4CFB9D5D" w14:textId="77777777" w:rsidR="00E315D6" w:rsidRPr="002723A2" w:rsidRDefault="00856015" w:rsidP="00C308E5">
      <w:pPr>
        <w:pStyle w:val="ListParagraph"/>
        <w:numPr>
          <w:ilvl w:val="0"/>
          <w:numId w:val="75"/>
        </w:numPr>
        <w:spacing w:after="0" w:line="264" w:lineRule="auto"/>
        <w:rPr>
          <w:rFonts w:ascii="Calibri" w:hAnsi="Calibri" w:cs="Calibri"/>
        </w:rPr>
      </w:pPr>
      <w:r w:rsidRPr="002723A2">
        <w:rPr>
          <w:rFonts w:ascii="Calibri" w:hAnsi="Calibri" w:cs="Calibri"/>
        </w:rPr>
        <w:t>If there is suspicion that material on a learner’s personal device or mobile phone may be illegal or may provide evidence relating to a criminal offence, the device will be handed over to the police for further investigation.</w:t>
      </w:r>
    </w:p>
    <w:p w14:paraId="6BD0CF06" w14:textId="77777777" w:rsidR="00E315D6" w:rsidRPr="00611144" w:rsidRDefault="00E315D6" w:rsidP="00483BF4">
      <w:pPr>
        <w:spacing w:after="0" w:line="264" w:lineRule="auto"/>
        <w:rPr>
          <w:rFonts w:ascii="Calibri" w:hAnsi="Calibri" w:cs="Calibri"/>
        </w:rPr>
      </w:pPr>
    </w:p>
    <w:p w14:paraId="44A31C01" w14:textId="77777777" w:rsidR="00E315D6" w:rsidRPr="002723A2" w:rsidRDefault="00856015" w:rsidP="00483BF4">
      <w:pPr>
        <w:spacing w:after="0" w:line="264" w:lineRule="auto"/>
        <w:rPr>
          <w:rFonts w:ascii="Calibri" w:hAnsi="Calibri" w:cs="Calibri"/>
          <w:sz w:val="32"/>
          <w:szCs w:val="32"/>
        </w:rPr>
      </w:pPr>
      <w:r w:rsidRPr="002723A2">
        <w:rPr>
          <w:rFonts w:ascii="Calibri" w:hAnsi="Calibri" w:cs="Calibri"/>
          <w:b/>
          <w:sz w:val="32"/>
          <w:szCs w:val="32"/>
        </w:rPr>
        <w:t>10.4 Visitors’ Use of Personal Devices and Mobile Phones</w:t>
      </w:r>
      <w:r w:rsidRPr="002723A2">
        <w:rPr>
          <w:rFonts w:ascii="Calibri" w:hAnsi="Calibri" w:cs="Calibri"/>
          <w:b/>
          <w:i/>
          <w:sz w:val="32"/>
          <w:szCs w:val="32"/>
        </w:rPr>
        <w:t xml:space="preserve"> </w:t>
      </w:r>
    </w:p>
    <w:p w14:paraId="407631E6" w14:textId="77777777" w:rsidR="00E315D6" w:rsidRPr="002723A2" w:rsidRDefault="00856015" w:rsidP="00C308E5">
      <w:pPr>
        <w:pStyle w:val="ListParagraph"/>
        <w:numPr>
          <w:ilvl w:val="0"/>
          <w:numId w:val="76"/>
        </w:numPr>
        <w:spacing w:after="0" w:line="264" w:lineRule="auto"/>
        <w:rPr>
          <w:rFonts w:ascii="Calibri" w:hAnsi="Calibri" w:cs="Calibri"/>
        </w:rPr>
      </w:pPr>
      <w:r w:rsidRPr="002723A2">
        <w:rPr>
          <w:rFonts w:ascii="Calibri" w:hAnsi="Calibri" w:cs="Calibri"/>
        </w:rPr>
        <w:t xml:space="preserve">Parents/carers and visitors (including volunteers and contractors) must use their mobile phones and personal devices in accordance with our acceptable use policy and other associated policies, such as: anti-bullying, behaviour, child protection and image use. </w:t>
      </w:r>
    </w:p>
    <w:p w14:paraId="11650EBD" w14:textId="77777777" w:rsidR="00E315D6" w:rsidRPr="002723A2" w:rsidRDefault="00856015" w:rsidP="00C308E5">
      <w:pPr>
        <w:pStyle w:val="ListParagraph"/>
        <w:numPr>
          <w:ilvl w:val="0"/>
          <w:numId w:val="76"/>
        </w:numPr>
        <w:spacing w:after="0" w:line="264" w:lineRule="auto"/>
        <w:rPr>
          <w:rFonts w:ascii="Calibri" w:hAnsi="Calibri" w:cs="Calibri"/>
        </w:rPr>
      </w:pPr>
      <w:r w:rsidRPr="002723A2">
        <w:rPr>
          <w:rFonts w:ascii="Calibri" w:hAnsi="Calibri" w:cs="Calibri"/>
        </w:rPr>
        <w:t>We will ensure appropriate signage and information is displayed and provided to inform parents, carers and visitors of expectations of use.</w:t>
      </w:r>
    </w:p>
    <w:p w14:paraId="6CF31564" w14:textId="77777777" w:rsidR="00E315D6" w:rsidRPr="002723A2" w:rsidRDefault="00856015" w:rsidP="00C308E5">
      <w:pPr>
        <w:pStyle w:val="ListParagraph"/>
        <w:numPr>
          <w:ilvl w:val="0"/>
          <w:numId w:val="76"/>
        </w:numPr>
        <w:spacing w:after="0" w:line="264" w:lineRule="auto"/>
        <w:rPr>
          <w:rFonts w:ascii="Calibri" w:hAnsi="Calibri" w:cs="Calibri"/>
        </w:rPr>
      </w:pPr>
      <w:r w:rsidRPr="002723A2">
        <w:rPr>
          <w:rFonts w:ascii="Calibri" w:hAnsi="Calibri" w:cs="Calibri"/>
        </w:rPr>
        <w:t>Members of staff are expected to challenge visitors if they have concerns and will always inform the DSL (or deputies) or headteacher of any breaches our policy.</w:t>
      </w:r>
    </w:p>
    <w:p w14:paraId="44888807" w14:textId="77777777" w:rsidR="00E315D6" w:rsidRPr="00611144" w:rsidRDefault="00E315D6" w:rsidP="00483BF4">
      <w:pPr>
        <w:spacing w:after="0" w:line="264" w:lineRule="auto"/>
        <w:rPr>
          <w:rFonts w:ascii="Calibri" w:hAnsi="Calibri" w:cs="Calibri"/>
        </w:rPr>
      </w:pPr>
    </w:p>
    <w:p w14:paraId="44D74132" w14:textId="77777777" w:rsidR="00E315D6" w:rsidRPr="002723A2" w:rsidRDefault="00856015" w:rsidP="00483BF4">
      <w:pPr>
        <w:spacing w:after="0" w:line="264" w:lineRule="auto"/>
        <w:rPr>
          <w:rFonts w:ascii="Calibri" w:hAnsi="Calibri" w:cs="Calibri"/>
          <w:sz w:val="32"/>
          <w:szCs w:val="32"/>
        </w:rPr>
      </w:pPr>
      <w:r w:rsidRPr="002723A2">
        <w:rPr>
          <w:rFonts w:ascii="Calibri" w:hAnsi="Calibri" w:cs="Calibri"/>
          <w:b/>
          <w:sz w:val="32"/>
          <w:szCs w:val="32"/>
        </w:rPr>
        <w:t>11.Useful Links for Educational Settings</w:t>
      </w:r>
    </w:p>
    <w:p w14:paraId="10ECEE0A" w14:textId="77777777" w:rsidR="00E315D6" w:rsidRPr="00611144" w:rsidRDefault="00856015" w:rsidP="00483BF4">
      <w:pPr>
        <w:spacing w:after="0" w:line="264" w:lineRule="auto"/>
        <w:rPr>
          <w:rFonts w:ascii="Calibri" w:hAnsi="Calibri" w:cs="Calibri"/>
        </w:rPr>
      </w:pPr>
      <w:r w:rsidRPr="00611144">
        <w:rPr>
          <w:rFonts w:ascii="Calibri" w:hAnsi="Calibri" w:cs="Calibri"/>
          <w:b/>
        </w:rPr>
        <w:t>East Sussex Support and Guidance:</w:t>
      </w:r>
    </w:p>
    <w:p w14:paraId="6C74A50F" w14:textId="77777777" w:rsidR="00E315D6" w:rsidRPr="002723A2" w:rsidRDefault="00856015" w:rsidP="00C308E5">
      <w:pPr>
        <w:pStyle w:val="ListParagraph"/>
        <w:numPr>
          <w:ilvl w:val="0"/>
          <w:numId w:val="77"/>
        </w:numPr>
        <w:spacing w:after="0" w:line="264" w:lineRule="auto"/>
        <w:rPr>
          <w:rFonts w:ascii="Calibri" w:hAnsi="Calibri" w:cs="Calibri"/>
        </w:rPr>
      </w:pPr>
      <w:r w:rsidRPr="002723A2">
        <w:rPr>
          <w:rFonts w:ascii="Calibri" w:hAnsi="Calibri" w:cs="Calibri"/>
        </w:rPr>
        <w:t xml:space="preserve">East Sussex County Council Early Years Support &amp; Intervention Team </w:t>
      </w:r>
    </w:p>
    <w:p w14:paraId="51ED2FD4" w14:textId="77777777" w:rsidR="00E315D6" w:rsidRPr="002723A2" w:rsidRDefault="00856015" w:rsidP="00C308E5">
      <w:pPr>
        <w:pStyle w:val="ListParagraph"/>
        <w:numPr>
          <w:ilvl w:val="0"/>
          <w:numId w:val="74"/>
        </w:numPr>
        <w:spacing w:after="0" w:line="264" w:lineRule="auto"/>
        <w:rPr>
          <w:rFonts w:ascii="Calibri" w:hAnsi="Calibri" w:cs="Calibri"/>
        </w:rPr>
      </w:pPr>
      <w:r w:rsidRPr="002723A2">
        <w:rPr>
          <w:rFonts w:ascii="Calibri" w:hAnsi="Calibri" w:cs="Calibri"/>
        </w:rPr>
        <w:t>Call:  01323 463026</w:t>
      </w:r>
    </w:p>
    <w:p w14:paraId="1350A9C4" w14:textId="74BCA8A0" w:rsidR="00E315D6" w:rsidRPr="0014745A" w:rsidRDefault="00856015" w:rsidP="00C308E5">
      <w:pPr>
        <w:pStyle w:val="ListParagraph"/>
        <w:numPr>
          <w:ilvl w:val="0"/>
          <w:numId w:val="74"/>
        </w:numPr>
        <w:spacing w:after="0" w:line="264" w:lineRule="auto"/>
        <w:rPr>
          <w:rFonts w:ascii="Calibri" w:hAnsi="Calibri" w:cs="Calibri"/>
        </w:rPr>
      </w:pPr>
      <w:r w:rsidRPr="0014745A">
        <w:rPr>
          <w:rFonts w:ascii="Calibri" w:hAnsi="Calibri" w:cs="Calibri"/>
        </w:rPr>
        <w:t xml:space="preserve">Email:  </w:t>
      </w:r>
      <w:hyperlink r:id="rId26" w:history="1">
        <w:r w:rsidR="0014745A" w:rsidRPr="0014745A">
          <w:rPr>
            <w:rStyle w:val="Hyperlink"/>
          </w:rPr>
          <w:t>childcare.support@eastsussex.gov.uk</w:t>
        </w:r>
      </w:hyperlink>
    </w:p>
    <w:p w14:paraId="188D7E33" w14:textId="77777777" w:rsidR="00E315D6" w:rsidRPr="00611144" w:rsidRDefault="00E315D6" w:rsidP="00483BF4">
      <w:pPr>
        <w:spacing w:after="0" w:line="264" w:lineRule="auto"/>
        <w:rPr>
          <w:rFonts w:ascii="Calibri" w:hAnsi="Calibri" w:cs="Calibri"/>
        </w:rPr>
      </w:pPr>
    </w:p>
    <w:p w14:paraId="072F34A3" w14:textId="16226284" w:rsidR="00E315D6" w:rsidRPr="0014745A" w:rsidRDefault="00856015" w:rsidP="00C308E5">
      <w:pPr>
        <w:pStyle w:val="ListParagraph"/>
        <w:numPr>
          <w:ilvl w:val="0"/>
          <w:numId w:val="77"/>
        </w:numPr>
        <w:spacing w:after="0" w:line="264" w:lineRule="auto"/>
        <w:rPr>
          <w:rFonts w:ascii="Calibri" w:hAnsi="Calibri" w:cs="Calibri"/>
        </w:rPr>
      </w:pPr>
      <w:r w:rsidRPr="0014745A">
        <w:rPr>
          <w:rFonts w:ascii="Calibri" w:hAnsi="Calibri" w:cs="Calibri"/>
        </w:rPr>
        <w:t xml:space="preserve">If you are concerned about a child in East Sussex contact SPOA (Single Point of Advice) on 01323 464222 or  </w:t>
      </w:r>
      <w:hyperlink r:id="rId27" w:history="1">
        <w:r w:rsidR="0086284C" w:rsidRPr="0086284C">
          <w:rPr>
            <w:rStyle w:val="Hyperlink"/>
          </w:rPr>
          <w:t>0-19.SPOA@eastsussex.gov.uk</w:t>
        </w:r>
      </w:hyperlink>
    </w:p>
    <w:p w14:paraId="3902F6FB" w14:textId="77777777" w:rsidR="00E315D6" w:rsidRPr="00611144" w:rsidRDefault="00E315D6" w:rsidP="00483BF4">
      <w:pPr>
        <w:spacing w:after="0" w:line="264" w:lineRule="auto"/>
        <w:rPr>
          <w:rFonts w:ascii="Calibri" w:hAnsi="Calibri" w:cs="Calibri"/>
        </w:rPr>
      </w:pPr>
    </w:p>
    <w:p w14:paraId="41C9C3A4" w14:textId="7DB676E5" w:rsidR="00E315D6" w:rsidRPr="00611144" w:rsidRDefault="00856015" w:rsidP="00483BF4">
      <w:pPr>
        <w:spacing w:after="0" w:line="264" w:lineRule="auto"/>
        <w:rPr>
          <w:rFonts w:ascii="Calibri" w:hAnsi="Calibri" w:cs="Calibri"/>
        </w:rPr>
      </w:pPr>
      <w:r w:rsidRPr="00611144">
        <w:rPr>
          <w:rFonts w:ascii="Calibri" w:hAnsi="Calibri" w:cs="Calibri"/>
        </w:rPr>
        <w:t xml:space="preserve">Standards and Learning Effectiveness Service (SLES): </w:t>
      </w:r>
      <w:hyperlink r:id="rId28" w:history="1">
        <w:r w:rsidR="00D231EB" w:rsidRPr="00FB22FD">
          <w:rPr>
            <w:rStyle w:val="Hyperlink"/>
            <w:sz w:val="24"/>
            <w:szCs w:val="24"/>
          </w:rPr>
          <w:t>SLES.Safeguarding@eastsussex.gov.uk</w:t>
        </w:r>
      </w:hyperlink>
      <w:r w:rsidR="00B51EE7" w:rsidRPr="002B6BE3">
        <w:rPr>
          <w:sz w:val="24"/>
          <w:szCs w:val="24"/>
        </w:rPr>
        <w:t xml:space="preserve"> </w:t>
      </w:r>
      <w:r w:rsidR="00B51EE7" w:rsidRPr="002B6BE3">
        <w:br/>
      </w:r>
      <w:r w:rsidRPr="00611144">
        <w:rPr>
          <w:rFonts w:ascii="Calibri" w:hAnsi="Calibri" w:cs="Calibri"/>
        </w:rPr>
        <w:br/>
      </w:r>
    </w:p>
    <w:p w14:paraId="746336DA" w14:textId="77777777" w:rsidR="00E315D6" w:rsidRPr="00611144" w:rsidRDefault="00856015" w:rsidP="00483BF4">
      <w:pPr>
        <w:spacing w:after="0" w:line="264" w:lineRule="auto"/>
        <w:rPr>
          <w:rFonts w:ascii="Calibri" w:hAnsi="Calibri" w:cs="Calibri"/>
        </w:rPr>
      </w:pPr>
      <w:r w:rsidRPr="00611144">
        <w:rPr>
          <w:rFonts w:ascii="Calibri" w:hAnsi="Calibri" w:cs="Calibri"/>
          <w:b/>
        </w:rPr>
        <w:t>East Sussex Support and Guidance for Educational Settings</w:t>
      </w:r>
    </w:p>
    <w:p w14:paraId="1D3C45F4" w14:textId="163FEBC3" w:rsidR="00E315D6" w:rsidRPr="00611144" w:rsidRDefault="00B013D6" w:rsidP="00B805F4">
      <w:pPr>
        <w:spacing w:after="0" w:line="264" w:lineRule="auto"/>
        <w:ind w:firstLine="720"/>
        <w:rPr>
          <w:rFonts w:ascii="Calibri" w:hAnsi="Calibri" w:cs="Calibri"/>
        </w:rPr>
      </w:pPr>
      <w:hyperlink r:id="rId29" w:history="1">
        <w:r w:rsidRPr="00FB22FD">
          <w:rPr>
            <w:rStyle w:val="Hyperlink"/>
            <w:sz w:val="24"/>
            <w:szCs w:val="24"/>
          </w:rPr>
          <w:t>https://czone.eastsussex.gov.uk/safeguarding/</w:t>
        </w:r>
      </w:hyperlink>
    </w:p>
    <w:p w14:paraId="2C5465C1" w14:textId="77777777" w:rsidR="00E315D6" w:rsidRPr="00611144" w:rsidRDefault="00E315D6" w:rsidP="00483BF4">
      <w:pPr>
        <w:spacing w:after="0" w:line="264" w:lineRule="auto"/>
        <w:rPr>
          <w:rFonts w:ascii="Calibri" w:hAnsi="Calibri" w:cs="Calibri"/>
        </w:rPr>
      </w:pPr>
    </w:p>
    <w:p w14:paraId="3CD054DC" w14:textId="77777777" w:rsidR="00E315D6" w:rsidRPr="00611144" w:rsidRDefault="00856015" w:rsidP="00483BF4">
      <w:pPr>
        <w:spacing w:after="0" w:line="264" w:lineRule="auto"/>
        <w:rPr>
          <w:rFonts w:ascii="Calibri" w:hAnsi="Calibri" w:cs="Calibri"/>
        </w:rPr>
      </w:pPr>
      <w:r w:rsidRPr="00611144">
        <w:rPr>
          <w:rFonts w:ascii="Calibri" w:hAnsi="Calibri" w:cs="Calibri"/>
          <w:b/>
        </w:rPr>
        <w:t>East Sussex Safeguarding Children Partnership</w:t>
      </w:r>
    </w:p>
    <w:p w14:paraId="521E9F44" w14:textId="77777777" w:rsidR="00183222" w:rsidRPr="002B6BE3" w:rsidRDefault="00183222" w:rsidP="00183222">
      <w:pPr>
        <w:pStyle w:val="NoSpacing"/>
        <w:spacing w:line="264" w:lineRule="auto"/>
        <w:ind w:left="720"/>
        <w:rPr>
          <w:rStyle w:val="Hyperlink"/>
          <w:sz w:val="24"/>
          <w:szCs w:val="24"/>
        </w:rPr>
      </w:pPr>
      <w:r w:rsidRPr="002B6BE3">
        <w:rPr>
          <w:rStyle w:val="Hyperlink"/>
          <w:sz w:val="24"/>
          <w:szCs w:val="24"/>
        </w:rPr>
        <w:t>www.</w:t>
      </w:r>
      <w:hyperlink r:id="rId30">
        <w:r w:rsidRPr="002B6BE3">
          <w:rPr>
            <w:rStyle w:val="Hyperlink"/>
            <w:sz w:val="24"/>
            <w:szCs w:val="24"/>
          </w:rPr>
          <w:t>sussexchildprotection.procedures.org.uk/</w:t>
        </w:r>
      </w:hyperlink>
    </w:p>
    <w:p w14:paraId="0239E234" w14:textId="77777777" w:rsidR="00E315D6" w:rsidRPr="00611144" w:rsidRDefault="00E315D6" w:rsidP="00483BF4">
      <w:pPr>
        <w:spacing w:after="0" w:line="264" w:lineRule="auto"/>
        <w:rPr>
          <w:rFonts w:ascii="Calibri" w:hAnsi="Calibri" w:cs="Calibri"/>
        </w:rPr>
      </w:pPr>
    </w:p>
    <w:p w14:paraId="01A7A21C" w14:textId="77777777" w:rsidR="00E315D6" w:rsidRPr="00611144" w:rsidRDefault="00856015" w:rsidP="00483BF4">
      <w:pPr>
        <w:spacing w:after="0" w:line="264" w:lineRule="auto"/>
        <w:rPr>
          <w:rFonts w:ascii="Calibri" w:hAnsi="Calibri" w:cs="Calibri"/>
        </w:rPr>
      </w:pPr>
      <w:r w:rsidRPr="00611144">
        <w:rPr>
          <w:rFonts w:ascii="Calibri" w:hAnsi="Calibri" w:cs="Calibri"/>
          <w:b/>
        </w:rPr>
        <w:t>Sussex Police:</w:t>
      </w:r>
      <w:r w:rsidRPr="00611144">
        <w:rPr>
          <w:rFonts w:ascii="Calibri" w:hAnsi="Calibri" w:cs="Calibri"/>
        </w:rPr>
        <w:t xml:space="preserve"> </w:t>
      </w:r>
    </w:p>
    <w:p w14:paraId="6C29B439" w14:textId="308AF329" w:rsidR="00B013D6" w:rsidRPr="002B6BE3" w:rsidRDefault="00036E24" w:rsidP="00B013D6">
      <w:pPr>
        <w:pStyle w:val="ListParagraph"/>
        <w:spacing w:after="0" w:line="264" w:lineRule="auto"/>
        <w:rPr>
          <w:sz w:val="24"/>
          <w:szCs w:val="24"/>
        </w:rPr>
      </w:pPr>
      <w:hyperlink r:id="rId31" w:history="1">
        <w:r w:rsidRPr="00FB22FD">
          <w:rPr>
            <w:rStyle w:val="Hyperlink"/>
            <w:sz w:val="24"/>
            <w:szCs w:val="24"/>
          </w:rPr>
          <w:t>www.sussex.police.uk</w:t>
        </w:r>
      </w:hyperlink>
      <w:r w:rsidR="00B013D6" w:rsidRPr="002B6BE3">
        <w:rPr>
          <w:sz w:val="24"/>
          <w:szCs w:val="24"/>
        </w:rPr>
        <w:t xml:space="preserve"> </w:t>
      </w:r>
    </w:p>
    <w:p w14:paraId="1702CF03" w14:textId="16F3DFED" w:rsidR="00E315D6" w:rsidRPr="00611144" w:rsidRDefault="00E315D6" w:rsidP="00483BF4">
      <w:pPr>
        <w:spacing w:after="0" w:line="264" w:lineRule="auto"/>
        <w:rPr>
          <w:rFonts w:ascii="Calibri" w:hAnsi="Calibri" w:cs="Calibri"/>
        </w:rPr>
      </w:pPr>
    </w:p>
    <w:p w14:paraId="61CC7176"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For non-urgent Police contact 101 </w:t>
      </w:r>
    </w:p>
    <w:p w14:paraId="7B299E9A" w14:textId="77777777" w:rsidR="00E315D6" w:rsidRPr="00611144" w:rsidRDefault="00856015" w:rsidP="00483BF4">
      <w:pPr>
        <w:spacing w:after="0" w:line="264" w:lineRule="auto"/>
        <w:rPr>
          <w:rFonts w:ascii="Calibri" w:hAnsi="Calibri" w:cs="Calibri"/>
        </w:rPr>
      </w:pPr>
      <w:r w:rsidRPr="00611144">
        <w:rPr>
          <w:rFonts w:ascii="Calibri" w:hAnsi="Calibri" w:cs="Calibri"/>
        </w:rPr>
        <w:t>If you think the child is in immediate danger, you should call the police on 999.</w:t>
      </w:r>
    </w:p>
    <w:p w14:paraId="06B66B17" w14:textId="77777777" w:rsidR="00E315D6" w:rsidRPr="00611144" w:rsidRDefault="00E315D6" w:rsidP="00483BF4">
      <w:pPr>
        <w:spacing w:after="0" w:line="264" w:lineRule="auto"/>
        <w:rPr>
          <w:rFonts w:ascii="Calibri" w:hAnsi="Calibri" w:cs="Calibri"/>
        </w:rPr>
      </w:pPr>
    </w:p>
    <w:p w14:paraId="1F370FA0" w14:textId="77777777" w:rsidR="00E315D6" w:rsidRPr="00611144" w:rsidRDefault="00856015" w:rsidP="00483BF4">
      <w:pPr>
        <w:spacing w:after="0" w:line="264" w:lineRule="auto"/>
        <w:rPr>
          <w:rFonts w:ascii="Calibri" w:hAnsi="Calibri" w:cs="Calibri"/>
        </w:rPr>
      </w:pPr>
      <w:r w:rsidRPr="00611144">
        <w:rPr>
          <w:rFonts w:ascii="Calibri" w:hAnsi="Calibri" w:cs="Calibri"/>
          <w:b/>
        </w:rPr>
        <w:t>National Links and Resources for Educational Settings</w:t>
      </w:r>
    </w:p>
    <w:p w14:paraId="59C14C26" w14:textId="77777777" w:rsidR="00036E24" w:rsidRPr="002B6BE3" w:rsidRDefault="00036E24" w:rsidP="00C308E5">
      <w:pPr>
        <w:pStyle w:val="ListParagraph"/>
        <w:numPr>
          <w:ilvl w:val="0"/>
          <w:numId w:val="78"/>
        </w:numPr>
        <w:spacing w:after="0" w:line="264" w:lineRule="auto"/>
        <w:ind w:firstLine="66"/>
        <w:rPr>
          <w:sz w:val="24"/>
          <w:szCs w:val="24"/>
        </w:rPr>
      </w:pPr>
      <w:r w:rsidRPr="002B6BE3">
        <w:rPr>
          <w:sz w:val="24"/>
          <w:szCs w:val="24"/>
        </w:rPr>
        <w:t>CEOP:</w:t>
      </w:r>
    </w:p>
    <w:p w14:paraId="67933EB8" w14:textId="75E168A8" w:rsidR="00036E24" w:rsidRPr="002B6BE3" w:rsidRDefault="00036E24" w:rsidP="00C308E5">
      <w:pPr>
        <w:pStyle w:val="ListParagraph"/>
        <w:numPr>
          <w:ilvl w:val="1"/>
          <w:numId w:val="78"/>
        </w:numPr>
        <w:spacing w:after="0" w:line="264" w:lineRule="auto"/>
        <w:ind w:firstLine="66"/>
        <w:rPr>
          <w:sz w:val="24"/>
          <w:szCs w:val="24"/>
          <w:u w:val="single"/>
        </w:rPr>
      </w:pPr>
      <w:r>
        <w:t xml:space="preserve"> </w:t>
      </w:r>
      <w:hyperlink r:id="rId32" w:history="1">
        <w:r w:rsidR="005B3E71" w:rsidRPr="00FB22FD">
          <w:rPr>
            <w:rStyle w:val="Hyperlink"/>
            <w:sz w:val="24"/>
            <w:szCs w:val="24"/>
          </w:rPr>
          <w:t>www.thinkuknow.co.uk</w:t>
        </w:r>
      </w:hyperlink>
    </w:p>
    <w:p w14:paraId="16DA0EC9" w14:textId="77777777" w:rsidR="00036E24" w:rsidRPr="002B6BE3" w:rsidRDefault="00036E24" w:rsidP="00C308E5">
      <w:pPr>
        <w:pStyle w:val="ListParagraph"/>
        <w:numPr>
          <w:ilvl w:val="1"/>
          <w:numId w:val="78"/>
        </w:numPr>
        <w:spacing w:after="0" w:line="264" w:lineRule="auto"/>
        <w:ind w:firstLine="66"/>
        <w:rPr>
          <w:sz w:val="24"/>
          <w:szCs w:val="24"/>
        </w:rPr>
      </w:pPr>
      <w:r w:rsidRPr="002B6BE3">
        <w:rPr>
          <w:sz w:val="24"/>
          <w:szCs w:val="24"/>
        </w:rPr>
        <w:t xml:space="preserve"> </w:t>
      </w:r>
      <w:hyperlink r:id="rId33">
        <w:r w:rsidRPr="002B6BE3">
          <w:rPr>
            <w:rStyle w:val="Hyperlink"/>
            <w:sz w:val="24"/>
            <w:szCs w:val="24"/>
          </w:rPr>
          <w:t>www.ceop.police.uk</w:t>
        </w:r>
      </w:hyperlink>
      <w:r w:rsidRPr="002B6BE3">
        <w:rPr>
          <w:sz w:val="24"/>
          <w:szCs w:val="24"/>
        </w:rPr>
        <w:t xml:space="preserve"> </w:t>
      </w:r>
    </w:p>
    <w:p w14:paraId="4675E4C0" w14:textId="77777777" w:rsidR="00036E24" w:rsidRPr="002B6BE3" w:rsidRDefault="00036E24" w:rsidP="00C308E5">
      <w:pPr>
        <w:pStyle w:val="ListParagraph"/>
        <w:numPr>
          <w:ilvl w:val="0"/>
          <w:numId w:val="78"/>
        </w:numPr>
        <w:spacing w:after="0" w:line="264" w:lineRule="auto"/>
        <w:ind w:firstLine="66"/>
        <w:rPr>
          <w:sz w:val="24"/>
          <w:szCs w:val="24"/>
        </w:rPr>
      </w:pPr>
      <w:r w:rsidRPr="002B6BE3">
        <w:rPr>
          <w:sz w:val="24"/>
          <w:szCs w:val="24"/>
        </w:rPr>
        <w:t xml:space="preserve">Childnet: </w:t>
      </w:r>
      <w:hyperlink r:id="rId34">
        <w:r w:rsidRPr="002B6BE3">
          <w:rPr>
            <w:rStyle w:val="Hyperlink"/>
            <w:sz w:val="24"/>
            <w:szCs w:val="24"/>
          </w:rPr>
          <w:t>www.childnet.com</w:t>
        </w:r>
      </w:hyperlink>
      <w:r w:rsidRPr="002B6BE3">
        <w:rPr>
          <w:sz w:val="24"/>
          <w:szCs w:val="24"/>
        </w:rPr>
        <w:t xml:space="preserve"> </w:t>
      </w:r>
    </w:p>
    <w:p w14:paraId="33D56847" w14:textId="77777777" w:rsidR="00036E24" w:rsidRPr="002B6BE3" w:rsidRDefault="00036E24" w:rsidP="00C308E5">
      <w:pPr>
        <w:pStyle w:val="ListParagraph"/>
        <w:numPr>
          <w:ilvl w:val="1"/>
          <w:numId w:val="78"/>
        </w:numPr>
        <w:spacing w:after="0" w:line="264" w:lineRule="auto"/>
        <w:ind w:firstLine="66"/>
        <w:rPr>
          <w:sz w:val="24"/>
          <w:szCs w:val="24"/>
          <w:u w:val="single"/>
        </w:rPr>
      </w:pPr>
      <w:hyperlink r:id="rId35">
        <w:r w:rsidRPr="002B6BE3">
          <w:rPr>
            <w:rStyle w:val="Hyperlink"/>
            <w:sz w:val="24"/>
            <w:szCs w:val="24"/>
          </w:rPr>
          <w:t>https://www.childnet.com/what-we-do/our-projects/thrive-online/</w:t>
        </w:r>
      </w:hyperlink>
    </w:p>
    <w:p w14:paraId="1D0E2D0F" w14:textId="77777777" w:rsidR="00036E24" w:rsidRPr="002B6BE3" w:rsidRDefault="00036E24" w:rsidP="00C308E5">
      <w:pPr>
        <w:pStyle w:val="ListParagraph"/>
        <w:numPr>
          <w:ilvl w:val="1"/>
          <w:numId w:val="78"/>
        </w:numPr>
        <w:spacing w:after="0" w:line="264" w:lineRule="auto"/>
        <w:ind w:firstLine="66"/>
        <w:rPr>
          <w:sz w:val="24"/>
          <w:szCs w:val="24"/>
        </w:rPr>
      </w:pPr>
      <w:hyperlink r:id="rId36">
        <w:r w:rsidRPr="002B6BE3">
          <w:rPr>
            <w:rStyle w:val="Hyperlink"/>
            <w:sz w:val="24"/>
            <w:szCs w:val="24"/>
          </w:rPr>
          <w:t>https://www.childnet.com/resources/connect-with-respect-send/</w:t>
        </w:r>
      </w:hyperlink>
    </w:p>
    <w:p w14:paraId="43E353F1" w14:textId="77777777" w:rsidR="00036E24" w:rsidRPr="002B6BE3" w:rsidRDefault="00036E24" w:rsidP="00C308E5">
      <w:pPr>
        <w:pStyle w:val="ListParagraph"/>
        <w:numPr>
          <w:ilvl w:val="0"/>
          <w:numId w:val="78"/>
        </w:numPr>
        <w:spacing w:after="0" w:line="264" w:lineRule="auto"/>
        <w:ind w:firstLine="66"/>
        <w:rPr>
          <w:sz w:val="24"/>
          <w:szCs w:val="24"/>
        </w:rPr>
      </w:pPr>
      <w:r w:rsidRPr="002B6BE3">
        <w:rPr>
          <w:sz w:val="24"/>
          <w:szCs w:val="24"/>
          <w:lang w:val="de"/>
        </w:rPr>
        <w:t>Project</w:t>
      </w:r>
      <w:r w:rsidRPr="002B6BE3">
        <w:rPr>
          <w:sz w:val="24"/>
          <w:szCs w:val="24"/>
        </w:rPr>
        <w:t xml:space="preserve"> Evolve: </w:t>
      </w:r>
      <w:hyperlink r:id="rId37">
        <w:r w:rsidRPr="002B6BE3">
          <w:rPr>
            <w:rStyle w:val="Hyperlink"/>
            <w:sz w:val="24"/>
            <w:szCs w:val="24"/>
          </w:rPr>
          <w:t>https://projectevolve.co.uk/</w:t>
        </w:r>
      </w:hyperlink>
      <w:r w:rsidRPr="002B6BE3">
        <w:rPr>
          <w:sz w:val="24"/>
          <w:szCs w:val="24"/>
        </w:rPr>
        <w:t xml:space="preserve"> </w:t>
      </w:r>
    </w:p>
    <w:p w14:paraId="031826F0" w14:textId="77777777" w:rsidR="00036E24" w:rsidRPr="002B6BE3" w:rsidRDefault="00036E24" w:rsidP="00C308E5">
      <w:pPr>
        <w:pStyle w:val="ListParagraph"/>
        <w:numPr>
          <w:ilvl w:val="0"/>
          <w:numId w:val="78"/>
        </w:numPr>
        <w:spacing w:after="0" w:line="264" w:lineRule="auto"/>
        <w:ind w:firstLine="66"/>
        <w:rPr>
          <w:sz w:val="24"/>
          <w:szCs w:val="24"/>
          <w:u w:val="single"/>
          <w:lang w:val="de-DE"/>
        </w:rPr>
      </w:pPr>
      <w:r w:rsidRPr="002B6BE3">
        <w:rPr>
          <w:sz w:val="24"/>
          <w:szCs w:val="24"/>
          <w:lang w:val="de-DE"/>
        </w:rPr>
        <w:t xml:space="preserve">Internet Matters: </w:t>
      </w:r>
      <w:hyperlink r:id="rId38">
        <w:r w:rsidRPr="002B6BE3">
          <w:rPr>
            <w:rStyle w:val="Hyperlink"/>
            <w:sz w:val="24"/>
            <w:szCs w:val="24"/>
            <w:lang w:val="de-DE"/>
          </w:rPr>
          <w:t>www.internetmatters.org</w:t>
        </w:r>
      </w:hyperlink>
    </w:p>
    <w:p w14:paraId="509A6542" w14:textId="77777777" w:rsidR="00036E24" w:rsidRPr="002B6BE3" w:rsidRDefault="00036E24" w:rsidP="00C308E5">
      <w:pPr>
        <w:pStyle w:val="ListParagraph"/>
        <w:numPr>
          <w:ilvl w:val="0"/>
          <w:numId w:val="78"/>
        </w:numPr>
        <w:spacing w:after="0" w:line="264" w:lineRule="auto"/>
        <w:ind w:firstLine="66"/>
        <w:rPr>
          <w:sz w:val="24"/>
          <w:szCs w:val="24"/>
          <w:u w:val="single"/>
        </w:rPr>
      </w:pPr>
      <w:r w:rsidRPr="002B6BE3">
        <w:rPr>
          <w:sz w:val="24"/>
          <w:szCs w:val="24"/>
        </w:rPr>
        <w:t xml:space="preserve">Internet Watch Foundation (IWF): </w:t>
      </w:r>
      <w:hyperlink r:id="rId39">
        <w:r w:rsidRPr="002B6BE3">
          <w:rPr>
            <w:rStyle w:val="Hyperlink"/>
            <w:sz w:val="24"/>
            <w:szCs w:val="24"/>
          </w:rPr>
          <w:t>www.iwf.org.uk</w:t>
        </w:r>
      </w:hyperlink>
      <w:r w:rsidRPr="002B6BE3">
        <w:rPr>
          <w:sz w:val="24"/>
          <w:szCs w:val="24"/>
          <w:u w:val="single"/>
        </w:rPr>
        <w:t xml:space="preserve">  </w:t>
      </w:r>
    </w:p>
    <w:p w14:paraId="4E2B64ED" w14:textId="77777777" w:rsidR="00036E24" w:rsidRPr="002B6BE3" w:rsidRDefault="00036E24" w:rsidP="00C308E5">
      <w:pPr>
        <w:pStyle w:val="ListParagraph"/>
        <w:numPr>
          <w:ilvl w:val="0"/>
          <w:numId w:val="78"/>
        </w:numPr>
        <w:spacing w:after="0" w:line="264" w:lineRule="auto"/>
        <w:ind w:firstLine="66"/>
        <w:rPr>
          <w:sz w:val="24"/>
          <w:szCs w:val="24"/>
          <w:u w:val="single"/>
        </w:rPr>
      </w:pPr>
      <w:r w:rsidRPr="002B6BE3">
        <w:rPr>
          <w:sz w:val="24"/>
          <w:szCs w:val="24"/>
        </w:rPr>
        <w:t xml:space="preserve">Lucy Faithfull Foundation: </w:t>
      </w:r>
      <w:hyperlink r:id="rId40">
        <w:r w:rsidRPr="002B6BE3">
          <w:rPr>
            <w:rStyle w:val="Hyperlink"/>
            <w:sz w:val="24"/>
            <w:szCs w:val="24"/>
          </w:rPr>
          <w:t>www.lucyfaithfull.org</w:t>
        </w:r>
      </w:hyperlink>
    </w:p>
    <w:p w14:paraId="71CBC1AB" w14:textId="77777777" w:rsidR="00036E24" w:rsidRPr="002B6BE3" w:rsidRDefault="00036E24" w:rsidP="00C308E5">
      <w:pPr>
        <w:pStyle w:val="ListParagraph"/>
        <w:numPr>
          <w:ilvl w:val="0"/>
          <w:numId w:val="78"/>
        </w:numPr>
        <w:spacing w:after="0" w:line="264" w:lineRule="auto"/>
        <w:ind w:firstLine="66"/>
        <w:rPr>
          <w:sz w:val="24"/>
          <w:szCs w:val="24"/>
          <w:u w:val="single"/>
          <w:lang w:val="pl"/>
        </w:rPr>
      </w:pPr>
      <w:r w:rsidRPr="002B6BE3">
        <w:rPr>
          <w:sz w:val="24"/>
          <w:szCs w:val="24"/>
          <w:lang w:val="pl"/>
        </w:rPr>
        <w:t xml:space="preserve">NSPCC: </w:t>
      </w:r>
      <w:hyperlink r:id="rId41">
        <w:r w:rsidRPr="002B6BE3">
          <w:rPr>
            <w:rStyle w:val="Hyperlink"/>
            <w:sz w:val="24"/>
            <w:szCs w:val="24"/>
            <w:lang w:val="pl"/>
          </w:rPr>
          <w:t>www.nspcc.org.uk/onlinesafety</w:t>
        </w:r>
      </w:hyperlink>
    </w:p>
    <w:p w14:paraId="30D1BAB4" w14:textId="77777777" w:rsidR="00036E24" w:rsidRPr="002B6BE3" w:rsidRDefault="00036E24" w:rsidP="00C308E5">
      <w:pPr>
        <w:pStyle w:val="ListParagraph"/>
        <w:numPr>
          <w:ilvl w:val="1"/>
          <w:numId w:val="78"/>
        </w:numPr>
        <w:spacing w:after="0" w:line="264" w:lineRule="auto"/>
        <w:ind w:firstLine="66"/>
        <w:rPr>
          <w:sz w:val="24"/>
          <w:szCs w:val="24"/>
        </w:rPr>
      </w:pPr>
      <w:r w:rsidRPr="002B6BE3">
        <w:rPr>
          <w:sz w:val="24"/>
          <w:szCs w:val="24"/>
        </w:rPr>
        <w:t xml:space="preserve">ChildLine: </w:t>
      </w:r>
      <w:hyperlink r:id="rId42">
        <w:r w:rsidRPr="002B6BE3">
          <w:rPr>
            <w:rStyle w:val="Hyperlink"/>
            <w:sz w:val="24"/>
            <w:szCs w:val="24"/>
          </w:rPr>
          <w:t>www.childline.org.uk</w:t>
        </w:r>
      </w:hyperlink>
      <w:r w:rsidRPr="002B6BE3">
        <w:rPr>
          <w:sz w:val="24"/>
          <w:szCs w:val="24"/>
        </w:rPr>
        <w:t xml:space="preserve"> </w:t>
      </w:r>
    </w:p>
    <w:p w14:paraId="78F44F59" w14:textId="77777777" w:rsidR="00036E24" w:rsidRPr="002B6BE3" w:rsidRDefault="00036E24" w:rsidP="00C308E5">
      <w:pPr>
        <w:pStyle w:val="ListParagraph"/>
        <w:numPr>
          <w:ilvl w:val="1"/>
          <w:numId w:val="78"/>
        </w:numPr>
        <w:spacing w:after="0" w:line="264" w:lineRule="auto"/>
        <w:ind w:firstLine="66"/>
        <w:rPr>
          <w:sz w:val="24"/>
          <w:szCs w:val="24"/>
          <w:u w:val="single"/>
        </w:rPr>
      </w:pPr>
      <w:r w:rsidRPr="002B6BE3">
        <w:rPr>
          <w:sz w:val="24"/>
          <w:szCs w:val="24"/>
        </w:rPr>
        <w:t xml:space="preserve">Net Aware: </w:t>
      </w:r>
      <w:hyperlink r:id="rId43">
        <w:r w:rsidRPr="002B6BE3">
          <w:rPr>
            <w:rStyle w:val="Hyperlink"/>
            <w:sz w:val="24"/>
            <w:szCs w:val="24"/>
          </w:rPr>
          <w:t>Net-Aware</w:t>
        </w:r>
      </w:hyperlink>
    </w:p>
    <w:p w14:paraId="4F94FFDE" w14:textId="77777777" w:rsidR="00036E24" w:rsidRPr="002B6BE3" w:rsidRDefault="00036E24" w:rsidP="00C308E5">
      <w:pPr>
        <w:pStyle w:val="ListParagraph"/>
        <w:numPr>
          <w:ilvl w:val="0"/>
          <w:numId w:val="78"/>
        </w:numPr>
        <w:spacing w:after="0" w:line="264" w:lineRule="auto"/>
        <w:ind w:firstLine="66"/>
        <w:rPr>
          <w:sz w:val="24"/>
          <w:szCs w:val="24"/>
          <w:u w:val="single"/>
        </w:rPr>
      </w:pPr>
      <w:r w:rsidRPr="002B6BE3">
        <w:rPr>
          <w:sz w:val="24"/>
          <w:szCs w:val="24"/>
        </w:rPr>
        <w:t xml:space="preserve">The Marie Collins Foundation: </w:t>
      </w:r>
      <w:hyperlink r:id="rId44">
        <w:r w:rsidRPr="002B6BE3">
          <w:rPr>
            <w:rStyle w:val="Hyperlink"/>
            <w:sz w:val="24"/>
            <w:szCs w:val="24"/>
          </w:rPr>
          <w:t>www.mariecollinsfoundation.org.uk</w:t>
        </w:r>
      </w:hyperlink>
    </w:p>
    <w:p w14:paraId="2228CF47" w14:textId="77777777" w:rsidR="00036E24" w:rsidRPr="002B6BE3" w:rsidRDefault="00036E24" w:rsidP="00C308E5">
      <w:pPr>
        <w:pStyle w:val="ListParagraph"/>
        <w:numPr>
          <w:ilvl w:val="0"/>
          <w:numId w:val="78"/>
        </w:numPr>
        <w:spacing w:after="0" w:line="264" w:lineRule="auto"/>
        <w:ind w:firstLine="66"/>
        <w:rPr>
          <w:sz w:val="24"/>
          <w:szCs w:val="24"/>
          <w:u w:val="single"/>
        </w:rPr>
      </w:pPr>
      <w:r w:rsidRPr="002B6BE3">
        <w:rPr>
          <w:sz w:val="24"/>
          <w:szCs w:val="24"/>
        </w:rPr>
        <w:t xml:space="preserve">UK Safer Internet Centre: </w:t>
      </w:r>
      <w:hyperlink r:id="rId45">
        <w:r w:rsidRPr="002B6BE3">
          <w:rPr>
            <w:rStyle w:val="Hyperlink"/>
            <w:sz w:val="24"/>
            <w:szCs w:val="24"/>
          </w:rPr>
          <w:t>www.saferinternet.org.uk</w:t>
        </w:r>
      </w:hyperlink>
    </w:p>
    <w:p w14:paraId="12A4924A" w14:textId="77777777" w:rsidR="00036E24" w:rsidRPr="002B6BE3" w:rsidRDefault="00036E24" w:rsidP="00C308E5">
      <w:pPr>
        <w:pStyle w:val="ListParagraph"/>
        <w:numPr>
          <w:ilvl w:val="1"/>
          <w:numId w:val="78"/>
        </w:numPr>
        <w:spacing w:after="0" w:line="264" w:lineRule="auto"/>
        <w:ind w:firstLine="66"/>
        <w:rPr>
          <w:sz w:val="24"/>
          <w:szCs w:val="24"/>
          <w:u w:val="single"/>
        </w:rPr>
      </w:pPr>
      <w:r w:rsidRPr="002B6BE3">
        <w:rPr>
          <w:sz w:val="24"/>
          <w:szCs w:val="24"/>
        </w:rPr>
        <w:lastRenderedPageBreak/>
        <w:t xml:space="preserve">Professional Online Safety Helpline: </w:t>
      </w:r>
      <w:hyperlink r:id="rId46">
        <w:r w:rsidRPr="002B6BE3">
          <w:rPr>
            <w:rStyle w:val="Hyperlink"/>
            <w:sz w:val="24"/>
            <w:szCs w:val="24"/>
          </w:rPr>
          <w:t>www.saferinternet.org.uk/about/helpline</w:t>
        </w:r>
      </w:hyperlink>
    </w:p>
    <w:p w14:paraId="4E8CDCE6" w14:textId="77777777" w:rsidR="00036E24" w:rsidRPr="002B6BE3" w:rsidRDefault="00036E24" w:rsidP="00C308E5">
      <w:pPr>
        <w:pStyle w:val="ListParagraph"/>
        <w:numPr>
          <w:ilvl w:val="0"/>
          <w:numId w:val="78"/>
        </w:numPr>
        <w:spacing w:after="0" w:line="264" w:lineRule="auto"/>
        <w:ind w:firstLine="66"/>
        <w:rPr>
          <w:sz w:val="24"/>
          <w:szCs w:val="24"/>
        </w:rPr>
      </w:pPr>
      <w:r w:rsidRPr="002B6BE3">
        <w:rPr>
          <w:sz w:val="24"/>
          <w:szCs w:val="24"/>
        </w:rPr>
        <w:t xml:space="preserve">360 Safe Self-Review tool for schools: </w:t>
      </w:r>
      <w:hyperlink r:id="rId47">
        <w:r w:rsidRPr="002B6BE3">
          <w:rPr>
            <w:rStyle w:val="Hyperlink"/>
            <w:sz w:val="24"/>
            <w:szCs w:val="24"/>
          </w:rPr>
          <w:t>www.360safe.org.uk</w:t>
        </w:r>
      </w:hyperlink>
      <w:r w:rsidRPr="002B6BE3">
        <w:rPr>
          <w:sz w:val="24"/>
          <w:szCs w:val="24"/>
        </w:rPr>
        <w:t xml:space="preserve"> </w:t>
      </w:r>
    </w:p>
    <w:p w14:paraId="0D03505B" w14:textId="77777777" w:rsidR="00036E24" w:rsidRPr="002B6BE3" w:rsidRDefault="00036E24" w:rsidP="00C308E5">
      <w:pPr>
        <w:pStyle w:val="ListParagraph"/>
        <w:numPr>
          <w:ilvl w:val="0"/>
          <w:numId w:val="78"/>
        </w:numPr>
        <w:spacing w:after="0" w:line="264" w:lineRule="auto"/>
        <w:ind w:firstLine="66"/>
        <w:rPr>
          <w:sz w:val="24"/>
          <w:szCs w:val="24"/>
          <w:u w:val="single"/>
        </w:rPr>
      </w:pPr>
      <w:r w:rsidRPr="002B6BE3">
        <w:rPr>
          <w:sz w:val="24"/>
          <w:szCs w:val="24"/>
        </w:rPr>
        <w:t xml:space="preserve">Get Safe Online: </w:t>
      </w:r>
      <w:hyperlink r:id="rId48">
        <w:r w:rsidRPr="002B6BE3">
          <w:rPr>
            <w:rStyle w:val="Hyperlink"/>
            <w:sz w:val="24"/>
            <w:szCs w:val="24"/>
          </w:rPr>
          <w:t>www.getsafeonline.org</w:t>
        </w:r>
      </w:hyperlink>
    </w:p>
    <w:p w14:paraId="532E5CA5" w14:textId="77777777" w:rsidR="00036E24" w:rsidRPr="002B6BE3" w:rsidRDefault="00036E24" w:rsidP="00C308E5">
      <w:pPr>
        <w:pStyle w:val="ListParagraph"/>
        <w:numPr>
          <w:ilvl w:val="0"/>
          <w:numId w:val="78"/>
        </w:numPr>
        <w:spacing w:after="0" w:line="264" w:lineRule="auto"/>
        <w:ind w:firstLine="66"/>
        <w:rPr>
          <w:sz w:val="24"/>
          <w:szCs w:val="24"/>
          <w:u w:val="single"/>
          <w:lang w:val="fr-FR"/>
        </w:rPr>
      </w:pPr>
      <w:r w:rsidRPr="002B6BE3">
        <w:rPr>
          <w:sz w:val="24"/>
          <w:szCs w:val="24"/>
          <w:lang w:val="fr-FR"/>
        </w:rPr>
        <w:t xml:space="preserve">Action Fraud: </w:t>
      </w:r>
      <w:hyperlink r:id="rId49">
        <w:r w:rsidRPr="002B6BE3">
          <w:rPr>
            <w:rStyle w:val="Hyperlink"/>
            <w:sz w:val="24"/>
            <w:szCs w:val="24"/>
            <w:lang w:val="fr-FR"/>
          </w:rPr>
          <w:t>www.actionfraud.police.uk</w:t>
        </w:r>
      </w:hyperlink>
    </w:p>
    <w:p w14:paraId="34A4F883" w14:textId="77777777" w:rsidR="00036E24" w:rsidRPr="002B6BE3" w:rsidRDefault="00036E24" w:rsidP="00C308E5">
      <w:pPr>
        <w:pStyle w:val="ListParagraph"/>
        <w:numPr>
          <w:ilvl w:val="0"/>
          <w:numId w:val="78"/>
        </w:numPr>
        <w:shd w:val="clear" w:color="auto" w:fill="FFFFFF" w:themeFill="background1"/>
        <w:spacing w:after="0" w:line="264" w:lineRule="auto"/>
        <w:ind w:firstLine="66"/>
        <w:rPr>
          <w:rStyle w:val="Hyperlink"/>
          <w:sz w:val="24"/>
          <w:szCs w:val="24"/>
        </w:rPr>
      </w:pPr>
      <w:r w:rsidRPr="002B6BE3">
        <w:rPr>
          <w:sz w:val="24"/>
          <w:szCs w:val="24"/>
        </w:rPr>
        <w:t xml:space="preserve">Online Safety Toolkit: </w:t>
      </w:r>
      <w:hyperlink r:id="rId50">
        <w:r w:rsidRPr="002B6BE3">
          <w:rPr>
            <w:rStyle w:val="Hyperlink"/>
            <w:sz w:val="24"/>
            <w:szCs w:val="24"/>
          </w:rPr>
          <w:t>Online Safety - Czone (eastsussex.gov.uk)</w:t>
        </w:r>
      </w:hyperlink>
    </w:p>
    <w:p w14:paraId="2BEB8942" w14:textId="77777777" w:rsidR="00E315D6" w:rsidRPr="00611144" w:rsidRDefault="00E315D6" w:rsidP="00483BF4">
      <w:pPr>
        <w:spacing w:after="0" w:line="264" w:lineRule="auto"/>
        <w:rPr>
          <w:rFonts w:ascii="Calibri" w:hAnsi="Calibri" w:cs="Calibri"/>
        </w:rPr>
      </w:pPr>
    </w:p>
    <w:p w14:paraId="05FD8165" w14:textId="77777777" w:rsidR="00E315D6" w:rsidRPr="00611144" w:rsidRDefault="00856015" w:rsidP="00483BF4">
      <w:pPr>
        <w:spacing w:after="0" w:line="264" w:lineRule="auto"/>
        <w:rPr>
          <w:rFonts w:ascii="Calibri" w:hAnsi="Calibri" w:cs="Calibri"/>
        </w:rPr>
      </w:pPr>
      <w:r w:rsidRPr="00611144">
        <w:rPr>
          <w:rFonts w:ascii="Calibri" w:hAnsi="Calibri" w:cs="Calibri"/>
          <w:b/>
        </w:rPr>
        <w:t>National Links and Resources for Professionals/Parents/Carers</w:t>
      </w:r>
    </w:p>
    <w:p w14:paraId="6959C00D" w14:textId="77777777" w:rsidR="00E315D6" w:rsidRPr="00F05AE9" w:rsidRDefault="00856015" w:rsidP="00483BF4">
      <w:pPr>
        <w:spacing w:after="0" w:line="264" w:lineRule="auto"/>
        <w:rPr>
          <w:rFonts w:ascii="Calibri" w:hAnsi="Calibri" w:cs="Calibri"/>
          <w:u w:val="single"/>
        </w:rPr>
      </w:pPr>
      <w:r w:rsidRPr="00F05AE9">
        <w:rPr>
          <w:rFonts w:ascii="Calibri" w:hAnsi="Calibri" w:cs="Calibri"/>
          <w:u w:val="single"/>
        </w:rPr>
        <w:t>There is a wealth of information available to support schools and parents/carers to keep children safe online. See Keeping Children Safe in Education 2023 Part 2 for more resources.</w:t>
      </w:r>
    </w:p>
    <w:p w14:paraId="3329B40D" w14:textId="77777777" w:rsidR="00E315D6" w:rsidRPr="00611144" w:rsidRDefault="00E315D6" w:rsidP="00483BF4">
      <w:pPr>
        <w:spacing w:after="0" w:line="264" w:lineRule="auto"/>
        <w:rPr>
          <w:rFonts w:ascii="Calibri" w:hAnsi="Calibri" w:cs="Calibri"/>
        </w:rPr>
      </w:pPr>
    </w:p>
    <w:p w14:paraId="61ED1DD4" w14:textId="77777777" w:rsidR="00E315D6" w:rsidRPr="00611144" w:rsidRDefault="00856015" w:rsidP="00483BF4">
      <w:pPr>
        <w:spacing w:after="0" w:line="264" w:lineRule="auto"/>
        <w:rPr>
          <w:rFonts w:ascii="Calibri" w:hAnsi="Calibri" w:cs="Calibri"/>
        </w:rPr>
      </w:pPr>
      <w:r w:rsidRPr="00611144">
        <w:rPr>
          <w:rFonts w:ascii="Calibri" w:hAnsi="Calibri" w:cs="Calibri"/>
          <w:b/>
        </w:rPr>
        <w:t>Disclaimer</w:t>
      </w:r>
    </w:p>
    <w:p w14:paraId="609E3650"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The original template for this model policy was created by the Education People on behalf of East Sussex County Council in 2016. Copyright of these materials is held by The Education People; this must be acknowledged when the template is used. </w:t>
      </w:r>
    </w:p>
    <w:p w14:paraId="30969546" w14:textId="77777777" w:rsidR="00E315D6" w:rsidRPr="00611144" w:rsidRDefault="00E315D6" w:rsidP="00483BF4">
      <w:pPr>
        <w:spacing w:after="0" w:line="264" w:lineRule="auto"/>
        <w:rPr>
          <w:rFonts w:ascii="Calibri" w:hAnsi="Calibri" w:cs="Calibri"/>
        </w:rPr>
      </w:pPr>
    </w:p>
    <w:p w14:paraId="1BE95BB9" w14:textId="77777777" w:rsidR="00E315D6" w:rsidRPr="00611144" w:rsidRDefault="00856015" w:rsidP="00483BF4">
      <w:pPr>
        <w:spacing w:after="0" w:line="264" w:lineRule="auto"/>
        <w:rPr>
          <w:rFonts w:ascii="Calibri" w:hAnsi="Calibri" w:cs="Calibri"/>
        </w:rPr>
      </w:pPr>
      <w:r w:rsidRPr="00611144">
        <w:rPr>
          <w:rFonts w:ascii="Calibri" w:hAnsi="Calibri" w:cs="Calibri"/>
          <w:b/>
        </w:rPr>
        <w:t xml:space="preserve">Pupil Acceptable Use Agreements (including Remote Learning) </w:t>
      </w:r>
    </w:p>
    <w:p w14:paraId="62709202" w14:textId="77777777" w:rsidR="00E315D6" w:rsidRPr="00611144" w:rsidRDefault="00E315D6" w:rsidP="00483BF4">
      <w:pPr>
        <w:spacing w:after="0" w:line="264" w:lineRule="auto"/>
        <w:rPr>
          <w:rFonts w:ascii="Calibri" w:hAnsi="Calibri" w:cs="Calibri"/>
        </w:rPr>
      </w:pPr>
    </w:p>
    <w:p w14:paraId="139E53B6" w14:textId="77777777" w:rsidR="00E315D6" w:rsidRPr="00611144" w:rsidRDefault="00856015" w:rsidP="00483BF4">
      <w:pPr>
        <w:spacing w:after="0" w:line="264" w:lineRule="auto"/>
        <w:rPr>
          <w:rFonts w:ascii="Calibri" w:hAnsi="Calibri" w:cs="Calibri"/>
        </w:rPr>
      </w:pPr>
      <w:r w:rsidRPr="00611144">
        <w:rPr>
          <w:rFonts w:ascii="Calibri" w:hAnsi="Calibri" w:cs="Calibri"/>
        </w:rPr>
        <w:t>We encourage professionals to use these agreements to talk through expected behaviours with their pupils at the start of each term either in PSHE lessons or Computing lessons whether schools are remote learning or not</w:t>
      </w:r>
    </w:p>
    <w:p w14:paraId="3BFE1FB2" w14:textId="77777777" w:rsidR="00E315D6" w:rsidRPr="00611144" w:rsidRDefault="00E315D6" w:rsidP="00483BF4">
      <w:pPr>
        <w:spacing w:after="0" w:line="264" w:lineRule="auto"/>
        <w:rPr>
          <w:rFonts w:ascii="Calibri" w:hAnsi="Calibri" w:cs="Calibri"/>
        </w:rPr>
      </w:pPr>
    </w:p>
    <w:p w14:paraId="2C876588" w14:textId="77777777" w:rsidR="00E315D6" w:rsidRPr="00611144" w:rsidRDefault="00856015" w:rsidP="00483BF4">
      <w:pPr>
        <w:spacing w:after="0" w:line="264" w:lineRule="auto"/>
        <w:rPr>
          <w:rFonts w:ascii="Calibri" w:hAnsi="Calibri" w:cs="Calibri"/>
        </w:rPr>
      </w:pPr>
      <w:r w:rsidRPr="00611144">
        <w:rPr>
          <w:rFonts w:ascii="Calibri" w:hAnsi="Calibri" w:cs="Calibri"/>
        </w:rPr>
        <w:br w:type="page"/>
      </w:r>
    </w:p>
    <w:p w14:paraId="614EDC22" w14:textId="0175FB8E" w:rsidR="00E315D6" w:rsidRPr="00611144" w:rsidRDefault="00856015" w:rsidP="00483BF4">
      <w:pPr>
        <w:pStyle w:val="Heading1"/>
        <w:spacing w:before="0" w:line="264" w:lineRule="auto"/>
        <w:rPr>
          <w:rFonts w:ascii="Calibri" w:hAnsi="Calibri" w:cs="Calibri"/>
        </w:rPr>
      </w:pPr>
      <w:r w:rsidRPr="00611144">
        <w:rPr>
          <w:rFonts w:ascii="Calibri" w:hAnsi="Calibri" w:cs="Calibri"/>
        </w:rPr>
        <w:lastRenderedPageBreak/>
        <w:t>Part B: DCAT Artificial Intelligence (AI) Use</w:t>
      </w:r>
    </w:p>
    <w:p w14:paraId="295FFA5E" w14:textId="77777777" w:rsidR="00E315D6" w:rsidRPr="00611144" w:rsidRDefault="00E315D6" w:rsidP="00483BF4">
      <w:pPr>
        <w:pStyle w:val="Heading1"/>
        <w:spacing w:before="0" w:line="264" w:lineRule="auto"/>
        <w:rPr>
          <w:rFonts w:ascii="Calibri" w:hAnsi="Calibri" w:cs="Calibri"/>
        </w:rPr>
      </w:pPr>
    </w:p>
    <w:p w14:paraId="4C1EB53C" w14:textId="45118541" w:rsidR="00E315D6" w:rsidRPr="00611144" w:rsidRDefault="00856015" w:rsidP="00DA5868">
      <w:pPr>
        <w:pStyle w:val="Heading1"/>
        <w:spacing w:before="0" w:line="264" w:lineRule="auto"/>
        <w:rPr>
          <w:rFonts w:ascii="Calibri" w:hAnsi="Calibri" w:cs="Calibri"/>
        </w:rPr>
      </w:pPr>
      <w:r w:rsidRPr="00611144">
        <w:rPr>
          <w:rFonts w:ascii="Calibri" w:hAnsi="Calibri" w:cs="Calibri"/>
        </w:rPr>
        <w:t>DCAT Artificial Intelligence (AI) Use Guidelines</w:t>
      </w:r>
    </w:p>
    <w:p w14:paraId="511BA6CC"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Introduction</w:t>
      </w:r>
    </w:p>
    <w:p w14:paraId="2CDABE72" w14:textId="77777777" w:rsidR="00E315D6" w:rsidRPr="00611144" w:rsidRDefault="00856015" w:rsidP="00483BF4">
      <w:pPr>
        <w:spacing w:after="0" w:line="264" w:lineRule="auto"/>
        <w:rPr>
          <w:rFonts w:ascii="Calibri" w:hAnsi="Calibri" w:cs="Calibri"/>
        </w:rPr>
      </w:pPr>
      <w:r w:rsidRPr="00611144">
        <w:rPr>
          <w:rFonts w:ascii="Calibri" w:hAnsi="Calibri" w:cs="Calibri"/>
        </w:rPr>
        <w:t>DCAT supports the responsible and innovative use of Artificial Intelligence (AI) to enhance teaching, learning, and operational efficiency. Generative AI can support schools and trusts in several ways, provided it’s used responsibly and under safeguarding and data protection rules.</w:t>
      </w:r>
    </w:p>
    <w:p w14:paraId="5EC8E930" w14:textId="77777777" w:rsidR="00E315D6" w:rsidRPr="00611144" w:rsidRDefault="00856015" w:rsidP="00483BF4">
      <w:pPr>
        <w:spacing w:after="0" w:line="264" w:lineRule="auto"/>
        <w:rPr>
          <w:rFonts w:ascii="Calibri" w:hAnsi="Calibri" w:cs="Calibri"/>
        </w:rPr>
      </w:pPr>
      <w:r w:rsidRPr="00611144">
        <w:rPr>
          <w:rFonts w:ascii="Calibri" w:hAnsi="Calibri" w:cs="Calibri"/>
        </w:rPr>
        <w:t>Generative Artificial Intelligence refers to AI systems that can create new content, such as text, images, audio, or code based on patterns learned from large datasets. These models (e.g., Copilot, GPT, Gemini) use machine learning techniques to predict and generate outputs that resemble human-created material.</w:t>
      </w:r>
    </w:p>
    <w:p w14:paraId="5CA6C51B" w14:textId="77777777" w:rsidR="00E315D6" w:rsidRPr="00611144" w:rsidRDefault="00856015" w:rsidP="00483BF4">
      <w:pPr>
        <w:spacing w:after="0" w:line="264" w:lineRule="auto"/>
        <w:rPr>
          <w:rFonts w:ascii="Calibri" w:hAnsi="Calibri" w:cs="Calibri"/>
        </w:rPr>
      </w:pPr>
      <w:r w:rsidRPr="00611144">
        <w:rPr>
          <w:rFonts w:ascii="Calibri" w:hAnsi="Calibri" w:cs="Calibri"/>
        </w:rPr>
        <w:t>Key characteristics:</w:t>
      </w:r>
    </w:p>
    <w:p w14:paraId="04E48184" w14:textId="77777777" w:rsidR="00E315D6" w:rsidRPr="00611144" w:rsidRDefault="00856015" w:rsidP="00483BF4">
      <w:pPr>
        <w:spacing w:after="0" w:line="264" w:lineRule="auto"/>
        <w:rPr>
          <w:rFonts w:ascii="Calibri" w:hAnsi="Calibri" w:cs="Calibri"/>
        </w:rPr>
      </w:pPr>
      <w:r w:rsidRPr="00611144">
        <w:rPr>
          <w:rFonts w:ascii="Calibri" w:hAnsi="Calibri" w:cs="Calibri"/>
          <w:b/>
        </w:rPr>
        <w:t>Generative</w:t>
      </w:r>
      <w:r w:rsidRPr="00611144">
        <w:rPr>
          <w:rFonts w:ascii="Calibri" w:hAnsi="Calibri" w:cs="Calibri"/>
        </w:rPr>
        <w:t>: Produces original outputs rather than just retrieving existing data.</w:t>
      </w:r>
    </w:p>
    <w:p w14:paraId="4D495D39" w14:textId="77777777" w:rsidR="00E315D6" w:rsidRPr="00611144" w:rsidRDefault="00856015" w:rsidP="00483BF4">
      <w:pPr>
        <w:spacing w:after="0" w:line="264" w:lineRule="auto"/>
        <w:rPr>
          <w:rFonts w:ascii="Calibri" w:hAnsi="Calibri" w:cs="Calibri"/>
        </w:rPr>
      </w:pPr>
      <w:r w:rsidRPr="00611144">
        <w:rPr>
          <w:rFonts w:ascii="Calibri" w:hAnsi="Calibri" w:cs="Calibri"/>
          <w:b/>
        </w:rPr>
        <w:t>Foundation models</w:t>
      </w:r>
      <w:r w:rsidRPr="00611144">
        <w:rPr>
          <w:rFonts w:ascii="Calibri" w:hAnsi="Calibri" w:cs="Calibri"/>
        </w:rPr>
        <w:t>: Trained on vast, diverse datasets and adaptable to multiple tasks.</w:t>
      </w:r>
    </w:p>
    <w:p w14:paraId="128A3D5C" w14:textId="77777777" w:rsidR="00E315D6" w:rsidRPr="00611144" w:rsidRDefault="00856015" w:rsidP="00483BF4">
      <w:pPr>
        <w:spacing w:after="0" w:line="264" w:lineRule="auto"/>
        <w:rPr>
          <w:rFonts w:ascii="Calibri" w:hAnsi="Calibri" w:cs="Calibri"/>
        </w:rPr>
      </w:pPr>
      <w:r w:rsidRPr="00611144">
        <w:rPr>
          <w:rFonts w:ascii="Calibri" w:hAnsi="Calibri" w:cs="Calibri"/>
          <w:b/>
        </w:rPr>
        <w:t>Interactive</w:t>
      </w:r>
      <w:r w:rsidRPr="00611144">
        <w:rPr>
          <w:rFonts w:ascii="Calibri" w:hAnsi="Calibri" w:cs="Calibri"/>
        </w:rPr>
        <w:t>: Responds to prompts, enabling dynamic content creation.</w:t>
      </w:r>
    </w:p>
    <w:p w14:paraId="5C60AA3E" w14:textId="77777777" w:rsidR="00E315D6" w:rsidRPr="00611144" w:rsidRDefault="00E315D6" w:rsidP="00483BF4">
      <w:pPr>
        <w:spacing w:after="0" w:line="264" w:lineRule="auto"/>
        <w:rPr>
          <w:rFonts w:ascii="Calibri" w:hAnsi="Calibri" w:cs="Calibri"/>
        </w:rPr>
      </w:pPr>
    </w:p>
    <w:p w14:paraId="036FF2BB"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As this technology evolves rapidly, staff should use AI thoughtfully, ensuring all usage aligns with Trust values, safeguarding duties, and legal obligations, such as GDPR.  AI use aims to </w:t>
      </w:r>
      <w:r w:rsidRPr="00611144">
        <w:rPr>
          <w:rFonts w:ascii="Calibri" w:hAnsi="Calibri" w:cs="Calibri"/>
          <w:i/>
        </w:rPr>
        <w:t>reduce workload and enhance teaching</w:t>
      </w:r>
      <w:r w:rsidRPr="00611144">
        <w:rPr>
          <w:rFonts w:ascii="Calibri" w:hAnsi="Calibri" w:cs="Calibri"/>
        </w:rPr>
        <w:t xml:space="preserve"> without replacing professional judgement.</w:t>
      </w:r>
    </w:p>
    <w:p w14:paraId="78BF9A1D"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For the latest national guidance, please refer to the </w:t>
      </w:r>
      <w:r w:rsidRPr="00611144">
        <w:rPr>
          <w:rFonts w:ascii="Calibri" w:hAnsi="Calibri" w:cs="Calibri"/>
          <w:b/>
        </w:rPr>
        <w:t>Department for Education (DfE) AI guidance</w:t>
      </w:r>
      <w:r w:rsidRPr="00611144">
        <w:rPr>
          <w:rFonts w:ascii="Calibri" w:hAnsi="Calibri" w:cs="Calibri"/>
        </w:rPr>
        <w:t>, which continues to evolve:</w:t>
      </w:r>
      <w:r w:rsidRPr="00611144">
        <w:rPr>
          <w:rFonts w:ascii="Calibri" w:hAnsi="Calibri" w:cs="Calibri"/>
        </w:rPr>
        <w:br/>
      </w:r>
      <w:r w:rsidRPr="00611144">
        <w:rPr>
          <w:rFonts w:ascii="Segoe UI Emoji" w:hAnsi="Segoe UI Emoji" w:cs="Segoe UI Emoji"/>
        </w:rPr>
        <w:t>🔗</w:t>
      </w:r>
      <w:r w:rsidRPr="00611144">
        <w:rPr>
          <w:rFonts w:ascii="Calibri" w:hAnsi="Calibri" w:cs="Calibri"/>
        </w:rPr>
        <w:t xml:space="preserve"> </w:t>
      </w:r>
    </w:p>
    <w:p w14:paraId="698854DA"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Roles and Responsibilities:</w:t>
      </w:r>
    </w:p>
    <w:p w14:paraId="2E2C1506" w14:textId="77777777" w:rsidR="00E315D6" w:rsidRPr="00611144" w:rsidRDefault="00E315D6" w:rsidP="00483BF4">
      <w:pPr>
        <w:spacing w:after="0" w:line="264" w:lineRule="auto"/>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5"/>
        <w:gridCol w:w="2877"/>
        <w:gridCol w:w="2878"/>
      </w:tblGrid>
      <w:tr w:rsidR="00E315D6" w:rsidRPr="00611144" w14:paraId="2C13C908" w14:textId="77777777" w:rsidTr="0081237A">
        <w:tc>
          <w:tcPr>
            <w:tcW w:w="2880" w:type="dxa"/>
          </w:tcPr>
          <w:p w14:paraId="6C2F5B3F" w14:textId="77777777" w:rsidR="00E315D6" w:rsidRPr="00611144" w:rsidRDefault="00856015" w:rsidP="00483BF4">
            <w:pPr>
              <w:spacing w:after="0" w:line="264" w:lineRule="auto"/>
              <w:rPr>
                <w:rFonts w:ascii="Calibri" w:hAnsi="Calibri" w:cs="Calibri"/>
              </w:rPr>
            </w:pPr>
            <w:r w:rsidRPr="00611144">
              <w:rPr>
                <w:rFonts w:ascii="Calibri" w:hAnsi="Calibri" w:cs="Calibri"/>
              </w:rPr>
              <w:t>Trust Level</w:t>
            </w:r>
          </w:p>
        </w:tc>
        <w:tc>
          <w:tcPr>
            <w:tcW w:w="2880" w:type="dxa"/>
          </w:tcPr>
          <w:p w14:paraId="6FCC7872" w14:textId="77777777" w:rsidR="00E315D6" w:rsidRPr="00611144" w:rsidRDefault="00856015" w:rsidP="00483BF4">
            <w:pPr>
              <w:spacing w:after="0" w:line="264" w:lineRule="auto"/>
              <w:rPr>
                <w:rFonts w:ascii="Calibri" w:hAnsi="Calibri" w:cs="Calibri"/>
              </w:rPr>
            </w:pPr>
            <w:r w:rsidRPr="00611144">
              <w:rPr>
                <w:rFonts w:ascii="Calibri" w:hAnsi="Calibri" w:cs="Calibri"/>
              </w:rPr>
              <w:t>Lead member of ELT:</w:t>
            </w:r>
            <w:r w:rsidRPr="00611144">
              <w:rPr>
                <w:rFonts w:ascii="Calibri" w:hAnsi="Calibri" w:cs="Calibri"/>
              </w:rPr>
              <w:br/>
              <w:t>Director of Operations and Governance, supported by the Head of IT and Digital Innovation</w:t>
            </w:r>
            <w:r w:rsidRPr="00611144">
              <w:rPr>
                <w:rFonts w:ascii="Calibri" w:hAnsi="Calibri" w:cs="Calibri"/>
              </w:rPr>
              <w:br/>
            </w:r>
            <w:r w:rsidRPr="00611144">
              <w:rPr>
                <w:rFonts w:ascii="Calibri" w:hAnsi="Calibri" w:cs="Calibri"/>
              </w:rPr>
              <w:br/>
            </w:r>
          </w:p>
        </w:tc>
        <w:tc>
          <w:tcPr>
            <w:tcW w:w="2880" w:type="dxa"/>
          </w:tcPr>
          <w:p w14:paraId="1235914C" w14:textId="77777777" w:rsidR="00E315D6" w:rsidRPr="00611144" w:rsidRDefault="00856015" w:rsidP="00483BF4">
            <w:pPr>
              <w:spacing w:after="0" w:line="264" w:lineRule="auto"/>
              <w:rPr>
                <w:rFonts w:ascii="Calibri" w:hAnsi="Calibri" w:cs="Calibri"/>
              </w:rPr>
            </w:pPr>
            <w:r w:rsidRPr="00611144">
              <w:rPr>
                <w:rFonts w:ascii="Calibri" w:hAnsi="Calibri" w:cs="Calibri"/>
              </w:rPr>
              <w:t>Owns policy, standards, procurement frameworks, contracts, DPIA methodology and risk assessment, central assurance, training frameworks, incident oversight, and reporting to Trustees.</w:t>
            </w:r>
            <w:r w:rsidRPr="00611144">
              <w:rPr>
                <w:rFonts w:ascii="Calibri" w:hAnsi="Calibri" w:cs="Calibri"/>
              </w:rPr>
              <w:br/>
            </w:r>
          </w:p>
        </w:tc>
      </w:tr>
      <w:tr w:rsidR="00E315D6" w:rsidRPr="00611144" w14:paraId="6393C503" w14:textId="77777777" w:rsidTr="0081237A">
        <w:tc>
          <w:tcPr>
            <w:tcW w:w="2880" w:type="dxa"/>
          </w:tcPr>
          <w:p w14:paraId="0E140922" w14:textId="77777777" w:rsidR="00E315D6" w:rsidRPr="00611144" w:rsidRDefault="00856015" w:rsidP="00483BF4">
            <w:pPr>
              <w:spacing w:after="0" w:line="264" w:lineRule="auto"/>
              <w:rPr>
                <w:rFonts w:ascii="Calibri" w:hAnsi="Calibri" w:cs="Calibri"/>
              </w:rPr>
            </w:pPr>
            <w:r w:rsidRPr="00611144">
              <w:rPr>
                <w:rFonts w:ascii="Calibri" w:hAnsi="Calibri" w:cs="Calibri"/>
              </w:rPr>
              <w:t>Trust Level</w:t>
            </w:r>
          </w:p>
        </w:tc>
        <w:tc>
          <w:tcPr>
            <w:tcW w:w="2880" w:type="dxa"/>
          </w:tcPr>
          <w:p w14:paraId="31AF0CEF" w14:textId="77777777" w:rsidR="00E315D6" w:rsidRPr="00611144" w:rsidRDefault="00856015" w:rsidP="00483BF4">
            <w:pPr>
              <w:spacing w:after="0" w:line="264" w:lineRule="auto"/>
              <w:rPr>
                <w:rFonts w:ascii="Calibri" w:hAnsi="Calibri" w:cs="Calibri"/>
              </w:rPr>
            </w:pPr>
            <w:r w:rsidRPr="00611144">
              <w:rPr>
                <w:rFonts w:ascii="Calibri" w:hAnsi="Calibri" w:cs="Calibri"/>
              </w:rPr>
              <w:t>Safeguarding:</w:t>
            </w:r>
            <w:r w:rsidRPr="00611144">
              <w:rPr>
                <w:rFonts w:ascii="Calibri" w:hAnsi="Calibri" w:cs="Calibri"/>
              </w:rPr>
              <w:br/>
              <w:t>Trust Safeguarding Lead</w:t>
            </w:r>
          </w:p>
        </w:tc>
        <w:tc>
          <w:tcPr>
            <w:tcW w:w="2880" w:type="dxa"/>
          </w:tcPr>
          <w:p w14:paraId="238FED6A" w14:textId="77777777" w:rsidR="00E315D6" w:rsidRPr="00611144" w:rsidRDefault="00856015" w:rsidP="00483BF4">
            <w:pPr>
              <w:spacing w:after="0" w:line="264" w:lineRule="auto"/>
              <w:rPr>
                <w:rFonts w:ascii="Calibri" w:hAnsi="Calibri" w:cs="Calibri"/>
              </w:rPr>
            </w:pPr>
            <w:r w:rsidRPr="00611144">
              <w:rPr>
                <w:rFonts w:ascii="Calibri" w:hAnsi="Calibri" w:cs="Calibri"/>
              </w:rPr>
              <w:t>Reviews AI to ensure meets DCAT safeguarding standards and reviews any issues and reports as necessary to Trustees and outside agencies.</w:t>
            </w:r>
          </w:p>
        </w:tc>
      </w:tr>
      <w:tr w:rsidR="00E315D6" w:rsidRPr="00611144" w14:paraId="7184E4EA" w14:textId="77777777" w:rsidTr="0081237A">
        <w:tc>
          <w:tcPr>
            <w:tcW w:w="2880" w:type="dxa"/>
          </w:tcPr>
          <w:p w14:paraId="36F9E533" w14:textId="77777777" w:rsidR="00E315D6" w:rsidRPr="00611144" w:rsidRDefault="00856015" w:rsidP="00483BF4">
            <w:pPr>
              <w:spacing w:after="0" w:line="264" w:lineRule="auto"/>
              <w:rPr>
                <w:rFonts w:ascii="Calibri" w:hAnsi="Calibri" w:cs="Calibri"/>
              </w:rPr>
            </w:pPr>
            <w:r w:rsidRPr="00611144">
              <w:rPr>
                <w:rFonts w:ascii="Calibri" w:hAnsi="Calibri" w:cs="Calibri"/>
              </w:rPr>
              <w:t>Trust Level</w:t>
            </w:r>
          </w:p>
        </w:tc>
        <w:tc>
          <w:tcPr>
            <w:tcW w:w="2880" w:type="dxa"/>
          </w:tcPr>
          <w:p w14:paraId="2BDA9897" w14:textId="77777777" w:rsidR="00E315D6" w:rsidRPr="00611144" w:rsidRDefault="00856015" w:rsidP="00483BF4">
            <w:pPr>
              <w:spacing w:after="0" w:line="264" w:lineRule="auto"/>
              <w:rPr>
                <w:rFonts w:ascii="Calibri" w:hAnsi="Calibri" w:cs="Calibri"/>
              </w:rPr>
            </w:pPr>
            <w:r w:rsidRPr="00611144">
              <w:rPr>
                <w:rFonts w:ascii="Calibri" w:hAnsi="Calibri" w:cs="Calibri"/>
              </w:rPr>
              <w:t>Education:</w:t>
            </w:r>
            <w:r w:rsidRPr="00611144">
              <w:rPr>
                <w:rFonts w:ascii="Calibri" w:hAnsi="Calibri" w:cs="Calibri"/>
              </w:rPr>
              <w:br/>
              <w:t>Directors of Education</w:t>
            </w:r>
          </w:p>
        </w:tc>
        <w:tc>
          <w:tcPr>
            <w:tcW w:w="2880" w:type="dxa"/>
          </w:tcPr>
          <w:p w14:paraId="7C1CA222"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Considers the AI tools used within the schools as to their </w:t>
            </w:r>
            <w:r w:rsidRPr="00611144">
              <w:rPr>
                <w:rFonts w:ascii="Calibri" w:hAnsi="Calibri" w:cs="Calibri"/>
              </w:rPr>
              <w:lastRenderedPageBreak/>
              <w:t>relevance to the Trust strategy and school vision.</w:t>
            </w:r>
          </w:p>
        </w:tc>
      </w:tr>
      <w:tr w:rsidR="00E315D6" w:rsidRPr="00611144" w14:paraId="6F6F1390" w14:textId="77777777" w:rsidTr="0081237A">
        <w:tc>
          <w:tcPr>
            <w:tcW w:w="2880" w:type="dxa"/>
          </w:tcPr>
          <w:p w14:paraId="124EDAE0" w14:textId="77777777" w:rsidR="00E315D6" w:rsidRPr="00611144" w:rsidRDefault="00856015" w:rsidP="00483BF4">
            <w:pPr>
              <w:spacing w:after="0" w:line="264" w:lineRule="auto"/>
              <w:rPr>
                <w:rFonts w:ascii="Calibri" w:hAnsi="Calibri" w:cs="Calibri"/>
              </w:rPr>
            </w:pPr>
            <w:r w:rsidRPr="00611144">
              <w:rPr>
                <w:rFonts w:ascii="Calibri" w:hAnsi="Calibri" w:cs="Calibri"/>
              </w:rPr>
              <w:lastRenderedPageBreak/>
              <w:t>School Level</w:t>
            </w:r>
          </w:p>
        </w:tc>
        <w:tc>
          <w:tcPr>
            <w:tcW w:w="2880" w:type="dxa"/>
          </w:tcPr>
          <w:p w14:paraId="762F6C35" w14:textId="77777777" w:rsidR="00E315D6" w:rsidRPr="00611144" w:rsidRDefault="00856015" w:rsidP="00483BF4">
            <w:pPr>
              <w:spacing w:after="0" w:line="264" w:lineRule="auto"/>
              <w:rPr>
                <w:rFonts w:ascii="Calibri" w:hAnsi="Calibri" w:cs="Calibri"/>
              </w:rPr>
            </w:pPr>
            <w:r w:rsidRPr="00611144">
              <w:rPr>
                <w:rFonts w:ascii="Calibri" w:hAnsi="Calibri" w:cs="Calibri"/>
              </w:rPr>
              <w:t>Headteacher</w:t>
            </w:r>
          </w:p>
        </w:tc>
        <w:tc>
          <w:tcPr>
            <w:tcW w:w="2880" w:type="dxa"/>
          </w:tcPr>
          <w:p w14:paraId="14572D3C"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Implements arrangements locally </w:t>
            </w:r>
            <w:r w:rsidRPr="00611144">
              <w:rPr>
                <w:rFonts w:ascii="Calibri" w:hAnsi="Calibri" w:cs="Calibri"/>
              </w:rPr>
              <w:br/>
              <w:t xml:space="preserve">Supervises pupil use </w:t>
            </w:r>
            <w:r w:rsidRPr="00611144">
              <w:rPr>
                <w:rFonts w:ascii="Calibri" w:hAnsi="Calibri" w:cs="Calibri"/>
              </w:rPr>
              <w:br/>
              <w:t>Obtains agreement from DCAT Trust Centre for specific AI tools/DPIAs for school</w:t>
            </w:r>
            <w:r w:rsidRPr="00611144">
              <w:rPr>
                <w:rFonts w:ascii="Cambria Math" w:hAnsi="Cambria Math" w:cs="Cambria Math"/>
              </w:rPr>
              <w:t>‑</w:t>
            </w:r>
            <w:r w:rsidRPr="00611144">
              <w:rPr>
                <w:rFonts w:ascii="Calibri" w:hAnsi="Calibri" w:cs="Calibri"/>
              </w:rPr>
              <w:t xml:space="preserve">level deployments </w:t>
            </w:r>
            <w:r w:rsidRPr="00611144">
              <w:rPr>
                <w:rFonts w:ascii="Calibri" w:hAnsi="Calibri" w:cs="Calibri"/>
              </w:rPr>
              <w:br/>
              <w:t>Ensure the DSL is using  filtering/monitoring tools and has oversight of AI related incidents and any issues are reported in line with the school Child Protection and Safeguarding Policy</w:t>
            </w:r>
            <w:r w:rsidRPr="00611144">
              <w:rPr>
                <w:rFonts w:ascii="Calibri" w:hAnsi="Calibri" w:cs="Calibri"/>
              </w:rPr>
              <w:br/>
              <w:t xml:space="preserve">Deliver staff/pupil training </w:t>
            </w:r>
            <w:r w:rsidRPr="00611144">
              <w:rPr>
                <w:rFonts w:ascii="Calibri" w:hAnsi="Calibri" w:cs="Calibri"/>
              </w:rPr>
              <w:br/>
              <w:t>Keeps records</w:t>
            </w:r>
            <w:r w:rsidRPr="00611144">
              <w:rPr>
                <w:rFonts w:ascii="Calibri" w:hAnsi="Calibri" w:cs="Calibri"/>
              </w:rPr>
              <w:br/>
              <w:t>Escalates incidents</w:t>
            </w:r>
            <w:r w:rsidRPr="00611144">
              <w:rPr>
                <w:rFonts w:ascii="Calibri" w:hAnsi="Calibri" w:cs="Calibri"/>
              </w:rPr>
              <w:br/>
              <w:t>Informs parents of AI use and it’s boundaries</w:t>
            </w:r>
          </w:p>
        </w:tc>
      </w:tr>
      <w:tr w:rsidR="00E315D6" w:rsidRPr="00611144" w14:paraId="55530162" w14:textId="77777777" w:rsidTr="0081237A">
        <w:tc>
          <w:tcPr>
            <w:tcW w:w="2880" w:type="dxa"/>
          </w:tcPr>
          <w:p w14:paraId="134E6111" w14:textId="77777777" w:rsidR="00E315D6" w:rsidRPr="00611144" w:rsidRDefault="00856015" w:rsidP="00483BF4">
            <w:pPr>
              <w:spacing w:after="0" w:line="264" w:lineRule="auto"/>
              <w:rPr>
                <w:rFonts w:ascii="Calibri" w:hAnsi="Calibri" w:cs="Calibri"/>
              </w:rPr>
            </w:pPr>
            <w:r w:rsidRPr="00611144">
              <w:rPr>
                <w:rFonts w:ascii="Calibri" w:hAnsi="Calibri" w:cs="Calibri"/>
              </w:rPr>
              <w:t>Trust Board</w:t>
            </w:r>
          </w:p>
        </w:tc>
        <w:tc>
          <w:tcPr>
            <w:tcW w:w="2880" w:type="dxa"/>
          </w:tcPr>
          <w:p w14:paraId="40EE966D" w14:textId="77777777" w:rsidR="00E315D6" w:rsidRPr="00611144" w:rsidRDefault="00856015" w:rsidP="00483BF4">
            <w:pPr>
              <w:spacing w:after="0" w:line="264" w:lineRule="auto"/>
              <w:rPr>
                <w:rFonts w:ascii="Calibri" w:hAnsi="Calibri" w:cs="Calibri"/>
              </w:rPr>
            </w:pPr>
            <w:r w:rsidRPr="00611144">
              <w:rPr>
                <w:rFonts w:ascii="Calibri" w:hAnsi="Calibri" w:cs="Calibri"/>
              </w:rPr>
              <w:t>Risk and Audit Committee</w:t>
            </w:r>
            <w:r w:rsidRPr="00611144">
              <w:rPr>
                <w:rFonts w:ascii="Calibri" w:hAnsi="Calibri" w:cs="Calibri"/>
              </w:rPr>
              <w:br/>
              <w:t>Educational Strategy and Standards Committee</w:t>
            </w:r>
          </w:p>
        </w:tc>
        <w:tc>
          <w:tcPr>
            <w:tcW w:w="2880" w:type="dxa"/>
          </w:tcPr>
          <w:p w14:paraId="1C0DB7DB" w14:textId="77777777" w:rsidR="00E315D6" w:rsidRPr="00611144" w:rsidRDefault="00856015" w:rsidP="00483BF4">
            <w:pPr>
              <w:spacing w:after="0" w:line="264" w:lineRule="auto"/>
              <w:rPr>
                <w:rFonts w:ascii="Calibri" w:hAnsi="Calibri" w:cs="Calibri"/>
              </w:rPr>
            </w:pPr>
            <w:r w:rsidRPr="00611144">
              <w:rPr>
                <w:rFonts w:ascii="Calibri" w:hAnsi="Calibri" w:cs="Calibri"/>
              </w:rPr>
              <w:t>Trustees hold the Executive Leadership Team (ELT) accountable for the use of AI, risk assessment and incident oversight related to AI.</w:t>
            </w:r>
          </w:p>
        </w:tc>
      </w:tr>
    </w:tbl>
    <w:p w14:paraId="6C68E89C" w14:textId="77777777" w:rsidR="00E315D6" w:rsidRPr="00611144" w:rsidRDefault="00E315D6" w:rsidP="00483BF4">
      <w:pPr>
        <w:spacing w:after="0" w:line="264" w:lineRule="auto"/>
        <w:rPr>
          <w:rFonts w:ascii="Calibri" w:hAnsi="Calibri" w:cs="Calibri"/>
        </w:rPr>
      </w:pPr>
    </w:p>
    <w:p w14:paraId="0FB0AAFA"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General Principles</w:t>
      </w:r>
    </w:p>
    <w:p w14:paraId="079BE781" w14:textId="77777777" w:rsidR="00E315D6" w:rsidRPr="00611144" w:rsidRDefault="00856015" w:rsidP="00483BF4">
      <w:pPr>
        <w:spacing w:after="0" w:line="264" w:lineRule="auto"/>
        <w:rPr>
          <w:rFonts w:ascii="Calibri" w:hAnsi="Calibri" w:cs="Calibri"/>
        </w:rPr>
      </w:pPr>
      <w:r w:rsidRPr="00611144">
        <w:rPr>
          <w:rFonts w:ascii="Calibri" w:hAnsi="Calibri" w:cs="Calibri"/>
        </w:rPr>
        <w:t>AI should be used to support, not replace, human judgement.  Where AI is used by staff, information needs to be checked to ensure it is valid.</w:t>
      </w:r>
    </w:p>
    <w:p w14:paraId="030CF990" w14:textId="77777777" w:rsidR="00E315D6" w:rsidRPr="00611144" w:rsidRDefault="00856015" w:rsidP="00483BF4">
      <w:pPr>
        <w:spacing w:after="0" w:line="264" w:lineRule="auto"/>
        <w:rPr>
          <w:rFonts w:ascii="Calibri" w:hAnsi="Calibri" w:cs="Calibri"/>
        </w:rPr>
      </w:pPr>
      <w:r w:rsidRPr="00611144">
        <w:rPr>
          <w:rFonts w:ascii="Calibri" w:hAnsi="Calibri" w:cs="Calibri"/>
        </w:rPr>
        <w:t>Staff remain responsible for all decisions and outputs generated using AI tools.  If in doubt, don’t send out!</w:t>
      </w:r>
    </w:p>
    <w:p w14:paraId="23CEB78C" w14:textId="77777777" w:rsidR="00E315D6" w:rsidRPr="00611144" w:rsidRDefault="00856015" w:rsidP="00483BF4">
      <w:pPr>
        <w:spacing w:after="0" w:line="264" w:lineRule="auto"/>
        <w:rPr>
          <w:rFonts w:ascii="Calibri" w:hAnsi="Calibri" w:cs="Calibri"/>
        </w:rPr>
      </w:pPr>
      <w:r w:rsidRPr="00611144">
        <w:rPr>
          <w:rFonts w:ascii="Calibri" w:hAnsi="Calibri" w:cs="Calibri"/>
        </w:rPr>
        <w:t>AI must only be used in ways that are ethical, transparent, and purposeful.</w:t>
      </w:r>
    </w:p>
    <w:p w14:paraId="4C642C1C" w14:textId="77777777" w:rsidR="00E315D6" w:rsidRPr="00611144" w:rsidRDefault="00E315D6" w:rsidP="00483BF4">
      <w:pPr>
        <w:spacing w:after="0" w:line="264" w:lineRule="auto"/>
        <w:rPr>
          <w:rFonts w:ascii="Calibri" w:hAnsi="Calibri" w:cs="Calibri"/>
        </w:rPr>
      </w:pPr>
    </w:p>
    <w:p w14:paraId="39FD0C22"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Safeguarding – KCSIE - Keeping children safe in education - GOV.UK</w:t>
      </w:r>
    </w:p>
    <w:p w14:paraId="3BC745A6" w14:textId="77777777" w:rsidR="00E315D6" w:rsidRPr="00611144" w:rsidRDefault="00856015" w:rsidP="00483BF4">
      <w:pPr>
        <w:spacing w:after="0" w:line="264" w:lineRule="auto"/>
        <w:rPr>
          <w:rFonts w:ascii="Calibri" w:hAnsi="Calibri" w:cs="Calibri"/>
        </w:rPr>
      </w:pPr>
      <w:r w:rsidRPr="00611144">
        <w:rPr>
          <w:rFonts w:ascii="Calibri" w:hAnsi="Calibri" w:cs="Calibri"/>
        </w:rPr>
        <w:t>The Trust and schools should ensure that KCSIE is used when making decisions about the AI tools being used.  This must include consideration of online harms and address misiniformation / disinformation and how content may be biased.</w:t>
      </w:r>
    </w:p>
    <w:p w14:paraId="66C7CE37" w14:textId="77777777" w:rsidR="00E315D6" w:rsidRPr="00611144" w:rsidRDefault="00856015" w:rsidP="00483BF4">
      <w:pPr>
        <w:spacing w:after="0" w:line="264" w:lineRule="auto"/>
        <w:rPr>
          <w:rFonts w:ascii="Calibri" w:hAnsi="Calibri" w:cs="Calibri"/>
        </w:rPr>
      </w:pPr>
      <w:r w:rsidRPr="00611144">
        <w:rPr>
          <w:rFonts w:ascii="Calibri" w:hAnsi="Calibri" w:cs="Calibri"/>
        </w:rPr>
        <w:t>Expectations of supervision and age restrictions will be reviewed as part of the risk assessment process.</w:t>
      </w:r>
    </w:p>
    <w:p w14:paraId="1A3EF6D0" w14:textId="77777777" w:rsidR="00E315D6" w:rsidRPr="00611144" w:rsidRDefault="00856015" w:rsidP="00483BF4">
      <w:pPr>
        <w:spacing w:after="0" w:line="264" w:lineRule="auto"/>
        <w:rPr>
          <w:rFonts w:ascii="Calibri" w:hAnsi="Calibri" w:cs="Calibri"/>
        </w:rPr>
      </w:pPr>
      <w:r w:rsidRPr="00611144">
        <w:rPr>
          <w:rFonts w:ascii="Calibri" w:hAnsi="Calibri" w:cs="Calibri"/>
        </w:rPr>
        <w:t>AI must not be used to monitor or assess pupils in ways that could breach privacy or safeguarding protocols.</w:t>
      </w:r>
    </w:p>
    <w:p w14:paraId="7C8F5370" w14:textId="77777777" w:rsidR="00E315D6" w:rsidRPr="00611144" w:rsidRDefault="00856015" w:rsidP="00483BF4">
      <w:pPr>
        <w:spacing w:after="0" w:line="264" w:lineRule="auto"/>
        <w:rPr>
          <w:rFonts w:ascii="Calibri" w:hAnsi="Calibri" w:cs="Calibri"/>
        </w:rPr>
      </w:pPr>
      <w:r w:rsidRPr="00611144">
        <w:rPr>
          <w:rFonts w:ascii="Calibri" w:hAnsi="Calibri" w:cs="Calibri"/>
        </w:rPr>
        <w:lastRenderedPageBreak/>
        <w:t>Any potential safeguarding concerns related to AI use must be reported through normal DCAT safeguarding procedures.</w:t>
      </w:r>
    </w:p>
    <w:p w14:paraId="2180F3A3" w14:textId="77777777" w:rsidR="00E315D6" w:rsidRPr="00611144" w:rsidRDefault="00E315D6" w:rsidP="00483BF4">
      <w:pPr>
        <w:spacing w:after="0" w:line="264" w:lineRule="auto"/>
        <w:rPr>
          <w:rFonts w:ascii="Calibri" w:hAnsi="Calibri" w:cs="Calibri"/>
        </w:rPr>
      </w:pPr>
    </w:p>
    <w:p w14:paraId="6B0F891B"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Preferred Solution</w:t>
      </w:r>
    </w:p>
    <w:p w14:paraId="4E0BC94B"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Microsoft Copilot is DCAT’s </w:t>
      </w:r>
      <w:r w:rsidRPr="00611144">
        <w:rPr>
          <w:rFonts w:ascii="Calibri" w:hAnsi="Calibri" w:cs="Calibri"/>
          <w:i/>
        </w:rPr>
        <w:t>preferred AI solution</w:t>
      </w:r>
      <w:r w:rsidRPr="00611144">
        <w:rPr>
          <w:rFonts w:ascii="Calibri" w:hAnsi="Calibri" w:cs="Calibri"/>
        </w:rPr>
        <w:t xml:space="preserve"> for use across the Trust.  Staff are encouraged to use Copilot wherever possible, as it integrates securely within our Microsoft 365 environment and aligns with DCAT’s data protection standards.  It also allows any enquiries to be checked against our own policies and procedures.</w:t>
      </w:r>
    </w:p>
    <w:p w14:paraId="35361F15" w14:textId="77777777" w:rsidR="00E315D6" w:rsidRPr="00611144" w:rsidRDefault="00856015" w:rsidP="00483BF4">
      <w:pPr>
        <w:spacing w:after="0" w:line="264" w:lineRule="auto"/>
        <w:rPr>
          <w:rFonts w:ascii="Calibri" w:hAnsi="Calibri" w:cs="Calibri"/>
        </w:rPr>
      </w:pPr>
      <w:r w:rsidRPr="00611144">
        <w:rPr>
          <w:rFonts w:ascii="Calibri" w:hAnsi="Calibri" w:cs="Calibri"/>
        </w:rPr>
        <w:t>Staff may use Microsoft Copilot with their DCAT account on personal devices. DCAT data protection and safeguarding expectations apply to the account and information used, not the device.</w:t>
      </w:r>
    </w:p>
    <w:p w14:paraId="7853447D" w14:textId="77777777" w:rsidR="00E315D6" w:rsidRPr="00611144" w:rsidRDefault="00856015" w:rsidP="00483BF4">
      <w:pPr>
        <w:spacing w:after="0" w:line="264" w:lineRule="auto"/>
        <w:rPr>
          <w:rFonts w:ascii="Calibri" w:hAnsi="Calibri" w:cs="Calibri"/>
        </w:rPr>
      </w:pPr>
      <w:r w:rsidRPr="00611144">
        <w:rPr>
          <w:rFonts w:ascii="Calibri" w:hAnsi="Calibri" w:cs="Calibri"/>
        </w:rPr>
        <w:t>Use of other AI tools is not prohibited, but staff must ensure that any such use:</w:t>
      </w:r>
    </w:p>
    <w:p w14:paraId="2D7763C6"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Does </w:t>
      </w:r>
      <w:r w:rsidRPr="00611144">
        <w:rPr>
          <w:rFonts w:ascii="Calibri" w:hAnsi="Calibri" w:cs="Calibri"/>
          <w:b/>
        </w:rPr>
        <w:t>not involve personal, confidential, or sensitive information</w:t>
      </w:r>
      <w:r w:rsidRPr="00611144">
        <w:rPr>
          <w:rFonts w:ascii="Calibri" w:hAnsi="Calibri" w:cs="Calibri"/>
        </w:rPr>
        <w:t>. Pupil or staff personal information should not be uploaded.  However, information of a general nature that applies to the enquiry may be used.  For example:</w:t>
      </w:r>
    </w:p>
    <w:p w14:paraId="583B8037" w14:textId="77777777" w:rsidR="00E315D6" w:rsidRPr="00611144" w:rsidRDefault="00856015" w:rsidP="00483BF4">
      <w:pPr>
        <w:spacing w:after="0" w:line="264" w:lineRule="auto"/>
        <w:rPr>
          <w:rFonts w:ascii="Calibri" w:hAnsi="Calibri" w:cs="Calibri"/>
        </w:rPr>
      </w:pPr>
      <w:r w:rsidRPr="00611144">
        <w:rPr>
          <w:rFonts w:ascii="Calibri" w:hAnsi="Calibri" w:cs="Calibri"/>
          <w:b/>
        </w:rPr>
        <w:t xml:space="preserve">“Fred Smith, Y5,  has dyslexia.  Please adjust this task for Fred” </w:t>
      </w:r>
      <w:r w:rsidRPr="00611144">
        <w:rPr>
          <w:rFonts w:ascii="Calibri" w:hAnsi="Calibri" w:cs="Calibri"/>
        </w:rPr>
        <w:t>This instruction involves personal and confidential information.  However the following could be used:</w:t>
      </w:r>
    </w:p>
    <w:p w14:paraId="7DB29D49" w14:textId="77777777" w:rsidR="00E315D6" w:rsidRPr="00611144" w:rsidRDefault="00856015" w:rsidP="00483BF4">
      <w:pPr>
        <w:spacing w:after="0" w:line="264" w:lineRule="auto"/>
        <w:rPr>
          <w:rFonts w:ascii="Calibri" w:hAnsi="Calibri" w:cs="Calibri"/>
        </w:rPr>
      </w:pPr>
      <w:r w:rsidRPr="00611144">
        <w:rPr>
          <w:rFonts w:ascii="Calibri" w:hAnsi="Calibri" w:cs="Calibri"/>
        </w:rPr>
        <w:t>“Please adjust this task for a Y5 boy with dyslexia.”</w:t>
      </w:r>
    </w:p>
    <w:p w14:paraId="4848FB85"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Complies with </w:t>
      </w:r>
      <w:r w:rsidRPr="00611144">
        <w:rPr>
          <w:rFonts w:ascii="Calibri" w:hAnsi="Calibri" w:cs="Calibri"/>
          <w:b/>
        </w:rPr>
        <w:t>UK GDPR</w:t>
      </w:r>
      <w:r w:rsidRPr="00611144">
        <w:rPr>
          <w:rFonts w:ascii="Calibri" w:hAnsi="Calibri" w:cs="Calibri"/>
        </w:rPr>
        <w:t xml:space="preserve">, </w:t>
      </w:r>
      <w:r w:rsidRPr="00611144">
        <w:rPr>
          <w:rFonts w:ascii="Calibri" w:hAnsi="Calibri" w:cs="Calibri"/>
          <w:b/>
        </w:rPr>
        <w:t>DfE guidance</w:t>
      </w:r>
      <w:r w:rsidRPr="00611144">
        <w:rPr>
          <w:rFonts w:ascii="Calibri" w:hAnsi="Calibri" w:cs="Calibri"/>
        </w:rPr>
        <w:t xml:space="preserve">, and </w:t>
      </w:r>
      <w:r w:rsidRPr="00611144">
        <w:rPr>
          <w:rFonts w:ascii="Calibri" w:hAnsi="Calibri" w:cs="Calibri"/>
          <w:b/>
        </w:rPr>
        <w:t>DCAT data protection policies</w:t>
      </w:r>
      <w:r w:rsidRPr="00611144">
        <w:rPr>
          <w:rFonts w:ascii="Calibri" w:hAnsi="Calibri" w:cs="Calibri"/>
        </w:rPr>
        <w:t>.</w:t>
      </w:r>
    </w:p>
    <w:p w14:paraId="32E5FCDA"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Is used </w:t>
      </w:r>
      <w:r w:rsidRPr="00611144">
        <w:rPr>
          <w:rFonts w:ascii="Calibri" w:hAnsi="Calibri" w:cs="Calibri"/>
          <w:b/>
        </w:rPr>
        <w:t>at their own risk</w:t>
      </w:r>
      <w:r w:rsidRPr="00611144">
        <w:rPr>
          <w:rFonts w:ascii="Calibri" w:hAnsi="Calibri" w:cs="Calibri"/>
        </w:rPr>
        <w:t xml:space="preserve">  DCAT cannot guarantee data security, retention, or retrieval from third-party AI services outside our tenancy.  Therefore, Headteachers should inform staff of which platforms they are able to use within school.</w:t>
      </w:r>
    </w:p>
    <w:p w14:paraId="3C220160" w14:textId="77777777" w:rsidR="00E315D6" w:rsidRPr="00611144" w:rsidRDefault="00E315D6" w:rsidP="00483BF4">
      <w:pPr>
        <w:spacing w:after="0" w:line="264" w:lineRule="auto"/>
        <w:rPr>
          <w:rFonts w:ascii="Calibri" w:hAnsi="Calibri" w:cs="Calibri"/>
        </w:rPr>
      </w:pPr>
    </w:p>
    <w:p w14:paraId="7F9B92F8"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Data Protection and Privacy</w:t>
      </w:r>
    </w:p>
    <w:p w14:paraId="0E621ECC"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Never input or share sensitive, personal, or confidential data (e.g. pupil names, addresses, health, safeguarding, or HR details) into any AI system unless it has been approved by DCAT Trust Centre.   Approval can be obtained by completion of this </w:t>
      </w:r>
    </w:p>
    <w:p w14:paraId="65441E65" w14:textId="77777777" w:rsidR="00E315D6" w:rsidRPr="00611144" w:rsidRDefault="00856015" w:rsidP="00483BF4">
      <w:pPr>
        <w:spacing w:after="0" w:line="264" w:lineRule="auto"/>
        <w:rPr>
          <w:rFonts w:ascii="Calibri" w:hAnsi="Calibri" w:cs="Calibri"/>
        </w:rPr>
      </w:pPr>
      <w:r w:rsidRPr="00611144">
        <w:rPr>
          <w:rFonts w:ascii="Calibri" w:hAnsi="Calibri" w:cs="Calibri"/>
        </w:rPr>
        <w:t>The following checks will be made:</w:t>
      </w:r>
    </w:p>
    <w:p w14:paraId="014F01EE" w14:textId="77777777" w:rsidR="00E315D6" w:rsidRPr="00611144" w:rsidRDefault="00856015" w:rsidP="00483BF4">
      <w:pPr>
        <w:spacing w:after="0" w:line="264" w:lineRule="auto"/>
        <w:rPr>
          <w:rFonts w:ascii="Calibri" w:hAnsi="Calibri" w:cs="Calibri"/>
        </w:rPr>
      </w:pPr>
      <w:r w:rsidRPr="00611144">
        <w:rPr>
          <w:rFonts w:ascii="Calibri" w:hAnsi="Calibri" w:cs="Calibri"/>
        </w:rPr>
        <w:t>Terms of use as some AI platforms retain or reuse data entered.</w:t>
      </w:r>
    </w:p>
    <w:p w14:paraId="4F09B6E4" w14:textId="77777777" w:rsidR="00E315D6" w:rsidRPr="00611144" w:rsidRDefault="00856015" w:rsidP="00483BF4">
      <w:pPr>
        <w:spacing w:after="0" w:line="264" w:lineRule="auto"/>
        <w:rPr>
          <w:rFonts w:ascii="Calibri" w:hAnsi="Calibri" w:cs="Calibri"/>
        </w:rPr>
      </w:pPr>
      <w:r w:rsidRPr="00611144">
        <w:rPr>
          <w:rFonts w:ascii="Calibri" w:hAnsi="Calibri" w:cs="Calibri"/>
        </w:rPr>
        <w:t>An up-to-date Data Protection Impact Assessment has been completed.</w:t>
      </w:r>
    </w:p>
    <w:p w14:paraId="42BA21D8"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A risk assessment is completed considering the </w:t>
      </w:r>
    </w:p>
    <w:p w14:paraId="79B138AD" w14:textId="77777777" w:rsidR="00E315D6" w:rsidRPr="00611144" w:rsidRDefault="00E315D6" w:rsidP="00483BF4">
      <w:pPr>
        <w:spacing w:after="0" w:line="264" w:lineRule="auto"/>
        <w:rPr>
          <w:rFonts w:ascii="Calibri" w:hAnsi="Calibri" w:cs="Calibri"/>
        </w:rPr>
      </w:pPr>
    </w:p>
    <w:p w14:paraId="1ED8438E" w14:textId="77777777" w:rsidR="00E315D6" w:rsidRDefault="00856015" w:rsidP="00483BF4">
      <w:pPr>
        <w:spacing w:after="0" w:line="264" w:lineRule="auto"/>
        <w:rPr>
          <w:rFonts w:ascii="Calibri" w:hAnsi="Calibri" w:cs="Calibri"/>
        </w:rPr>
      </w:pPr>
      <w:r w:rsidRPr="00611144">
        <w:rPr>
          <w:rFonts w:ascii="Calibri" w:hAnsi="Calibri" w:cs="Calibri"/>
        </w:rPr>
        <w:t xml:space="preserve">If staff do this without prior permission, this must be reported as a  on the Handsam system, which will alert the Operations Manager at the Trust. </w:t>
      </w:r>
    </w:p>
    <w:p w14:paraId="0DDDBD74" w14:textId="77777777" w:rsidR="005E1453" w:rsidRPr="00611144" w:rsidRDefault="005E1453" w:rsidP="00483BF4">
      <w:pPr>
        <w:spacing w:after="0" w:line="264" w:lineRule="auto"/>
        <w:rPr>
          <w:rFonts w:ascii="Calibri" w:hAnsi="Calibri" w:cs="Calibri"/>
        </w:rPr>
      </w:pPr>
    </w:p>
    <w:p w14:paraId="69A4580E"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Teaching and Learning</w:t>
      </w:r>
    </w:p>
    <w:p w14:paraId="60D2F723" w14:textId="77777777" w:rsidR="00E315D6" w:rsidRPr="00611144" w:rsidRDefault="00856015" w:rsidP="00483BF4">
      <w:pPr>
        <w:spacing w:after="0" w:line="264" w:lineRule="auto"/>
        <w:rPr>
          <w:rFonts w:ascii="Calibri" w:hAnsi="Calibri" w:cs="Calibri"/>
        </w:rPr>
      </w:pPr>
      <w:r w:rsidRPr="00611144">
        <w:rPr>
          <w:rFonts w:ascii="Calibri" w:hAnsi="Calibri" w:cs="Calibri"/>
        </w:rPr>
        <w:t>AI can be used to generate lesson ideas, summaries, or support materials.  Decisions relating to Trust wide tools will be made in conjunction with the Directors of Education to ensure consistency and compliance.</w:t>
      </w:r>
    </w:p>
    <w:p w14:paraId="185FE2B1" w14:textId="77777777" w:rsidR="00E315D6" w:rsidRPr="00611144" w:rsidRDefault="00856015" w:rsidP="00483BF4">
      <w:pPr>
        <w:spacing w:after="0" w:line="264" w:lineRule="auto"/>
        <w:rPr>
          <w:rFonts w:ascii="Calibri" w:hAnsi="Calibri" w:cs="Calibri"/>
        </w:rPr>
      </w:pPr>
      <w:r w:rsidRPr="00611144">
        <w:rPr>
          <w:rFonts w:ascii="Calibri" w:hAnsi="Calibri" w:cs="Calibri"/>
        </w:rPr>
        <w:t>DCAT staff must treat AI outputs as </w:t>
      </w:r>
      <w:r w:rsidRPr="00611144">
        <w:rPr>
          <w:rFonts w:ascii="Calibri" w:hAnsi="Calibri" w:cs="Calibri"/>
          <w:i/>
        </w:rPr>
        <w:t>drafts</w:t>
      </w:r>
      <w:r w:rsidRPr="00611144">
        <w:rPr>
          <w:rFonts w:ascii="Calibri" w:hAnsi="Calibri" w:cs="Calibri"/>
        </w:rPr>
        <w:t>. Before use with pupils or parents, staff will verify accuracy, check for bias, and adapt content to meet curriculum and safeguarding expectations.</w:t>
      </w:r>
    </w:p>
    <w:p w14:paraId="31886623" w14:textId="77777777" w:rsidR="00E315D6" w:rsidRPr="00611144" w:rsidRDefault="00856015" w:rsidP="00483BF4">
      <w:pPr>
        <w:spacing w:after="0" w:line="264" w:lineRule="auto"/>
        <w:rPr>
          <w:rFonts w:ascii="Calibri" w:hAnsi="Calibri" w:cs="Calibri"/>
        </w:rPr>
      </w:pPr>
      <w:r w:rsidRPr="00611144">
        <w:rPr>
          <w:rFonts w:ascii="Calibri" w:hAnsi="Calibri" w:cs="Calibri"/>
        </w:rPr>
        <w:t>Encourage pupils to use AI responsibly and critically, with teacher guidance.</w:t>
      </w:r>
    </w:p>
    <w:p w14:paraId="58C30B47" w14:textId="77777777" w:rsidR="00E315D6" w:rsidRDefault="00856015" w:rsidP="00483BF4">
      <w:pPr>
        <w:spacing w:after="0" w:line="264" w:lineRule="auto"/>
        <w:rPr>
          <w:rFonts w:ascii="Calibri" w:hAnsi="Calibri" w:cs="Calibri"/>
        </w:rPr>
      </w:pPr>
      <w:r w:rsidRPr="00611144">
        <w:rPr>
          <w:rFonts w:ascii="Calibri" w:hAnsi="Calibri" w:cs="Calibri"/>
        </w:rPr>
        <w:lastRenderedPageBreak/>
        <w:t>Never use AI to make decisions about pupils’ progress, attainment, or behaviour without human oversight.</w:t>
      </w:r>
    </w:p>
    <w:p w14:paraId="0A421D80" w14:textId="77777777" w:rsidR="005E1453" w:rsidRPr="00611144" w:rsidRDefault="005E1453" w:rsidP="00483BF4">
      <w:pPr>
        <w:spacing w:after="0" w:line="264" w:lineRule="auto"/>
        <w:rPr>
          <w:rFonts w:ascii="Calibri" w:hAnsi="Calibri" w:cs="Calibri"/>
        </w:rPr>
      </w:pPr>
    </w:p>
    <w:p w14:paraId="4D949655"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Professional Conduct</w:t>
      </w:r>
    </w:p>
    <w:p w14:paraId="5858182A" w14:textId="77777777" w:rsidR="00E315D6" w:rsidRPr="00611144" w:rsidRDefault="00856015" w:rsidP="00483BF4">
      <w:pPr>
        <w:spacing w:after="0" w:line="264" w:lineRule="auto"/>
        <w:rPr>
          <w:rFonts w:ascii="Calibri" w:hAnsi="Calibri" w:cs="Calibri"/>
        </w:rPr>
      </w:pPr>
      <w:r w:rsidRPr="00611144">
        <w:rPr>
          <w:rFonts w:ascii="Calibri" w:hAnsi="Calibri" w:cs="Calibri"/>
        </w:rPr>
        <w:t>Be open about when AI tools are used to produce content or assist with work.</w:t>
      </w:r>
    </w:p>
    <w:p w14:paraId="46A3E291" w14:textId="77777777" w:rsidR="00E315D6" w:rsidRPr="00611144" w:rsidRDefault="00856015" w:rsidP="00483BF4">
      <w:pPr>
        <w:spacing w:after="0" w:line="264" w:lineRule="auto"/>
        <w:rPr>
          <w:rFonts w:ascii="Calibri" w:hAnsi="Calibri" w:cs="Calibri"/>
        </w:rPr>
      </w:pPr>
      <w:r w:rsidRPr="00611144">
        <w:rPr>
          <w:rFonts w:ascii="Calibri" w:hAnsi="Calibri" w:cs="Calibri"/>
        </w:rPr>
        <w:t>Avoid using AI for personal, non-work purposes on DCAT devices or accounts.</w:t>
      </w:r>
    </w:p>
    <w:p w14:paraId="1837B051" w14:textId="77777777" w:rsidR="00E315D6" w:rsidRDefault="00856015" w:rsidP="00483BF4">
      <w:pPr>
        <w:spacing w:after="0" w:line="264" w:lineRule="auto"/>
        <w:rPr>
          <w:rFonts w:ascii="Calibri" w:hAnsi="Calibri" w:cs="Calibri"/>
        </w:rPr>
      </w:pPr>
      <w:r w:rsidRPr="00611144">
        <w:rPr>
          <w:rFonts w:ascii="Calibri" w:hAnsi="Calibri" w:cs="Calibri"/>
        </w:rPr>
        <w:t>Staff must ensure all AI-generated outputs maintain professional standards and uphold DCAT values.</w:t>
      </w:r>
    </w:p>
    <w:p w14:paraId="322B42BC" w14:textId="77777777" w:rsidR="005E1453" w:rsidRPr="00611144" w:rsidRDefault="005E1453" w:rsidP="00483BF4">
      <w:pPr>
        <w:spacing w:after="0" w:line="264" w:lineRule="auto"/>
        <w:rPr>
          <w:rFonts w:ascii="Calibri" w:hAnsi="Calibri" w:cs="Calibri"/>
        </w:rPr>
      </w:pPr>
    </w:p>
    <w:p w14:paraId="2B73CC86"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Subject Access Requests (SAR) and Data Accountability</w:t>
      </w:r>
    </w:p>
    <w:p w14:paraId="1479F3E5" w14:textId="77777777" w:rsidR="00E315D6" w:rsidRPr="00611144" w:rsidRDefault="00856015" w:rsidP="00483BF4">
      <w:pPr>
        <w:spacing w:after="0" w:line="264" w:lineRule="auto"/>
        <w:rPr>
          <w:rFonts w:ascii="Calibri" w:hAnsi="Calibri" w:cs="Calibri"/>
        </w:rPr>
      </w:pPr>
      <w:r w:rsidRPr="00611144">
        <w:rPr>
          <w:rFonts w:ascii="Calibri" w:hAnsi="Calibri" w:cs="Calibri"/>
        </w:rPr>
        <w:t>All work-related AI use should be conducted through DCAT-managed systems (such as Microsoft Copilot).  If staff use personal AI accounts or unapproved services for Trust-related tasks, DCAT cannot access or manage that data.</w:t>
      </w:r>
    </w:p>
    <w:p w14:paraId="258E490C" w14:textId="77777777" w:rsidR="00E315D6" w:rsidRPr="00611144" w:rsidRDefault="00856015" w:rsidP="00483BF4">
      <w:pPr>
        <w:spacing w:after="0" w:line="264" w:lineRule="auto"/>
        <w:rPr>
          <w:rFonts w:ascii="Calibri" w:hAnsi="Calibri" w:cs="Calibri"/>
        </w:rPr>
      </w:pPr>
      <w:r w:rsidRPr="00611144">
        <w:rPr>
          <w:rFonts w:ascii="Calibri" w:hAnsi="Calibri" w:cs="Calibri"/>
        </w:rPr>
        <w:t>In the event of a Subject Access Request (SAR), staff may be required to retrieve and share any relevant content generated or stored in those external AI systems.</w:t>
      </w:r>
    </w:p>
    <w:p w14:paraId="5E951551" w14:textId="77777777" w:rsidR="00E315D6" w:rsidRDefault="00856015" w:rsidP="00483BF4">
      <w:pPr>
        <w:spacing w:after="0" w:line="264" w:lineRule="auto"/>
        <w:rPr>
          <w:rFonts w:ascii="Calibri" w:hAnsi="Calibri" w:cs="Calibri"/>
        </w:rPr>
      </w:pPr>
      <w:r w:rsidRPr="00611144">
        <w:rPr>
          <w:rFonts w:ascii="Calibri" w:hAnsi="Calibri" w:cs="Calibri"/>
        </w:rPr>
        <w:t>To ensure data protection compliance, staff are strongly advised not to process or input identifiable personal data into any AI system outside the DCAT environment.</w:t>
      </w:r>
    </w:p>
    <w:p w14:paraId="6AA8708D" w14:textId="77777777" w:rsidR="003E40A8" w:rsidRPr="00611144" w:rsidRDefault="003E40A8" w:rsidP="00483BF4">
      <w:pPr>
        <w:spacing w:after="0" w:line="264" w:lineRule="auto"/>
        <w:rPr>
          <w:rFonts w:ascii="Calibri" w:hAnsi="Calibri" w:cs="Calibri"/>
        </w:rPr>
      </w:pPr>
    </w:p>
    <w:p w14:paraId="185FBAF7" w14:textId="77777777" w:rsidR="00E315D6" w:rsidRPr="00611144" w:rsidRDefault="00856015" w:rsidP="00483BF4">
      <w:pPr>
        <w:pStyle w:val="Heading1"/>
        <w:spacing w:before="0" w:line="264" w:lineRule="auto"/>
        <w:rPr>
          <w:rFonts w:ascii="Calibri" w:hAnsi="Calibri" w:cs="Calibri"/>
        </w:rPr>
      </w:pPr>
      <w:r w:rsidRPr="00611144">
        <w:rPr>
          <w:rFonts w:ascii="Calibri" w:hAnsi="Calibri" w:cs="Calibri"/>
        </w:rPr>
        <w:t>Cyber Security &amp; Product Safety Expectations</w:t>
      </w:r>
    </w:p>
    <w:p w14:paraId="2B9456D8" w14:textId="77777777" w:rsidR="00E315D6" w:rsidRPr="00611144" w:rsidRDefault="00856015" w:rsidP="00483BF4">
      <w:pPr>
        <w:spacing w:after="0" w:line="264" w:lineRule="auto"/>
        <w:rPr>
          <w:rFonts w:ascii="Calibri" w:hAnsi="Calibri" w:cs="Calibri"/>
        </w:rPr>
      </w:pPr>
      <w:r w:rsidRPr="00611144">
        <w:rPr>
          <w:rFonts w:ascii="Calibri" w:hAnsi="Calibri" w:cs="Calibri"/>
        </w:rPr>
        <w:t>To protect pupils, staff, and Trust data, all use of Artificial Intelligence (AI) must operate within DCAT’s cyber security framework and approved systems.</w:t>
      </w:r>
    </w:p>
    <w:p w14:paraId="2EDDA558" w14:textId="77777777" w:rsidR="003E40A8" w:rsidRDefault="003E40A8" w:rsidP="00483BF4">
      <w:pPr>
        <w:pStyle w:val="Heading2"/>
        <w:spacing w:before="0" w:line="264" w:lineRule="auto"/>
        <w:rPr>
          <w:rFonts w:ascii="Calibri" w:hAnsi="Calibri" w:cs="Calibri"/>
        </w:rPr>
      </w:pPr>
    </w:p>
    <w:p w14:paraId="74D47063" w14:textId="0A9FF781" w:rsidR="00E315D6" w:rsidRPr="00611144" w:rsidRDefault="00856015" w:rsidP="00483BF4">
      <w:pPr>
        <w:pStyle w:val="Heading2"/>
        <w:spacing w:before="0" w:line="264" w:lineRule="auto"/>
        <w:rPr>
          <w:rFonts w:ascii="Calibri" w:hAnsi="Calibri" w:cs="Calibri"/>
        </w:rPr>
      </w:pPr>
      <w:r w:rsidRPr="00611144">
        <w:rPr>
          <w:rFonts w:ascii="Calibri" w:hAnsi="Calibri" w:cs="Calibri"/>
        </w:rPr>
        <w:t>Trust-Approved AI Solutions</w:t>
      </w:r>
    </w:p>
    <w:p w14:paraId="14E87097"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DCAT defines and maintains a list of </w:t>
      </w:r>
      <w:r w:rsidRPr="00611144">
        <w:rPr>
          <w:rFonts w:ascii="Calibri" w:hAnsi="Calibri" w:cs="Calibri"/>
          <w:b/>
        </w:rPr>
        <w:t>Trust-approved AI tools</w:t>
      </w:r>
      <w:r w:rsidRPr="00611144">
        <w:rPr>
          <w:rFonts w:ascii="Calibri" w:hAnsi="Calibri" w:cs="Calibri"/>
        </w:rPr>
        <w:t xml:space="preserve"> (for example, Microsoft Copilot).</w:t>
      </w:r>
    </w:p>
    <w:p w14:paraId="3434169D" w14:textId="77777777" w:rsidR="00E315D6" w:rsidRPr="00611144" w:rsidRDefault="00856015" w:rsidP="00483BF4">
      <w:pPr>
        <w:spacing w:after="0" w:line="264" w:lineRule="auto"/>
        <w:rPr>
          <w:rFonts w:ascii="Calibri" w:hAnsi="Calibri" w:cs="Calibri"/>
        </w:rPr>
      </w:pPr>
      <w:r w:rsidRPr="00611144">
        <w:rPr>
          <w:rFonts w:ascii="Calibri" w:hAnsi="Calibri" w:cs="Calibri"/>
        </w:rPr>
        <w:t>At school level this means:</w:t>
      </w:r>
    </w:p>
    <w:p w14:paraId="4D5462FF"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Schools must follow the </w:t>
      </w:r>
      <w:r w:rsidRPr="00611144">
        <w:rPr>
          <w:rFonts w:ascii="Calibri" w:hAnsi="Calibri" w:cs="Calibri"/>
          <w:b/>
        </w:rPr>
        <w:t>Trust-approved AI providers and platforms</w:t>
      </w:r>
    </w:p>
    <w:p w14:paraId="3966A1EF" w14:textId="77777777" w:rsidR="00E315D6" w:rsidRPr="00611144" w:rsidRDefault="00856015" w:rsidP="00483BF4">
      <w:pPr>
        <w:spacing w:after="0" w:line="264" w:lineRule="auto"/>
        <w:rPr>
          <w:rFonts w:ascii="Calibri" w:hAnsi="Calibri" w:cs="Calibri"/>
        </w:rPr>
      </w:pPr>
      <w:r w:rsidRPr="00611144">
        <w:rPr>
          <w:rFonts w:ascii="Calibri" w:hAnsi="Calibri" w:cs="Calibri"/>
        </w:rPr>
        <w:t>Staff must not use unapproved or personal AI tools for Trust or school work</w:t>
      </w:r>
    </w:p>
    <w:p w14:paraId="315F2ABD"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Schools must ensure staff are aware of </w:t>
      </w:r>
      <w:r w:rsidRPr="00611144">
        <w:rPr>
          <w:rFonts w:ascii="Calibri" w:hAnsi="Calibri" w:cs="Calibri"/>
          <w:b/>
        </w:rPr>
        <w:t>which AI tools are permitted</w:t>
      </w:r>
    </w:p>
    <w:p w14:paraId="2AF75121"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Schools are </w:t>
      </w:r>
      <w:r w:rsidRPr="00611144">
        <w:rPr>
          <w:rFonts w:ascii="Calibri" w:hAnsi="Calibri" w:cs="Calibri"/>
          <w:b/>
        </w:rPr>
        <w:t>not expected to independently approve or assess AI products</w:t>
      </w:r>
      <w:r w:rsidRPr="00611144">
        <w:rPr>
          <w:rFonts w:ascii="Calibri" w:hAnsi="Calibri" w:cs="Calibri"/>
        </w:rPr>
        <w:t xml:space="preserve">. This assurance is provided centrally by the Trust. Approval can be obtained by completion of this </w:t>
      </w:r>
    </w:p>
    <w:p w14:paraId="7A7A63E4" w14:textId="77777777" w:rsidR="005A11E6" w:rsidRDefault="005A11E6" w:rsidP="00483BF4">
      <w:pPr>
        <w:pStyle w:val="Heading2"/>
        <w:spacing w:before="0" w:line="264" w:lineRule="auto"/>
        <w:rPr>
          <w:rFonts w:ascii="Calibri" w:hAnsi="Calibri" w:cs="Calibri"/>
        </w:rPr>
      </w:pPr>
    </w:p>
    <w:p w14:paraId="12F4BF59" w14:textId="77777777" w:rsidR="005A11E6" w:rsidRDefault="00856015" w:rsidP="005A11E6">
      <w:pPr>
        <w:pStyle w:val="Heading2"/>
        <w:spacing w:before="0" w:line="264" w:lineRule="auto"/>
        <w:rPr>
          <w:rFonts w:ascii="Calibri" w:hAnsi="Calibri" w:cs="Calibri"/>
        </w:rPr>
      </w:pPr>
      <w:r w:rsidRPr="00611144">
        <w:rPr>
          <w:rFonts w:ascii="Calibri" w:hAnsi="Calibri" w:cs="Calibri"/>
        </w:rPr>
        <w:t>Use of Non-Trust or Unapproved AI Tools</w:t>
      </w:r>
      <w:r w:rsidRPr="00611144">
        <w:rPr>
          <w:rFonts w:ascii="Calibri" w:hAnsi="Calibri" w:cs="Calibri"/>
        </w:rPr>
        <w:br/>
      </w:r>
    </w:p>
    <w:p w14:paraId="545CAA3C" w14:textId="2405F0D4" w:rsidR="00E315D6" w:rsidRPr="00443575" w:rsidRDefault="00856015" w:rsidP="005A11E6">
      <w:pPr>
        <w:pStyle w:val="Heading2"/>
        <w:spacing w:before="0" w:line="264" w:lineRule="auto"/>
        <w:rPr>
          <w:rFonts w:ascii="Calibri" w:hAnsi="Calibri" w:cs="Calibri"/>
          <w:b w:val="0"/>
          <w:bCs w:val="0"/>
          <w:color w:val="auto"/>
          <w:sz w:val="22"/>
          <w:szCs w:val="22"/>
        </w:rPr>
      </w:pPr>
      <w:r w:rsidRPr="00443575">
        <w:rPr>
          <w:rFonts w:ascii="Calibri" w:hAnsi="Calibri" w:cs="Calibri"/>
          <w:b w:val="0"/>
          <w:bCs w:val="0"/>
          <w:color w:val="auto"/>
          <w:sz w:val="22"/>
          <w:szCs w:val="22"/>
        </w:rPr>
        <w:t xml:space="preserve">Microsoft Copilot is the Trust’s preferred AI tool, and other AI tools may be restricted on school-managed devices. </w:t>
      </w:r>
    </w:p>
    <w:p w14:paraId="01FB94B2" w14:textId="7F7106FB" w:rsidR="00E315D6" w:rsidRPr="00611144" w:rsidRDefault="00856015" w:rsidP="00483BF4">
      <w:pPr>
        <w:spacing w:after="0" w:line="264" w:lineRule="auto"/>
        <w:rPr>
          <w:rFonts w:ascii="Calibri" w:hAnsi="Calibri" w:cs="Calibri"/>
        </w:rPr>
      </w:pPr>
      <w:r w:rsidRPr="00611144">
        <w:rPr>
          <w:rFonts w:ascii="Calibri" w:hAnsi="Calibri" w:cs="Calibri"/>
        </w:rPr>
        <w:t>If a school becomes aware that an unapproved AI tool is being used, the school must:</w:t>
      </w:r>
    </w:p>
    <w:p w14:paraId="2B841C6C" w14:textId="77777777" w:rsidR="00E315D6" w:rsidRPr="00611144" w:rsidRDefault="00856015" w:rsidP="00483BF4">
      <w:pPr>
        <w:spacing w:after="0" w:line="264" w:lineRule="auto"/>
        <w:rPr>
          <w:rFonts w:ascii="Calibri" w:hAnsi="Calibri" w:cs="Calibri"/>
        </w:rPr>
      </w:pPr>
      <w:r w:rsidRPr="00611144">
        <w:rPr>
          <w:rFonts w:ascii="Calibri" w:hAnsi="Calibri" w:cs="Calibri"/>
        </w:rPr>
        <w:t>Stop use immediately</w:t>
      </w:r>
    </w:p>
    <w:p w14:paraId="06433814" w14:textId="77777777" w:rsidR="00E315D6" w:rsidRPr="00611144" w:rsidRDefault="00856015" w:rsidP="00483BF4">
      <w:pPr>
        <w:spacing w:after="0" w:line="264" w:lineRule="auto"/>
        <w:rPr>
          <w:rFonts w:ascii="Calibri" w:hAnsi="Calibri" w:cs="Calibri"/>
        </w:rPr>
      </w:pPr>
      <w:r w:rsidRPr="00611144">
        <w:rPr>
          <w:rFonts w:ascii="Calibri" w:hAnsi="Calibri" w:cs="Calibri"/>
        </w:rPr>
        <w:t>Report the tool and circumstances to the DCAT Trust Centre, who will advise if it is necessary to record as a GDPR breach.</w:t>
      </w:r>
    </w:p>
    <w:p w14:paraId="5BCAFD67" w14:textId="77777777" w:rsidR="00E315D6" w:rsidRPr="00611144" w:rsidRDefault="00856015" w:rsidP="00483BF4">
      <w:pPr>
        <w:spacing w:after="0" w:line="264" w:lineRule="auto"/>
        <w:rPr>
          <w:rFonts w:ascii="Calibri" w:hAnsi="Calibri" w:cs="Calibri"/>
        </w:rPr>
      </w:pPr>
      <w:r w:rsidRPr="00611144">
        <w:rPr>
          <w:rFonts w:ascii="Calibri" w:hAnsi="Calibri" w:cs="Calibri"/>
        </w:rPr>
        <w:t>Ensure access is closed, blocked, or restricted where technically possible</w:t>
      </w:r>
    </w:p>
    <w:p w14:paraId="156843B8" w14:textId="77777777" w:rsidR="00E315D6" w:rsidRPr="00611144" w:rsidRDefault="00856015" w:rsidP="00483BF4">
      <w:pPr>
        <w:spacing w:after="0" w:line="264" w:lineRule="auto"/>
        <w:rPr>
          <w:rFonts w:ascii="Calibri" w:hAnsi="Calibri" w:cs="Calibri"/>
        </w:rPr>
      </w:pPr>
      <w:r w:rsidRPr="00611144">
        <w:rPr>
          <w:rFonts w:ascii="Calibri" w:hAnsi="Calibri" w:cs="Calibri"/>
        </w:rPr>
        <w:t>Record and escalate concerns in line with Trust cyber, safeguarding, or data protection procedures</w:t>
      </w:r>
    </w:p>
    <w:p w14:paraId="5BFAA184" w14:textId="77777777" w:rsidR="00E315D6" w:rsidRPr="00611144" w:rsidRDefault="00856015" w:rsidP="00483BF4">
      <w:pPr>
        <w:spacing w:after="0" w:line="264" w:lineRule="auto"/>
        <w:rPr>
          <w:rFonts w:ascii="Calibri" w:hAnsi="Calibri" w:cs="Calibri"/>
        </w:rPr>
      </w:pPr>
      <w:r w:rsidRPr="00611144">
        <w:rPr>
          <w:rFonts w:ascii="Calibri" w:hAnsi="Calibri" w:cs="Calibri"/>
        </w:rPr>
        <w:lastRenderedPageBreak/>
        <w:t>Unapproved AI use must not continue while approval, risk assessment, or investigation is taking place.</w:t>
      </w:r>
    </w:p>
    <w:p w14:paraId="7D1A68DC" w14:textId="77777777" w:rsidR="005A11E6" w:rsidRDefault="005A11E6" w:rsidP="00483BF4">
      <w:pPr>
        <w:pStyle w:val="Heading2"/>
        <w:spacing w:before="0" w:line="264" w:lineRule="auto"/>
        <w:rPr>
          <w:rFonts w:ascii="Calibri" w:hAnsi="Calibri" w:cs="Calibri"/>
        </w:rPr>
      </w:pPr>
    </w:p>
    <w:p w14:paraId="39131D38" w14:textId="35E0689F" w:rsidR="00E315D6" w:rsidRPr="00611144" w:rsidRDefault="00856015" w:rsidP="00483BF4">
      <w:pPr>
        <w:pStyle w:val="Heading2"/>
        <w:spacing w:before="0" w:line="264" w:lineRule="auto"/>
        <w:rPr>
          <w:rFonts w:ascii="Calibri" w:hAnsi="Calibri" w:cs="Calibri"/>
        </w:rPr>
      </w:pPr>
      <w:r w:rsidRPr="00611144">
        <w:rPr>
          <w:rFonts w:ascii="Calibri" w:hAnsi="Calibri" w:cs="Calibri"/>
        </w:rPr>
        <w:t>School-Level Cyber Responsibilities</w:t>
      </w:r>
    </w:p>
    <w:p w14:paraId="2D54C623" w14:textId="77777777" w:rsidR="00E315D6" w:rsidRPr="00611144" w:rsidRDefault="00856015" w:rsidP="00483BF4">
      <w:pPr>
        <w:spacing w:after="0" w:line="264" w:lineRule="auto"/>
        <w:rPr>
          <w:rFonts w:ascii="Calibri" w:hAnsi="Calibri" w:cs="Calibri"/>
        </w:rPr>
      </w:pPr>
      <w:r w:rsidRPr="00611144">
        <w:rPr>
          <w:rFonts w:ascii="Calibri" w:hAnsi="Calibri" w:cs="Calibri"/>
        </w:rPr>
        <w:t>Schools must ensure that:</w:t>
      </w:r>
    </w:p>
    <w:p w14:paraId="2841E98F" w14:textId="77777777" w:rsidR="00E315D6" w:rsidRPr="00611144" w:rsidRDefault="00856015" w:rsidP="00483BF4">
      <w:pPr>
        <w:spacing w:after="0" w:line="264" w:lineRule="auto"/>
        <w:rPr>
          <w:rFonts w:ascii="Calibri" w:hAnsi="Calibri" w:cs="Calibri"/>
        </w:rPr>
      </w:pPr>
      <w:r w:rsidRPr="00611144">
        <w:rPr>
          <w:rFonts w:ascii="Calibri" w:hAnsi="Calibri" w:cs="Calibri"/>
        </w:rPr>
        <w:t>AI tools are accessed only via DCAT-managed devices and accounts</w:t>
      </w:r>
    </w:p>
    <w:p w14:paraId="03A9D950" w14:textId="77777777" w:rsidR="00E315D6" w:rsidRPr="00611144" w:rsidRDefault="00856015" w:rsidP="00483BF4">
      <w:pPr>
        <w:spacing w:after="0" w:line="264" w:lineRule="auto"/>
        <w:rPr>
          <w:rFonts w:ascii="Calibri" w:hAnsi="Calibri" w:cs="Calibri"/>
        </w:rPr>
      </w:pPr>
      <w:r w:rsidRPr="00611144">
        <w:rPr>
          <w:rFonts w:ascii="Calibri" w:hAnsi="Calibri" w:cs="Calibri"/>
        </w:rPr>
        <w:t>Existing filtering and monitoring arrangements apply to AI tools and any in-tool browsing</w:t>
      </w:r>
    </w:p>
    <w:p w14:paraId="260274AE" w14:textId="77777777" w:rsidR="00E315D6" w:rsidRPr="00611144" w:rsidRDefault="00856015" w:rsidP="00483BF4">
      <w:pPr>
        <w:spacing w:after="0" w:line="264" w:lineRule="auto"/>
        <w:rPr>
          <w:rFonts w:ascii="Calibri" w:hAnsi="Calibri" w:cs="Calibri"/>
        </w:rPr>
      </w:pPr>
      <w:r w:rsidRPr="00611144">
        <w:rPr>
          <w:rFonts w:ascii="Calibri" w:hAnsi="Calibri" w:cs="Calibri"/>
        </w:rPr>
        <w:t>AI use is covered by the school’s safeguarding, acceptable use, and staff conduct policies</w:t>
      </w:r>
    </w:p>
    <w:p w14:paraId="47430DE7" w14:textId="77777777" w:rsidR="00E315D6" w:rsidRPr="00611144" w:rsidRDefault="00856015" w:rsidP="00483BF4">
      <w:pPr>
        <w:spacing w:after="0" w:line="264" w:lineRule="auto"/>
        <w:rPr>
          <w:rFonts w:ascii="Calibri" w:hAnsi="Calibri" w:cs="Calibri"/>
        </w:rPr>
      </w:pPr>
      <w:r w:rsidRPr="00611144">
        <w:rPr>
          <w:rFonts w:ascii="Calibri" w:hAnsi="Calibri" w:cs="Calibri"/>
        </w:rPr>
        <w:t>Any AI-related cyber, safeguarding, or data protection concerns are reported promptly to the Trust Centre.</w:t>
      </w:r>
    </w:p>
    <w:p w14:paraId="1D914361" w14:textId="77777777" w:rsidR="005A11E6" w:rsidRDefault="005A11E6" w:rsidP="00483BF4">
      <w:pPr>
        <w:pStyle w:val="Heading2"/>
        <w:spacing w:before="0" w:line="264" w:lineRule="auto"/>
        <w:rPr>
          <w:rFonts w:ascii="Calibri" w:hAnsi="Calibri" w:cs="Calibri"/>
        </w:rPr>
      </w:pPr>
    </w:p>
    <w:p w14:paraId="727936D3" w14:textId="7935BC99" w:rsidR="00E315D6" w:rsidRPr="00611144" w:rsidRDefault="00856015" w:rsidP="00483BF4">
      <w:pPr>
        <w:pStyle w:val="Heading2"/>
        <w:spacing w:before="0" w:line="264" w:lineRule="auto"/>
        <w:rPr>
          <w:rFonts w:ascii="Calibri" w:hAnsi="Calibri" w:cs="Calibri"/>
        </w:rPr>
      </w:pPr>
      <w:r w:rsidRPr="00611144">
        <w:rPr>
          <w:rFonts w:ascii="Calibri" w:hAnsi="Calibri" w:cs="Calibri"/>
        </w:rPr>
        <w:t>Alignment with DfE Digital &amp; Technology Standards</w:t>
      </w:r>
    </w:p>
    <w:p w14:paraId="2F3929AD" w14:textId="77777777" w:rsidR="00E315D6" w:rsidRPr="00611144" w:rsidRDefault="00856015" w:rsidP="00483BF4">
      <w:pPr>
        <w:spacing w:after="0" w:line="264" w:lineRule="auto"/>
        <w:rPr>
          <w:rFonts w:ascii="Calibri" w:hAnsi="Calibri" w:cs="Calibri"/>
        </w:rPr>
      </w:pPr>
      <w:r w:rsidRPr="00611144">
        <w:rPr>
          <w:rFonts w:ascii="Calibri" w:hAnsi="Calibri" w:cs="Calibri"/>
        </w:rPr>
        <w:t>DCAT’s approach to AI aligns with the DfE Cyber Security Standards and wider digital expectations. This includes:</w:t>
      </w:r>
    </w:p>
    <w:p w14:paraId="3F00906A" w14:textId="77777777" w:rsidR="00E315D6" w:rsidRPr="00611144" w:rsidRDefault="00856015" w:rsidP="00483BF4">
      <w:pPr>
        <w:spacing w:after="0" w:line="264" w:lineRule="auto"/>
        <w:rPr>
          <w:rFonts w:ascii="Calibri" w:hAnsi="Calibri" w:cs="Calibri"/>
        </w:rPr>
      </w:pPr>
      <w:r w:rsidRPr="00611144">
        <w:rPr>
          <w:rFonts w:ascii="Calibri" w:hAnsi="Calibri" w:cs="Calibri"/>
        </w:rPr>
        <w:t>Multi-Factor Authentication (MFA) on privileged and administrative accounts</w:t>
      </w:r>
    </w:p>
    <w:p w14:paraId="13B0FFB0" w14:textId="77777777" w:rsidR="00E315D6" w:rsidRPr="00611144" w:rsidRDefault="00856015" w:rsidP="00483BF4">
      <w:pPr>
        <w:spacing w:after="0" w:line="264" w:lineRule="auto"/>
        <w:rPr>
          <w:rFonts w:ascii="Calibri" w:hAnsi="Calibri" w:cs="Calibri"/>
        </w:rPr>
      </w:pPr>
      <w:r w:rsidRPr="00611144">
        <w:rPr>
          <w:rFonts w:ascii="Calibri" w:hAnsi="Calibri" w:cs="Calibri"/>
        </w:rPr>
        <w:t>Regular patching and update management of devices and platforms accessing AI</w:t>
      </w:r>
    </w:p>
    <w:p w14:paraId="084DB9DD" w14:textId="77777777" w:rsidR="00E315D6" w:rsidRPr="00611144" w:rsidRDefault="00856015" w:rsidP="00483BF4">
      <w:pPr>
        <w:spacing w:after="0" w:line="264" w:lineRule="auto"/>
        <w:rPr>
          <w:rFonts w:ascii="Calibri" w:hAnsi="Calibri" w:cs="Calibri"/>
        </w:rPr>
      </w:pPr>
      <w:r w:rsidRPr="00611144">
        <w:rPr>
          <w:rFonts w:ascii="Calibri" w:hAnsi="Calibri" w:cs="Calibri"/>
        </w:rPr>
        <w:t>Asset management, ensuring AI-enabled services are known, approved, and recorded</w:t>
      </w:r>
    </w:p>
    <w:p w14:paraId="28E00C3B" w14:textId="77777777" w:rsidR="00E315D6" w:rsidRPr="00611144" w:rsidRDefault="00856015" w:rsidP="00483BF4">
      <w:pPr>
        <w:spacing w:after="0" w:line="264" w:lineRule="auto"/>
        <w:rPr>
          <w:rFonts w:ascii="Calibri" w:hAnsi="Calibri" w:cs="Calibri"/>
        </w:rPr>
      </w:pPr>
      <w:r w:rsidRPr="00611144">
        <w:rPr>
          <w:rFonts w:ascii="Calibri" w:hAnsi="Calibri" w:cs="Calibri"/>
        </w:rPr>
        <w:t>Clear incident response arrangements, including escalation routes to the Trust</w:t>
      </w:r>
    </w:p>
    <w:p w14:paraId="36420F12" w14:textId="77777777" w:rsidR="00E315D6" w:rsidRPr="00611144" w:rsidRDefault="00856015" w:rsidP="00483BF4">
      <w:pPr>
        <w:spacing w:after="0" w:line="264" w:lineRule="auto"/>
        <w:rPr>
          <w:rFonts w:ascii="Calibri" w:hAnsi="Calibri" w:cs="Calibri"/>
        </w:rPr>
      </w:pPr>
      <w:r w:rsidRPr="00611144">
        <w:rPr>
          <w:rFonts w:ascii="Calibri" w:hAnsi="Calibri" w:cs="Calibri"/>
        </w:rPr>
        <w:t>Schools should continue to complete and review the DfE  self-assessment, including consideration of AI-related risks.</w:t>
      </w:r>
    </w:p>
    <w:p w14:paraId="358E5FA7" w14:textId="77777777" w:rsidR="005A11E6" w:rsidRDefault="005A11E6" w:rsidP="00483BF4">
      <w:pPr>
        <w:pStyle w:val="Heading2"/>
        <w:spacing w:before="0" w:line="264" w:lineRule="auto"/>
        <w:rPr>
          <w:rFonts w:ascii="Calibri" w:hAnsi="Calibri" w:cs="Calibri"/>
        </w:rPr>
      </w:pPr>
    </w:p>
    <w:p w14:paraId="1F490500" w14:textId="006ECBD5" w:rsidR="00E315D6" w:rsidRPr="00611144" w:rsidRDefault="00856015" w:rsidP="00483BF4">
      <w:pPr>
        <w:pStyle w:val="Heading2"/>
        <w:spacing w:before="0" w:line="264" w:lineRule="auto"/>
        <w:rPr>
          <w:rFonts w:ascii="Calibri" w:hAnsi="Calibri" w:cs="Calibri"/>
        </w:rPr>
      </w:pPr>
      <w:r w:rsidRPr="00611144">
        <w:rPr>
          <w:rFonts w:ascii="Calibri" w:hAnsi="Calibri" w:cs="Calibri"/>
        </w:rPr>
        <w:t>Filtering, Monitoring and Safeguarding Controls</w:t>
      </w:r>
    </w:p>
    <w:p w14:paraId="4F519436" w14:textId="77777777" w:rsidR="00E315D6" w:rsidRPr="00611144" w:rsidRDefault="00856015" w:rsidP="00483BF4">
      <w:pPr>
        <w:spacing w:after="0" w:line="264" w:lineRule="auto"/>
        <w:rPr>
          <w:rFonts w:ascii="Calibri" w:hAnsi="Calibri" w:cs="Calibri"/>
        </w:rPr>
      </w:pPr>
      <w:r w:rsidRPr="00611144">
        <w:rPr>
          <w:rFonts w:ascii="Calibri" w:hAnsi="Calibri" w:cs="Calibri"/>
        </w:rPr>
        <w:t>Schools must ensure that filtering and monitoring systems:</w:t>
      </w:r>
    </w:p>
    <w:p w14:paraId="07AFB2D6" w14:textId="77777777" w:rsidR="00E315D6" w:rsidRPr="00611144" w:rsidRDefault="00856015" w:rsidP="00483BF4">
      <w:pPr>
        <w:spacing w:after="0" w:line="264" w:lineRule="auto"/>
        <w:rPr>
          <w:rFonts w:ascii="Calibri" w:hAnsi="Calibri" w:cs="Calibri"/>
        </w:rPr>
      </w:pPr>
      <w:r w:rsidRPr="00611144">
        <w:rPr>
          <w:rFonts w:ascii="Calibri" w:hAnsi="Calibri" w:cs="Calibri"/>
        </w:rPr>
        <w:t>Are reviewed at least annually</w:t>
      </w:r>
    </w:p>
    <w:p w14:paraId="7A6C7FB3" w14:textId="77777777" w:rsidR="00E315D6" w:rsidRPr="00611144" w:rsidRDefault="00856015" w:rsidP="00483BF4">
      <w:pPr>
        <w:spacing w:after="0" w:line="264" w:lineRule="auto"/>
        <w:rPr>
          <w:rFonts w:ascii="Calibri" w:hAnsi="Calibri" w:cs="Calibri"/>
        </w:rPr>
      </w:pPr>
      <w:r w:rsidRPr="00611144">
        <w:rPr>
          <w:rFonts w:ascii="Calibri" w:hAnsi="Calibri" w:cs="Calibri"/>
        </w:rPr>
        <w:t>Have clear roles and responsibilities defined</w:t>
      </w:r>
    </w:p>
    <w:p w14:paraId="2F6BEC91" w14:textId="77777777" w:rsidR="00E315D6" w:rsidRPr="00611144" w:rsidRDefault="00856015" w:rsidP="00483BF4">
      <w:pPr>
        <w:spacing w:after="0" w:line="264" w:lineRule="auto"/>
        <w:rPr>
          <w:rFonts w:ascii="Calibri" w:hAnsi="Calibri" w:cs="Calibri"/>
        </w:rPr>
      </w:pPr>
      <w:r w:rsidRPr="00611144">
        <w:rPr>
          <w:rFonts w:ascii="Calibri" w:hAnsi="Calibri" w:cs="Calibri"/>
        </w:rPr>
        <w:t>Block harmful or inappropriate content without undermining teaching and learning</w:t>
      </w:r>
    </w:p>
    <w:p w14:paraId="5A5F37F0" w14:textId="77777777" w:rsidR="00E315D6" w:rsidRPr="00611144" w:rsidRDefault="00856015" w:rsidP="00483BF4">
      <w:pPr>
        <w:spacing w:after="0" w:line="264" w:lineRule="auto"/>
        <w:rPr>
          <w:rFonts w:ascii="Calibri" w:hAnsi="Calibri" w:cs="Calibri"/>
        </w:rPr>
      </w:pPr>
      <w:r w:rsidRPr="00611144">
        <w:rPr>
          <w:rFonts w:ascii="Calibri" w:hAnsi="Calibri" w:cs="Calibri"/>
        </w:rPr>
        <w:t>Explicitly consider how controls apply to:</w:t>
      </w:r>
    </w:p>
    <w:p w14:paraId="11F1D40C" w14:textId="77777777" w:rsidR="00E315D6" w:rsidRPr="00611144" w:rsidRDefault="00856015" w:rsidP="00483BF4">
      <w:pPr>
        <w:spacing w:after="0" w:line="264" w:lineRule="auto"/>
        <w:rPr>
          <w:rFonts w:ascii="Calibri" w:hAnsi="Calibri" w:cs="Calibri"/>
        </w:rPr>
      </w:pPr>
      <w:r w:rsidRPr="00611144">
        <w:rPr>
          <w:rFonts w:ascii="Calibri" w:hAnsi="Calibri" w:cs="Calibri"/>
        </w:rPr>
        <w:t>AI tools</w:t>
      </w:r>
    </w:p>
    <w:p w14:paraId="05608C61" w14:textId="77777777" w:rsidR="00E315D6" w:rsidRPr="00611144" w:rsidRDefault="00856015" w:rsidP="00483BF4">
      <w:pPr>
        <w:spacing w:after="0" w:line="264" w:lineRule="auto"/>
        <w:rPr>
          <w:rFonts w:ascii="Calibri" w:hAnsi="Calibri" w:cs="Calibri"/>
        </w:rPr>
      </w:pPr>
      <w:r w:rsidRPr="00611144">
        <w:rPr>
          <w:rFonts w:ascii="Calibri" w:hAnsi="Calibri" w:cs="Calibri"/>
        </w:rPr>
        <w:t>AI chat interfaces</w:t>
      </w:r>
    </w:p>
    <w:p w14:paraId="63F62BAB" w14:textId="77777777" w:rsidR="00E315D6" w:rsidRPr="00611144" w:rsidRDefault="00856015" w:rsidP="00483BF4">
      <w:pPr>
        <w:spacing w:after="0" w:line="264" w:lineRule="auto"/>
        <w:rPr>
          <w:rFonts w:ascii="Calibri" w:hAnsi="Calibri" w:cs="Calibri"/>
        </w:rPr>
      </w:pPr>
      <w:r w:rsidRPr="00611144">
        <w:rPr>
          <w:rFonts w:ascii="Calibri" w:hAnsi="Calibri" w:cs="Calibri"/>
        </w:rPr>
        <w:t>In-tool or embedded web browsing</w:t>
      </w:r>
    </w:p>
    <w:p w14:paraId="75F6356E" w14:textId="77777777" w:rsidR="00E315D6" w:rsidRPr="00611144" w:rsidRDefault="00856015" w:rsidP="00483BF4">
      <w:pPr>
        <w:spacing w:after="0" w:line="264" w:lineRule="auto"/>
        <w:rPr>
          <w:rFonts w:ascii="Calibri" w:hAnsi="Calibri" w:cs="Calibri"/>
        </w:rPr>
      </w:pPr>
      <w:r w:rsidRPr="00611144">
        <w:rPr>
          <w:rFonts w:ascii="Calibri" w:hAnsi="Calibri" w:cs="Calibri"/>
        </w:rPr>
        <w:t xml:space="preserve">These arrangements must support safeguarding duties under </w:t>
      </w:r>
    </w:p>
    <w:p w14:paraId="016CB5E6" w14:textId="77777777" w:rsidR="00E315D6" w:rsidRPr="00611144" w:rsidRDefault="00856015" w:rsidP="00483BF4">
      <w:pPr>
        <w:spacing w:after="0" w:line="264" w:lineRule="auto"/>
        <w:rPr>
          <w:rFonts w:ascii="Calibri" w:hAnsi="Calibri" w:cs="Calibri"/>
        </w:rPr>
      </w:pPr>
      <w:r w:rsidRPr="00611144">
        <w:rPr>
          <w:rFonts w:ascii="Calibri" w:hAnsi="Calibri" w:cs="Calibri"/>
        </w:rPr>
        <w:t>When AI is used on DCAT-managed devices, existing filtering and monitoring systems apply. When AI is used on personal devices, staff must follow Trust guidance on safe and appropriate use.</w:t>
      </w:r>
    </w:p>
    <w:p w14:paraId="7CAAA835" w14:textId="77777777" w:rsidR="005A11E6" w:rsidRDefault="005A11E6" w:rsidP="00483BF4">
      <w:pPr>
        <w:pStyle w:val="Heading2"/>
        <w:spacing w:before="0" w:line="264" w:lineRule="auto"/>
        <w:rPr>
          <w:rFonts w:ascii="Calibri" w:hAnsi="Calibri" w:cs="Calibri"/>
        </w:rPr>
      </w:pPr>
    </w:p>
    <w:p w14:paraId="428AF2A0" w14:textId="59D5DDCB" w:rsidR="00E315D6" w:rsidRPr="00611144" w:rsidRDefault="00856015" w:rsidP="00483BF4">
      <w:pPr>
        <w:pStyle w:val="Heading2"/>
        <w:spacing w:before="0" w:line="264" w:lineRule="auto"/>
        <w:rPr>
          <w:rFonts w:ascii="Calibri" w:hAnsi="Calibri" w:cs="Calibri"/>
        </w:rPr>
      </w:pPr>
      <w:r w:rsidRPr="00611144">
        <w:rPr>
          <w:rFonts w:ascii="Calibri" w:hAnsi="Calibri" w:cs="Calibri"/>
        </w:rPr>
        <w:t>Supplier and Product Safety Assurance</w:t>
      </w:r>
    </w:p>
    <w:p w14:paraId="678AB532" w14:textId="77777777" w:rsidR="00E315D6" w:rsidRPr="00611144" w:rsidRDefault="00856015" w:rsidP="00483BF4">
      <w:pPr>
        <w:spacing w:after="0" w:line="264" w:lineRule="auto"/>
        <w:rPr>
          <w:rFonts w:ascii="Calibri" w:hAnsi="Calibri" w:cs="Calibri"/>
        </w:rPr>
      </w:pPr>
      <w:r w:rsidRPr="00611144">
        <w:rPr>
          <w:rFonts w:ascii="Calibri" w:hAnsi="Calibri" w:cs="Calibri"/>
        </w:rPr>
        <w:t>When AI tools are procured or approved, DCAT applies the DfE’s Product Safety Expectations for Generative AI.</w:t>
      </w:r>
    </w:p>
    <w:p w14:paraId="4F5638FF" w14:textId="77777777" w:rsidR="00E315D6" w:rsidRPr="00611144" w:rsidRDefault="00856015" w:rsidP="00483BF4">
      <w:pPr>
        <w:spacing w:after="0" w:line="264" w:lineRule="auto"/>
        <w:rPr>
          <w:rFonts w:ascii="Calibri" w:hAnsi="Calibri" w:cs="Calibri"/>
        </w:rPr>
      </w:pPr>
      <w:r w:rsidRPr="00611144">
        <w:rPr>
          <w:rFonts w:ascii="Calibri" w:hAnsi="Calibri" w:cs="Calibri"/>
        </w:rPr>
        <w:t>This includes recording and reviewing supplier information relating to:</w:t>
      </w:r>
    </w:p>
    <w:p w14:paraId="39D575D0" w14:textId="77777777" w:rsidR="00E315D6" w:rsidRPr="00611144" w:rsidRDefault="00856015" w:rsidP="00483BF4">
      <w:pPr>
        <w:spacing w:after="0" w:line="264" w:lineRule="auto"/>
        <w:rPr>
          <w:rFonts w:ascii="Calibri" w:hAnsi="Calibri" w:cs="Calibri"/>
        </w:rPr>
      </w:pPr>
      <w:r w:rsidRPr="00611144">
        <w:rPr>
          <w:rFonts w:ascii="Calibri" w:hAnsi="Calibri" w:cs="Calibri"/>
        </w:rPr>
        <w:t>Whether customer data is used to train AI models</w:t>
      </w:r>
    </w:p>
    <w:p w14:paraId="4D158AF9" w14:textId="77777777" w:rsidR="00E315D6" w:rsidRPr="00611144" w:rsidRDefault="00856015" w:rsidP="00483BF4">
      <w:pPr>
        <w:spacing w:after="0" w:line="264" w:lineRule="auto"/>
        <w:rPr>
          <w:rFonts w:ascii="Calibri" w:hAnsi="Calibri" w:cs="Calibri"/>
        </w:rPr>
      </w:pPr>
      <w:r w:rsidRPr="00611144">
        <w:rPr>
          <w:rFonts w:ascii="Calibri" w:hAnsi="Calibri" w:cs="Calibri"/>
        </w:rPr>
        <w:t>Data retention and deletion arrangements</w:t>
      </w:r>
    </w:p>
    <w:p w14:paraId="4E814733" w14:textId="77777777" w:rsidR="00E315D6" w:rsidRPr="00611144" w:rsidRDefault="00856015" w:rsidP="00483BF4">
      <w:pPr>
        <w:spacing w:after="0" w:line="264" w:lineRule="auto"/>
        <w:rPr>
          <w:rFonts w:ascii="Calibri" w:hAnsi="Calibri" w:cs="Calibri"/>
        </w:rPr>
      </w:pPr>
      <w:r w:rsidRPr="00611144">
        <w:rPr>
          <w:rFonts w:ascii="Calibri" w:hAnsi="Calibri" w:cs="Calibri"/>
        </w:rPr>
        <w:t>Content moderation and safety controls</w:t>
      </w:r>
    </w:p>
    <w:p w14:paraId="50955A13" w14:textId="77777777" w:rsidR="00E315D6" w:rsidRPr="00611144" w:rsidRDefault="00856015" w:rsidP="00483BF4">
      <w:pPr>
        <w:spacing w:after="0" w:line="264" w:lineRule="auto"/>
        <w:rPr>
          <w:rFonts w:ascii="Calibri" w:hAnsi="Calibri" w:cs="Calibri"/>
        </w:rPr>
      </w:pPr>
      <w:r w:rsidRPr="00611144">
        <w:rPr>
          <w:rFonts w:ascii="Calibri" w:hAnsi="Calibri" w:cs="Calibri"/>
        </w:rPr>
        <w:lastRenderedPageBreak/>
        <w:t>Age-appropriate access and restrictions</w:t>
      </w:r>
    </w:p>
    <w:p w14:paraId="0CAD6FFC" w14:textId="77777777" w:rsidR="00E315D6" w:rsidRPr="00611144" w:rsidRDefault="00856015" w:rsidP="00483BF4">
      <w:pPr>
        <w:spacing w:after="0" w:line="264" w:lineRule="auto"/>
        <w:rPr>
          <w:rFonts w:ascii="Calibri" w:hAnsi="Calibri" w:cs="Calibri"/>
        </w:rPr>
      </w:pPr>
      <w:r w:rsidRPr="00611144">
        <w:rPr>
          <w:rFonts w:ascii="Calibri" w:hAnsi="Calibri" w:cs="Calibri"/>
        </w:rPr>
        <w:t>Logging, auditability, and export controls</w:t>
      </w:r>
    </w:p>
    <w:p w14:paraId="74ADCB4B" w14:textId="77777777" w:rsidR="00E315D6" w:rsidRPr="00611144" w:rsidRDefault="00856015" w:rsidP="00483BF4">
      <w:pPr>
        <w:spacing w:after="0" w:line="264" w:lineRule="auto"/>
        <w:rPr>
          <w:rFonts w:ascii="Calibri" w:hAnsi="Calibri" w:cs="Calibri"/>
        </w:rPr>
      </w:pPr>
      <w:r w:rsidRPr="00611144">
        <w:rPr>
          <w:rFonts w:ascii="Calibri" w:hAnsi="Calibri" w:cs="Calibri"/>
        </w:rPr>
        <w:t>Schools should not enter into contracts or agreements for AI tools outside this Trust process.</w:t>
      </w:r>
    </w:p>
    <w:p w14:paraId="3C25974E" w14:textId="77777777" w:rsidR="005A11E6" w:rsidRDefault="005A11E6" w:rsidP="00483BF4">
      <w:pPr>
        <w:pStyle w:val="Heading2"/>
        <w:spacing w:before="0" w:line="264" w:lineRule="auto"/>
        <w:rPr>
          <w:rFonts w:ascii="Calibri" w:hAnsi="Calibri" w:cs="Calibri"/>
        </w:rPr>
      </w:pPr>
    </w:p>
    <w:p w14:paraId="4A5CF7A7" w14:textId="75FE6996" w:rsidR="00E315D6" w:rsidRPr="00611144" w:rsidRDefault="00856015" w:rsidP="00483BF4">
      <w:pPr>
        <w:pStyle w:val="Heading2"/>
        <w:spacing w:before="0" w:line="264" w:lineRule="auto"/>
        <w:rPr>
          <w:rFonts w:ascii="Calibri" w:hAnsi="Calibri" w:cs="Calibri"/>
        </w:rPr>
      </w:pPr>
      <w:r w:rsidRPr="00611144">
        <w:rPr>
          <w:rFonts w:ascii="Calibri" w:hAnsi="Calibri" w:cs="Calibri"/>
        </w:rPr>
        <w:t>Incident Reporting and Escalation</w:t>
      </w:r>
    </w:p>
    <w:p w14:paraId="6B95A1CC" w14:textId="77777777" w:rsidR="00E315D6" w:rsidRPr="00611144" w:rsidRDefault="00856015" w:rsidP="00483BF4">
      <w:pPr>
        <w:spacing w:after="0" w:line="264" w:lineRule="auto"/>
        <w:rPr>
          <w:rFonts w:ascii="Calibri" w:hAnsi="Calibri" w:cs="Calibri"/>
        </w:rPr>
      </w:pPr>
      <w:r w:rsidRPr="00611144">
        <w:rPr>
          <w:rFonts w:ascii="Calibri" w:hAnsi="Calibri" w:cs="Calibri"/>
        </w:rPr>
        <w:t>Any AI-related concern must be reported,  following existing DCAT reporting routes for cyber security, data protection, and safeguarding. This includes, but is not limited to:</w:t>
      </w:r>
    </w:p>
    <w:p w14:paraId="666D1108" w14:textId="77777777" w:rsidR="00E315D6" w:rsidRPr="00611144" w:rsidRDefault="00856015" w:rsidP="00483BF4">
      <w:pPr>
        <w:spacing w:after="0" w:line="264" w:lineRule="auto"/>
        <w:rPr>
          <w:rFonts w:ascii="Calibri" w:hAnsi="Calibri" w:cs="Calibri"/>
        </w:rPr>
      </w:pPr>
      <w:r w:rsidRPr="00611144">
        <w:rPr>
          <w:rFonts w:ascii="Calibri" w:hAnsi="Calibri" w:cs="Calibri"/>
        </w:rPr>
        <w:t>Use of unapproved AI tools</w:t>
      </w:r>
    </w:p>
    <w:p w14:paraId="01335EEA" w14:textId="77777777" w:rsidR="00E315D6" w:rsidRPr="00611144" w:rsidRDefault="00856015" w:rsidP="00483BF4">
      <w:pPr>
        <w:spacing w:after="0" w:line="264" w:lineRule="auto"/>
        <w:rPr>
          <w:rFonts w:ascii="Calibri" w:hAnsi="Calibri" w:cs="Calibri"/>
        </w:rPr>
      </w:pPr>
      <w:r w:rsidRPr="00611144">
        <w:rPr>
          <w:rFonts w:ascii="Calibri" w:hAnsi="Calibri" w:cs="Calibri"/>
        </w:rPr>
        <w:t>Suspected data breaches or inappropriate data entry</w:t>
      </w:r>
    </w:p>
    <w:p w14:paraId="2ACCE5EA" w14:textId="77777777" w:rsidR="00E315D6" w:rsidRPr="00611144" w:rsidRDefault="00856015" w:rsidP="00483BF4">
      <w:pPr>
        <w:spacing w:after="0" w:line="264" w:lineRule="auto"/>
        <w:rPr>
          <w:rFonts w:ascii="Calibri" w:hAnsi="Calibri" w:cs="Calibri"/>
        </w:rPr>
      </w:pPr>
      <w:r w:rsidRPr="00611144">
        <w:rPr>
          <w:rFonts w:ascii="Calibri" w:hAnsi="Calibri" w:cs="Calibri"/>
        </w:rPr>
        <w:t>Safeguarding or harmful content concerns</w:t>
      </w:r>
    </w:p>
    <w:p w14:paraId="119D109D" w14:textId="77777777" w:rsidR="00E315D6" w:rsidRPr="00611144" w:rsidRDefault="00856015" w:rsidP="00483BF4">
      <w:pPr>
        <w:spacing w:after="0" w:line="264" w:lineRule="auto"/>
        <w:rPr>
          <w:rFonts w:ascii="Calibri" w:hAnsi="Calibri" w:cs="Calibri"/>
        </w:rPr>
      </w:pPr>
      <w:r w:rsidRPr="00611144">
        <w:rPr>
          <w:rFonts w:ascii="Calibri" w:hAnsi="Calibri" w:cs="Calibri"/>
        </w:rPr>
        <w:t>Attempts to bypass Trust security or filtering controls</w:t>
      </w:r>
    </w:p>
    <w:p w14:paraId="3747E5C0" w14:textId="77777777" w:rsidR="005A11E6" w:rsidRDefault="005A11E6" w:rsidP="00483BF4">
      <w:pPr>
        <w:pStyle w:val="Heading1"/>
        <w:spacing w:before="0" w:line="264" w:lineRule="auto"/>
        <w:rPr>
          <w:rFonts w:ascii="Calibri" w:hAnsi="Calibri" w:cs="Calibri"/>
        </w:rPr>
      </w:pPr>
    </w:p>
    <w:p w14:paraId="51930467" w14:textId="092A4FE6" w:rsidR="00E315D6" w:rsidRPr="00611144" w:rsidRDefault="00856015" w:rsidP="00483BF4">
      <w:pPr>
        <w:pStyle w:val="Heading1"/>
        <w:spacing w:before="0" w:line="264" w:lineRule="auto"/>
        <w:rPr>
          <w:rFonts w:ascii="Calibri" w:hAnsi="Calibri" w:cs="Calibri"/>
        </w:rPr>
      </w:pPr>
      <w:r w:rsidRPr="00611144">
        <w:rPr>
          <w:rFonts w:ascii="Calibri" w:hAnsi="Calibri" w:cs="Calibri"/>
        </w:rPr>
        <w:t>Continuous Review</w:t>
      </w:r>
    </w:p>
    <w:p w14:paraId="101CCFCE" w14:textId="77777777" w:rsidR="00E315D6" w:rsidRPr="00611144" w:rsidRDefault="00856015" w:rsidP="00483BF4">
      <w:pPr>
        <w:spacing w:after="0" w:line="264" w:lineRule="auto"/>
        <w:rPr>
          <w:rFonts w:ascii="Calibri" w:hAnsi="Calibri" w:cs="Calibri"/>
        </w:rPr>
      </w:pPr>
      <w:r w:rsidRPr="00611144">
        <w:rPr>
          <w:rFonts w:ascii="Calibri" w:hAnsi="Calibri" w:cs="Calibri"/>
        </w:rPr>
        <w:t>These guidelines will be reviewed and updated regularly in line with DfE recommendations and DCAT policy developments.</w:t>
      </w:r>
    </w:p>
    <w:p w14:paraId="3C5CCEAE" w14:textId="77777777" w:rsidR="00E315D6" w:rsidRPr="00611144" w:rsidRDefault="00856015" w:rsidP="00483BF4">
      <w:pPr>
        <w:spacing w:after="0" w:line="264" w:lineRule="auto"/>
        <w:rPr>
          <w:rFonts w:ascii="Calibri" w:hAnsi="Calibri" w:cs="Calibri"/>
        </w:rPr>
      </w:pPr>
      <w:r w:rsidRPr="00611144">
        <w:rPr>
          <w:rFonts w:ascii="Calibri" w:hAnsi="Calibri" w:cs="Calibri"/>
        </w:rPr>
        <w:t>Staff are encouraged to share feedback and examples of effective AI use to support responsible innovation across the Trust.</w:t>
      </w:r>
    </w:p>
    <w:p w14:paraId="4F71AF91" w14:textId="77777777" w:rsidR="00E315D6" w:rsidRPr="00611144" w:rsidRDefault="00856015" w:rsidP="00483BF4">
      <w:pPr>
        <w:spacing w:after="0" w:line="264" w:lineRule="auto"/>
        <w:rPr>
          <w:rFonts w:ascii="Calibri" w:hAnsi="Calibri" w:cs="Calibri"/>
        </w:rPr>
      </w:pPr>
      <w:r w:rsidRPr="00611144">
        <w:rPr>
          <w:rFonts w:ascii="Calibri" w:hAnsi="Calibri" w:cs="Calibri"/>
          <w:b/>
        </w:rPr>
        <w:t>Please refer to the  for the latest national position. DCAT will continue to adapt our protocols as the technology and policy landscape evolves.</w:t>
      </w:r>
    </w:p>
    <w:p w14:paraId="57693D05" w14:textId="77777777" w:rsidR="00E315D6" w:rsidRPr="00611144" w:rsidRDefault="00E315D6" w:rsidP="00483BF4">
      <w:pPr>
        <w:spacing w:after="0" w:line="264" w:lineRule="auto"/>
        <w:rPr>
          <w:rFonts w:ascii="Calibri" w:hAnsi="Calibri" w:cs="Calibri"/>
        </w:rPr>
      </w:pPr>
    </w:p>
    <w:p w14:paraId="7B56BF81" w14:textId="77777777" w:rsidR="00E315D6" w:rsidRPr="00611144" w:rsidRDefault="00E315D6" w:rsidP="00483BF4">
      <w:pPr>
        <w:spacing w:after="0" w:line="264" w:lineRule="auto"/>
        <w:rPr>
          <w:rFonts w:ascii="Calibri" w:hAnsi="Calibri" w:cs="Calibri"/>
        </w:rPr>
      </w:pPr>
    </w:p>
    <w:sectPr w:rsidR="00E315D6" w:rsidRPr="00611144" w:rsidSect="00E26605">
      <w:footerReference w:type="default" r:id="rId51"/>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2BE4E" w14:textId="77777777" w:rsidR="008B4873" w:rsidRDefault="008B4873" w:rsidP="00836F16">
      <w:pPr>
        <w:spacing w:after="0" w:line="240" w:lineRule="auto"/>
      </w:pPr>
      <w:r>
        <w:separator/>
      </w:r>
    </w:p>
  </w:endnote>
  <w:endnote w:type="continuationSeparator" w:id="0">
    <w:p w14:paraId="19A6998E" w14:textId="77777777" w:rsidR="008B4873" w:rsidRDefault="008B4873" w:rsidP="00836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l?r ?S?V?b?N"/>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109232"/>
      <w:docPartObj>
        <w:docPartGallery w:val="Page Numbers (Bottom of Page)"/>
        <w:docPartUnique/>
      </w:docPartObj>
    </w:sdtPr>
    <w:sdtEndPr>
      <w:rPr>
        <w:noProof/>
      </w:rPr>
    </w:sdtEndPr>
    <w:sdtContent>
      <w:p w14:paraId="61676E25" w14:textId="3E358141" w:rsidR="00836F16" w:rsidRDefault="00836F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5D502" w14:textId="77777777" w:rsidR="00836F16" w:rsidRDefault="00836F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B6D6F" w14:textId="77777777" w:rsidR="008B4873" w:rsidRDefault="008B4873" w:rsidP="00836F16">
      <w:pPr>
        <w:spacing w:after="0" w:line="240" w:lineRule="auto"/>
      </w:pPr>
      <w:r>
        <w:separator/>
      </w:r>
    </w:p>
  </w:footnote>
  <w:footnote w:type="continuationSeparator" w:id="0">
    <w:p w14:paraId="547B0CAC" w14:textId="77777777" w:rsidR="008B4873" w:rsidRDefault="008B4873" w:rsidP="00836F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4C0A6E"/>
    <w:multiLevelType w:val="hybridMultilevel"/>
    <w:tmpl w:val="7304F3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1F718DD"/>
    <w:multiLevelType w:val="hybridMultilevel"/>
    <w:tmpl w:val="BEDEC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48D492A"/>
    <w:multiLevelType w:val="hybridMultilevel"/>
    <w:tmpl w:val="EEB8D172"/>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49F098A"/>
    <w:multiLevelType w:val="hybridMultilevel"/>
    <w:tmpl w:val="22DCDD9E"/>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5845588"/>
    <w:multiLevelType w:val="hybridMultilevel"/>
    <w:tmpl w:val="D63C7C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580422"/>
    <w:multiLevelType w:val="hybridMultilevel"/>
    <w:tmpl w:val="0CBA8992"/>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9C90700"/>
    <w:multiLevelType w:val="hybridMultilevel"/>
    <w:tmpl w:val="09705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A034751"/>
    <w:multiLevelType w:val="hybridMultilevel"/>
    <w:tmpl w:val="6B7E2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A120523"/>
    <w:multiLevelType w:val="hybridMultilevel"/>
    <w:tmpl w:val="DFDA5232"/>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C3A3E27"/>
    <w:multiLevelType w:val="hybridMultilevel"/>
    <w:tmpl w:val="5FAEF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D5C4471"/>
    <w:multiLevelType w:val="hybridMultilevel"/>
    <w:tmpl w:val="BB38F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0E7C6058"/>
    <w:multiLevelType w:val="hybridMultilevel"/>
    <w:tmpl w:val="99D4D344"/>
    <w:lvl w:ilvl="0" w:tplc="F7F2B144">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FE44616"/>
    <w:multiLevelType w:val="hybridMultilevel"/>
    <w:tmpl w:val="07C0938E"/>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0E551A7"/>
    <w:multiLevelType w:val="hybridMultilevel"/>
    <w:tmpl w:val="8278A7E4"/>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0226B2"/>
    <w:multiLevelType w:val="hybridMultilevel"/>
    <w:tmpl w:val="3C863B34"/>
    <w:lvl w:ilvl="0" w:tplc="F38A92A6">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2F03923"/>
    <w:multiLevelType w:val="hybridMultilevel"/>
    <w:tmpl w:val="830499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DA67A8"/>
    <w:multiLevelType w:val="hybridMultilevel"/>
    <w:tmpl w:val="72247140"/>
    <w:lvl w:ilvl="0" w:tplc="F38A92A6">
      <w:start w:val="1"/>
      <w:numFmt w:val="bullet"/>
      <w:lvlText w:val=""/>
      <w:lvlJc w:val="left"/>
      <w:pPr>
        <w:ind w:left="360" w:hanging="360"/>
      </w:pPr>
      <w:rPr>
        <w:rFonts w:ascii="Symbol" w:hAnsi="Symbol" w:hint="default"/>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7D91293"/>
    <w:multiLevelType w:val="hybridMultilevel"/>
    <w:tmpl w:val="96DE5D0A"/>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1AD34312"/>
    <w:multiLevelType w:val="hybridMultilevel"/>
    <w:tmpl w:val="7B607472"/>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B7F1F7D"/>
    <w:multiLevelType w:val="hybridMultilevel"/>
    <w:tmpl w:val="9392F2F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2857A4D"/>
    <w:multiLevelType w:val="hybridMultilevel"/>
    <w:tmpl w:val="53D0E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4AE581B"/>
    <w:multiLevelType w:val="hybridMultilevel"/>
    <w:tmpl w:val="39C0DB50"/>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24C95A24"/>
    <w:multiLevelType w:val="hybridMultilevel"/>
    <w:tmpl w:val="1AE2A0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5F029A8"/>
    <w:multiLevelType w:val="hybridMultilevel"/>
    <w:tmpl w:val="A2AC4544"/>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6210346"/>
    <w:multiLevelType w:val="hybridMultilevel"/>
    <w:tmpl w:val="917CB950"/>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7812EE9"/>
    <w:multiLevelType w:val="hybridMultilevel"/>
    <w:tmpl w:val="C4824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80C0022"/>
    <w:multiLevelType w:val="hybridMultilevel"/>
    <w:tmpl w:val="A45036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2F0217"/>
    <w:multiLevelType w:val="hybridMultilevel"/>
    <w:tmpl w:val="247C1196"/>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E412236"/>
    <w:multiLevelType w:val="hybridMultilevel"/>
    <w:tmpl w:val="40BCBCF0"/>
    <w:lvl w:ilvl="0" w:tplc="F7F2B144">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FBF6261"/>
    <w:multiLevelType w:val="hybridMultilevel"/>
    <w:tmpl w:val="EEA859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FCA0E0E"/>
    <w:multiLevelType w:val="hybridMultilevel"/>
    <w:tmpl w:val="1C1A7514"/>
    <w:lvl w:ilvl="0" w:tplc="F38A92A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0753B0C"/>
    <w:multiLevelType w:val="hybridMultilevel"/>
    <w:tmpl w:val="0F686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2FA5116"/>
    <w:multiLevelType w:val="hybridMultilevel"/>
    <w:tmpl w:val="E2289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6A763ED"/>
    <w:multiLevelType w:val="hybridMultilevel"/>
    <w:tmpl w:val="A880B4F4"/>
    <w:lvl w:ilvl="0" w:tplc="F38A92A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F17C0A"/>
    <w:multiLevelType w:val="hybridMultilevel"/>
    <w:tmpl w:val="C98ED4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7393F94"/>
    <w:multiLevelType w:val="hybridMultilevel"/>
    <w:tmpl w:val="3C68ED0A"/>
    <w:lvl w:ilvl="0" w:tplc="F7F2B144">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ACC58D3"/>
    <w:multiLevelType w:val="hybridMultilevel"/>
    <w:tmpl w:val="FAAC1EF4"/>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3" w15:restartNumberingAfterBreak="0">
    <w:nsid w:val="3F7A76B1"/>
    <w:multiLevelType w:val="hybridMultilevel"/>
    <w:tmpl w:val="46269438"/>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F805FA1"/>
    <w:multiLevelType w:val="hybridMultilevel"/>
    <w:tmpl w:val="F4BA4442"/>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1661F6A"/>
    <w:multiLevelType w:val="hybridMultilevel"/>
    <w:tmpl w:val="A028AE26"/>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46" w15:restartNumberingAfterBreak="0">
    <w:nsid w:val="41A212F3"/>
    <w:multiLevelType w:val="hybridMultilevel"/>
    <w:tmpl w:val="9C4A71C8"/>
    <w:lvl w:ilvl="0" w:tplc="F38A92A6">
      <w:start w:val="1"/>
      <w:numFmt w:val="bullet"/>
      <w:lvlText w:val=""/>
      <w:lvlJc w:val="left"/>
      <w:pPr>
        <w:ind w:left="360" w:hanging="360"/>
      </w:pPr>
      <w:rPr>
        <w:rFonts w:ascii="Symbol" w:hAnsi="Symbol" w:hint="default"/>
        <w:color w:val="000000" w:themeColor="text1"/>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47" w15:restartNumberingAfterBreak="0">
    <w:nsid w:val="424348D1"/>
    <w:multiLevelType w:val="hybridMultilevel"/>
    <w:tmpl w:val="7B8C429E"/>
    <w:lvl w:ilvl="0" w:tplc="F38A92A6">
      <w:start w:val="1"/>
      <w:numFmt w:val="bullet"/>
      <w:lvlText w:val=""/>
      <w:lvlJc w:val="left"/>
      <w:pPr>
        <w:ind w:left="1080"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28D6BCF"/>
    <w:multiLevelType w:val="hybridMultilevel"/>
    <w:tmpl w:val="789C8C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4BC3101"/>
    <w:multiLevelType w:val="hybridMultilevel"/>
    <w:tmpl w:val="6C4611E6"/>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5E240CE"/>
    <w:multiLevelType w:val="hybridMultilevel"/>
    <w:tmpl w:val="B8C84C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8CC04F9"/>
    <w:multiLevelType w:val="hybridMultilevel"/>
    <w:tmpl w:val="FCA292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C3459F"/>
    <w:multiLevelType w:val="hybridMultilevel"/>
    <w:tmpl w:val="3A0E77FE"/>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DD1BBE"/>
    <w:multiLevelType w:val="hybridMultilevel"/>
    <w:tmpl w:val="E4E25B44"/>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F3B5293"/>
    <w:multiLevelType w:val="hybridMultilevel"/>
    <w:tmpl w:val="11240C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51543F46"/>
    <w:multiLevelType w:val="hybridMultilevel"/>
    <w:tmpl w:val="5A304C40"/>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2747E0B"/>
    <w:multiLevelType w:val="hybridMultilevel"/>
    <w:tmpl w:val="A5BA6886"/>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32D3179"/>
    <w:multiLevelType w:val="hybridMultilevel"/>
    <w:tmpl w:val="BB32E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57285468"/>
    <w:multiLevelType w:val="hybridMultilevel"/>
    <w:tmpl w:val="AC4C836A"/>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A3023C6"/>
    <w:multiLevelType w:val="hybridMultilevel"/>
    <w:tmpl w:val="986859EC"/>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AD86A1F"/>
    <w:multiLevelType w:val="hybridMultilevel"/>
    <w:tmpl w:val="C3648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609B5503"/>
    <w:multiLevelType w:val="hybridMultilevel"/>
    <w:tmpl w:val="B944E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26634DA"/>
    <w:multiLevelType w:val="hybridMultilevel"/>
    <w:tmpl w:val="60E2236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32836D0"/>
    <w:multiLevelType w:val="hybridMultilevel"/>
    <w:tmpl w:val="0282B8A8"/>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57179C0"/>
    <w:multiLevelType w:val="hybridMultilevel"/>
    <w:tmpl w:val="F774E480"/>
    <w:lvl w:ilvl="0" w:tplc="F38A92A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BAE42F4"/>
    <w:multiLevelType w:val="hybridMultilevel"/>
    <w:tmpl w:val="7CAA17D4"/>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C87542B"/>
    <w:multiLevelType w:val="hybridMultilevel"/>
    <w:tmpl w:val="5B3A3CD8"/>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E1F74AE"/>
    <w:multiLevelType w:val="hybridMultilevel"/>
    <w:tmpl w:val="141863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0A37FBF"/>
    <w:multiLevelType w:val="hybridMultilevel"/>
    <w:tmpl w:val="71EA9E04"/>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72E877B5"/>
    <w:multiLevelType w:val="hybridMultilevel"/>
    <w:tmpl w:val="6EB6D3DC"/>
    <w:lvl w:ilvl="0" w:tplc="F38A92A6">
      <w:start w:val="1"/>
      <w:numFmt w:val="bullet"/>
      <w:lvlText w:val=""/>
      <w:lvlJc w:val="left"/>
      <w:pPr>
        <w:ind w:left="360" w:hanging="360"/>
      </w:pPr>
      <w:rPr>
        <w:rFonts w:ascii="Symbol" w:hAnsi="Symbol"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5E46A37"/>
    <w:multiLevelType w:val="hybridMultilevel"/>
    <w:tmpl w:val="820CA886"/>
    <w:lvl w:ilvl="0" w:tplc="F6022E34">
      <w:start w:val="1"/>
      <w:numFmt w:val="bullet"/>
      <w:lvlText w:val=""/>
      <w:lvlJc w:val="left"/>
      <w:pPr>
        <w:ind w:left="360" w:hanging="360"/>
      </w:pPr>
      <w:rPr>
        <w:rFonts w:ascii="Symbol" w:hAnsi="Symbol" w:hint="default"/>
        <w:b/>
        <w:sz w:val="24"/>
        <w:szCs w:val="24"/>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1" w15:restartNumberingAfterBreak="0">
    <w:nsid w:val="76614A53"/>
    <w:multiLevelType w:val="hybridMultilevel"/>
    <w:tmpl w:val="A80C5DDC"/>
    <w:lvl w:ilvl="0" w:tplc="F7F2B144">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7AF467E"/>
    <w:multiLevelType w:val="multilevel"/>
    <w:tmpl w:val="1648177E"/>
    <w:lvl w:ilvl="0">
      <w:start w:val="5"/>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3" w15:restartNumberingAfterBreak="0">
    <w:nsid w:val="78E4085C"/>
    <w:multiLevelType w:val="hybridMultilevel"/>
    <w:tmpl w:val="C6E245C2"/>
    <w:lvl w:ilvl="0" w:tplc="F7F2B144">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98A03B1"/>
    <w:multiLevelType w:val="hybridMultilevel"/>
    <w:tmpl w:val="7E424F20"/>
    <w:lvl w:ilvl="0" w:tplc="F38A92A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79D94307"/>
    <w:multiLevelType w:val="hybridMultilevel"/>
    <w:tmpl w:val="E6BA2EE0"/>
    <w:lvl w:ilvl="0" w:tplc="F7F2B144">
      <w:start w:val="1"/>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5F6858"/>
    <w:multiLevelType w:val="hybridMultilevel"/>
    <w:tmpl w:val="93C097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E611687"/>
    <w:multiLevelType w:val="hybridMultilevel"/>
    <w:tmpl w:val="52840304"/>
    <w:lvl w:ilvl="0" w:tplc="08090001">
      <w:start w:val="1"/>
      <w:numFmt w:val="bullet"/>
      <w:lvlText w:val=""/>
      <w:lvlJc w:val="left"/>
      <w:pPr>
        <w:ind w:left="360" w:hanging="360"/>
      </w:pPr>
      <w:rPr>
        <w:rFonts w:ascii="Symbol" w:hAnsi="Symbol" w:hint="default"/>
        <w:sz w:val="2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59065080">
    <w:abstractNumId w:val="5"/>
  </w:num>
  <w:num w:numId="2" w16cid:durableId="2053724478">
    <w:abstractNumId w:val="3"/>
  </w:num>
  <w:num w:numId="3" w16cid:durableId="2060981122">
    <w:abstractNumId w:val="2"/>
  </w:num>
  <w:num w:numId="4" w16cid:durableId="781388793">
    <w:abstractNumId w:val="4"/>
  </w:num>
  <w:num w:numId="5" w16cid:durableId="890462819">
    <w:abstractNumId w:val="1"/>
  </w:num>
  <w:num w:numId="6" w16cid:durableId="768309362">
    <w:abstractNumId w:val="0"/>
  </w:num>
  <w:num w:numId="7" w16cid:durableId="201140692">
    <w:abstractNumId w:val="61"/>
  </w:num>
  <w:num w:numId="8" w16cid:durableId="1435200762">
    <w:abstractNumId w:val="71"/>
  </w:num>
  <w:num w:numId="9" w16cid:durableId="479006449">
    <w:abstractNumId w:val="57"/>
  </w:num>
  <w:num w:numId="10" w16cid:durableId="20207272">
    <w:abstractNumId w:val="41"/>
  </w:num>
  <w:num w:numId="11" w16cid:durableId="865294625">
    <w:abstractNumId w:val="16"/>
  </w:num>
  <w:num w:numId="12" w16cid:durableId="186068608">
    <w:abstractNumId w:val="21"/>
  </w:num>
  <w:num w:numId="13" w16cid:durableId="867841808">
    <w:abstractNumId w:val="37"/>
  </w:num>
  <w:num w:numId="14" w16cid:durableId="1697274351">
    <w:abstractNumId w:val="67"/>
  </w:num>
  <w:num w:numId="15" w16cid:durableId="278340114">
    <w:abstractNumId w:val="38"/>
  </w:num>
  <w:num w:numId="16" w16cid:durableId="1273511256">
    <w:abstractNumId w:val="12"/>
  </w:num>
  <w:num w:numId="17" w16cid:durableId="1645506891">
    <w:abstractNumId w:val="15"/>
  </w:num>
  <w:num w:numId="18" w16cid:durableId="811679572">
    <w:abstractNumId w:val="51"/>
  </w:num>
  <w:num w:numId="19" w16cid:durableId="1311324793">
    <w:abstractNumId w:val="76"/>
  </w:num>
  <w:num w:numId="20" w16cid:durableId="10648393">
    <w:abstractNumId w:val="7"/>
  </w:num>
  <w:num w:numId="21" w16cid:durableId="1533759351">
    <w:abstractNumId w:val="72"/>
  </w:num>
  <w:num w:numId="22" w16cid:durableId="1678800910">
    <w:abstractNumId w:val="73"/>
  </w:num>
  <w:num w:numId="23" w16cid:durableId="1010134918">
    <w:abstractNumId w:val="62"/>
  </w:num>
  <w:num w:numId="24" w16cid:durableId="1607537077">
    <w:abstractNumId w:val="13"/>
  </w:num>
  <w:num w:numId="25" w16cid:durableId="624042570">
    <w:abstractNumId w:val="34"/>
  </w:num>
  <w:num w:numId="26" w16cid:durableId="392894225">
    <w:abstractNumId w:val="17"/>
  </w:num>
  <w:num w:numId="27" w16cid:durableId="2012179775">
    <w:abstractNumId w:val="60"/>
  </w:num>
  <w:num w:numId="28" w16cid:durableId="168329188">
    <w:abstractNumId w:val="32"/>
  </w:num>
  <w:num w:numId="29" w16cid:durableId="1606114626">
    <w:abstractNumId w:val="75"/>
  </w:num>
  <w:num w:numId="30" w16cid:durableId="1866822901">
    <w:abstractNumId w:val="26"/>
  </w:num>
  <w:num w:numId="31" w16cid:durableId="1327244505">
    <w:abstractNumId w:val="48"/>
  </w:num>
  <w:num w:numId="32" w16cid:durableId="1058086473">
    <w:abstractNumId w:val="27"/>
  </w:num>
  <w:num w:numId="33" w16cid:durableId="1878665749">
    <w:abstractNumId w:val="31"/>
  </w:num>
  <w:num w:numId="34" w16cid:durableId="968903806">
    <w:abstractNumId w:val="77"/>
  </w:num>
  <w:num w:numId="35" w16cid:durableId="1463185282">
    <w:abstractNumId w:val="25"/>
  </w:num>
  <w:num w:numId="36" w16cid:durableId="1603610050">
    <w:abstractNumId w:val="35"/>
  </w:num>
  <w:num w:numId="37" w16cid:durableId="1599438524">
    <w:abstractNumId w:val="54"/>
  </w:num>
  <w:num w:numId="38" w16cid:durableId="1751266323">
    <w:abstractNumId w:val="6"/>
  </w:num>
  <w:num w:numId="39" w16cid:durableId="956257396">
    <w:abstractNumId w:val="28"/>
  </w:num>
  <w:num w:numId="40" w16cid:durableId="1250850360">
    <w:abstractNumId w:val="10"/>
  </w:num>
  <w:num w:numId="41" w16cid:durableId="96098764">
    <w:abstractNumId w:val="40"/>
  </w:num>
  <w:num w:numId="42" w16cid:durableId="1965580811">
    <w:abstractNumId w:val="9"/>
  </w:num>
  <w:num w:numId="43" w16cid:durableId="857280320">
    <w:abstractNumId w:val="47"/>
  </w:num>
  <w:num w:numId="44" w16cid:durableId="205412258">
    <w:abstractNumId w:val="39"/>
  </w:num>
  <w:num w:numId="45" w16cid:durableId="352847003">
    <w:abstractNumId w:val="64"/>
  </w:num>
  <w:num w:numId="46" w16cid:durableId="199518512">
    <w:abstractNumId w:val="29"/>
  </w:num>
  <w:num w:numId="47" w16cid:durableId="1976763008">
    <w:abstractNumId w:val="8"/>
  </w:num>
  <w:num w:numId="48" w16cid:durableId="1259558057">
    <w:abstractNumId w:val="30"/>
  </w:num>
  <w:num w:numId="49" w16cid:durableId="1015688248">
    <w:abstractNumId w:val="20"/>
  </w:num>
  <w:num w:numId="50" w16cid:durableId="1075320893">
    <w:abstractNumId w:val="11"/>
  </w:num>
  <w:num w:numId="51" w16cid:durableId="871577110">
    <w:abstractNumId w:val="33"/>
  </w:num>
  <w:num w:numId="52" w16cid:durableId="754863014">
    <w:abstractNumId w:val="63"/>
  </w:num>
  <w:num w:numId="53" w16cid:durableId="1893882047">
    <w:abstractNumId w:val="66"/>
  </w:num>
  <w:num w:numId="54" w16cid:durableId="1128666028">
    <w:abstractNumId w:val="59"/>
  </w:num>
  <w:num w:numId="55" w16cid:durableId="1325205774">
    <w:abstractNumId w:val="18"/>
  </w:num>
  <w:num w:numId="56" w16cid:durableId="270207012">
    <w:abstractNumId w:val="65"/>
  </w:num>
  <w:num w:numId="57" w16cid:durableId="1353603537">
    <w:abstractNumId w:val="69"/>
  </w:num>
  <w:num w:numId="58" w16cid:durableId="1307860582">
    <w:abstractNumId w:val="44"/>
  </w:num>
  <w:num w:numId="59" w16cid:durableId="963535568">
    <w:abstractNumId w:val="24"/>
  </w:num>
  <w:num w:numId="60" w16cid:durableId="679355624">
    <w:abstractNumId w:val="19"/>
  </w:num>
  <w:num w:numId="61" w16cid:durableId="1255362804">
    <w:abstractNumId w:val="74"/>
  </w:num>
  <w:num w:numId="62" w16cid:durableId="1278756103">
    <w:abstractNumId w:val="58"/>
  </w:num>
  <w:num w:numId="63" w16cid:durableId="1638954896">
    <w:abstractNumId w:val="23"/>
  </w:num>
  <w:num w:numId="64" w16cid:durableId="1345280717">
    <w:abstractNumId w:val="49"/>
  </w:num>
  <w:num w:numId="65" w16cid:durableId="274943202">
    <w:abstractNumId w:val="43"/>
  </w:num>
  <w:num w:numId="66" w16cid:durableId="1807814164">
    <w:abstractNumId w:val="22"/>
  </w:num>
  <w:num w:numId="67" w16cid:durableId="1676151273">
    <w:abstractNumId w:val="68"/>
  </w:num>
  <w:num w:numId="68" w16cid:durableId="374548691">
    <w:abstractNumId w:val="55"/>
  </w:num>
  <w:num w:numId="69" w16cid:durableId="1168403004">
    <w:abstractNumId w:val="56"/>
  </w:num>
  <w:num w:numId="70" w16cid:durableId="1698769006">
    <w:abstractNumId w:val="50"/>
  </w:num>
  <w:num w:numId="71" w16cid:durableId="1137454252">
    <w:abstractNumId w:val="14"/>
  </w:num>
  <w:num w:numId="72" w16cid:durableId="461072248">
    <w:abstractNumId w:val="45"/>
  </w:num>
  <w:num w:numId="73" w16cid:durableId="1069381298">
    <w:abstractNumId w:val="52"/>
  </w:num>
  <w:num w:numId="74" w16cid:durableId="261498099">
    <w:abstractNumId w:val="42"/>
  </w:num>
  <w:num w:numId="75" w16cid:durableId="849877992">
    <w:abstractNumId w:val="46"/>
  </w:num>
  <w:num w:numId="76" w16cid:durableId="84769134">
    <w:abstractNumId w:val="53"/>
  </w:num>
  <w:num w:numId="77" w16cid:durableId="1669408791">
    <w:abstractNumId w:val="36"/>
  </w:num>
  <w:num w:numId="78" w16cid:durableId="1057165410">
    <w:abstractNumId w:val="70"/>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B3F"/>
    <w:rsid w:val="0000628E"/>
    <w:rsid w:val="00016B0A"/>
    <w:rsid w:val="00034616"/>
    <w:rsid w:val="00036E24"/>
    <w:rsid w:val="00040D13"/>
    <w:rsid w:val="0006063C"/>
    <w:rsid w:val="00082263"/>
    <w:rsid w:val="00091516"/>
    <w:rsid w:val="000A25EE"/>
    <w:rsid w:val="000B5EF7"/>
    <w:rsid w:val="00117890"/>
    <w:rsid w:val="001248F1"/>
    <w:rsid w:val="00141F04"/>
    <w:rsid w:val="001458A4"/>
    <w:rsid w:val="0014745A"/>
    <w:rsid w:val="0015074B"/>
    <w:rsid w:val="00156DEE"/>
    <w:rsid w:val="00164991"/>
    <w:rsid w:val="00174B22"/>
    <w:rsid w:val="00183222"/>
    <w:rsid w:val="001852A7"/>
    <w:rsid w:val="00193FAC"/>
    <w:rsid w:val="001B32C4"/>
    <w:rsid w:val="001C710D"/>
    <w:rsid w:val="001D436D"/>
    <w:rsid w:val="001E26DD"/>
    <w:rsid w:val="00200E8B"/>
    <w:rsid w:val="00242D36"/>
    <w:rsid w:val="00247C04"/>
    <w:rsid w:val="00253EA1"/>
    <w:rsid w:val="002677B1"/>
    <w:rsid w:val="0027160D"/>
    <w:rsid w:val="002723A2"/>
    <w:rsid w:val="00274851"/>
    <w:rsid w:val="00281713"/>
    <w:rsid w:val="00285FF5"/>
    <w:rsid w:val="0029639D"/>
    <w:rsid w:val="002D03C4"/>
    <w:rsid w:val="003038EA"/>
    <w:rsid w:val="00326F90"/>
    <w:rsid w:val="00345B0A"/>
    <w:rsid w:val="00357B69"/>
    <w:rsid w:val="003803E3"/>
    <w:rsid w:val="00384538"/>
    <w:rsid w:val="003C1459"/>
    <w:rsid w:val="003E39D7"/>
    <w:rsid w:val="003E40A8"/>
    <w:rsid w:val="003E5293"/>
    <w:rsid w:val="00404809"/>
    <w:rsid w:val="00411B40"/>
    <w:rsid w:val="00443575"/>
    <w:rsid w:val="004658F3"/>
    <w:rsid w:val="00483BF4"/>
    <w:rsid w:val="00491253"/>
    <w:rsid w:val="004A054F"/>
    <w:rsid w:val="004A2B3F"/>
    <w:rsid w:val="004C6C9A"/>
    <w:rsid w:val="004D4EDF"/>
    <w:rsid w:val="004D536E"/>
    <w:rsid w:val="004E1698"/>
    <w:rsid w:val="004F0D45"/>
    <w:rsid w:val="004F44D3"/>
    <w:rsid w:val="00501FAA"/>
    <w:rsid w:val="00517784"/>
    <w:rsid w:val="00517973"/>
    <w:rsid w:val="00526EA7"/>
    <w:rsid w:val="00530813"/>
    <w:rsid w:val="00536AEE"/>
    <w:rsid w:val="00555A17"/>
    <w:rsid w:val="005823D7"/>
    <w:rsid w:val="00582424"/>
    <w:rsid w:val="005A11E6"/>
    <w:rsid w:val="005B1AA2"/>
    <w:rsid w:val="005B3E71"/>
    <w:rsid w:val="005C360A"/>
    <w:rsid w:val="005E1453"/>
    <w:rsid w:val="005E6E20"/>
    <w:rsid w:val="00611144"/>
    <w:rsid w:val="006120BB"/>
    <w:rsid w:val="006173AE"/>
    <w:rsid w:val="00635198"/>
    <w:rsid w:val="00662EE8"/>
    <w:rsid w:val="00682587"/>
    <w:rsid w:val="006A1775"/>
    <w:rsid w:val="006B163C"/>
    <w:rsid w:val="006C6E33"/>
    <w:rsid w:val="00702964"/>
    <w:rsid w:val="00742382"/>
    <w:rsid w:val="007437A0"/>
    <w:rsid w:val="007A5236"/>
    <w:rsid w:val="007B4085"/>
    <w:rsid w:val="007D7F64"/>
    <w:rsid w:val="007E0C62"/>
    <w:rsid w:val="0081237A"/>
    <w:rsid w:val="00822676"/>
    <w:rsid w:val="00836F16"/>
    <w:rsid w:val="00843020"/>
    <w:rsid w:val="00856015"/>
    <w:rsid w:val="0086284C"/>
    <w:rsid w:val="00863782"/>
    <w:rsid w:val="00880BF2"/>
    <w:rsid w:val="00897E34"/>
    <w:rsid w:val="008B4873"/>
    <w:rsid w:val="009016B3"/>
    <w:rsid w:val="00904799"/>
    <w:rsid w:val="0092688F"/>
    <w:rsid w:val="0093283A"/>
    <w:rsid w:val="00933C9E"/>
    <w:rsid w:val="009924DF"/>
    <w:rsid w:val="009B36A3"/>
    <w:rsid w:val="009D0C94"/>
    <w:rsid w:val="00A40CD2"/>
    <w:rsid w:val="00A521AB"/>
    <w:rsid w:val="00A56461"/>
    <w:rsid w:val="00A73396"/>
    <w:rsid w:val="00A76E8E"/>
    <w:rsid w:val="00AA1D8D"/>
    <w:rsid w:val="00AC01F0"/>
    <w:rsid w:val="00AF7C5B"/>
    <w:rsid w:val="00B013D6"/>
    <w:rsid w:val="00B21FA5"/>
    <w:rsid w:val="00B300DF"/>
    <w:rsid w:val="00B47730"/>
    <w:rsid w:val="00B51EE7"/>
    <w:rsid w:val="00B7457F"/>
    <w:rsid w:val="00B778A4"/>
    <w:rsid w:val="00B805F4"/>
    <w:rsid w:val="00BB1DE5"/>
    <w:rsid w:val="00BC6AF6"/>
    <w:rsid w:val="00BF1322"/>
    <w:rsid w:val="00BF1760"/>
    <w:rsid w:val="00C308E5"/>
    <w:rsid w:val="00C32A0A"/>
    <w:rsid w:val="00C360C3"/>
    <w:rsid w:val="00C42114"/>
    <w:rsid w:val="00C62F63"/>
    <w:rsid w:val="00CB0664"/>
    <w:rsid w:val="00CB2487"/>
    <w:rsid w:val="00CB4C5D"/>
    <w:rsid w:val="00CC0809"/>
    <w:rsid w:val="00CC2FCD"/>
    <w:rsid w:val="00CE4236"/>
    <w:rsid w:val="00CF4EC0"/>
    <w:rsid w:val="00D00816"/>
    <w:rsid w:val="00D11F34"/>
    <w:rsid w:val="00D20746"/>
    <w:rsid w:val="00D231EB"/>
    <w:rsid w:val="00D3321F"/>
    <w:rsid w:val="00D3625C"/>
    <w:rsid w:val="00D366F6"/>
    <w:rsid w:val="00D401A7"/>
    <w:rsid w:val="00D41132"/>
    <w:rsid w:val="00D560A0"/>
    <w:rsid w:val="00D851A1"/>
    <w:rsid w:val="00DA5165"/>
    <w:rsid w:val="00DA5868"/>
    <w:rsid w:val="00DA7FEE"/>
    <w:rsid w:val="00DE5E09"/>
    <w:rsid w:val="00E26292"/>
    <w:rsid w:val="00E26605"/>
    <w:rsid w:val="00E315D6"/>
    <w:rsid w:val="00E54A48"/>
    <w:rsid w:val="00E5704C"/>
    <w:rsid w:val="00E63C15"/>
    <w:rsid w:val="00E67FFE"/>
    <w:rsid w:val="00E7698D"/>
    <w:rsid w:val="00E77B2B"/>
    <w:rsid w:val="00E8310B"/>
    <w:rsid w:val="00E91B82"/>
    <w:rsid w:val="00E91C7C"/>
    <w:rsid w:val="00E92252"/>
    <w:rsid w:val="00E94997"/>
    <w:rsid w:val="00ED3697"/>
    <w:rsid w:val="00F05AE9"/>
    <w:rsid w:val="00F34EAC"/>
    <w:rsid w:val="00F704E0"/>
    <w:rsid w:val="00F806D4"/>
    <w:rsid w:val="00F82739"/>
    <w:rsid w:val="00F85C6A"/>
    <w:rsid w:val="00FC5766"/>
    <w:rsid w:val="00FC6438"/>
    <w:rsid w:val="00FC693F"/>
    <w:rsid w:val="033F5757"/>
    <w:rsid w:val="1350E2DA"/>
    <w:rsid w:val="1714C311"/>
    <w:rsid w:val="23ACA957"/>
    <w:rsid w:val="253EB957"/>
    <w:rsid w:val="3167E21B"/>
    <w:rsid w:val="42330269"/>
    <w:rsid w:val="4813CA57"/>
    <w:rsid w:val="48561C9C"/>
    <w:rsid w:val="63AD9E7B"/>
    <w:rsid w:val="70F7F5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177C5C"/>
  <w14:defaultImageDpi w14:val="300"/>
  <w15:docId w15:val="{80588A15-D533-44F3-ABBB-C6895EE5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E5E09"/>
    <w:rPr>
      <w:color w:val="0000FF" w:themeColor="hyperlink"/>
      <w:u w:val="single"/>
    </w:rPr>
  </w:style>
  <w:style w:type="character" w:styleId="FollowedHyperlink">
    <w:name w:val="FollowedHyperlink"/>
    <w:basedOn w:val="DefaultParagraphFont"/>
    <w:uiPriority w:val="99"/>
    <w:semiHidden/>
    <w:unhideWhenUsed/>
    <w:rsid w:val="00DE5E09"/>
    <w:rPr>
      <w:color w:val="800080" w:themeColor="followedHyperlink"/>
      <w:u w:val="single"/>
    </w:rPr>
  </w:style>
  <w:style w:type="character" w:styleId="UnresolvedMention">
    <w:name w:val="Unresolved Mention"/>
    <w:basedOn w:val="DefaultParagraphFont"/>
    <w:uiPriority w:val="99"/>
    <w:semiHidden/>
    <w:unhideWhenUsed/>
    <w:rsid w:val="00517973"/>
    <w:rPr>
      <w:color w:val="605E5C"/>
      <w:shd w:val="clear" w:color="auto" w:fill="E1DFDD"/>
    </w:rPr>
  </w:style>
  <w:style w:type="character" w:customStyle="1" w:styleId="NoSpacingChar">
    <w:name w:val="No Spacing Char"/>
    <w:basedOn w:val="DefaultParagraphFont"/>
    <w:link w:val="NoSpacing"/>
    <w:uiPriority w:val="1"/>
    <w:rsid w:val="00183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ceop.police.uk/safety-centre/" TargetMode="External"/><Relationship Id="rId26" Type="http://schemas.openxmlformats.org/officeDocument/2006/relationships/hyperlink" Target="https://dcatacademy.sharepoint.com/sites/lcs-teaching/Admin/05%20Policies/School%20policies/childcare.support@eastsussex.gov.uk" TargetMode="External"/><Relationship Id="rId39" Type="http://schemas.openxmlformats.org/officeDocument/2006/relationships/hyperlink" Target="http://www.iwf.org.uk/" TargetMode="External"/><Relationship Id="rId21" Type="http://schemas.openxmlformats.org/officeDocument/2006/relationships/hyperlink" Target="https://www.iwf.org.uk/" TargetMode="External"/><Relationship Id="rId34" Type="http://schemas.openxmlformats.org/officeDocument/2006/relationships/hyperlink" Target="http://www.childnet.com/" TargetMode="External"/><Relationship Id="rId42" Type="http://schemas.openxmlformats.org/officeDocument/2006/relationships/hyperlink" Target="http://www.childline.org.uk/" TargetMode="External"/><Relationship Id="rId47" Type="http://schemas.openxmlformats.org/officeDocument/2006/relationships/hyperlink" Target="http://www.360safe.org.uk/" TargetMode="External"/><Relationship Id="rId50" Type="http://schemas.openxmlformats.org/officeDocument/2006/relationships/hyperlink" Target="https://czone.eastsussex.gov.uk/safeguarding/safeguarding-in-schools-colleges-and-early-years-settings/online-safet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sharing-nudes-and-semi-nudes-advice-for-education-settings-working-with-children-and-young-people" TargetMode="External"/><Relationship Id="rId29" Type="http://schemas.openxmlformats.org/officeDocument/2006/relationships/hyperlink" Target="https://czone.eastsussex.gov.uk/safeguarding/" TargetMode="External"/><Relationship Id="rId11" Type="http://schemas.openxmlformats.org/officeDocument/2006/relationships/image" Target="media/image1.png"/><Relationship Id="rId24" Type="http://schemas.openxmlformats.org/officeDocument/2006/relationships/hyperlink" Target="https://www.iwf.org.uk/" TargetMode="External"/><Relationship Id="rId32" Type="http://schemas.openxmlformats.org/officeDocument/2006/relationships/hyperlink" Target="http://www.thinkuknow.co.uk" TargetMode="External"/><Relationship Id="rId37" Type="http://schemas.openxmlformats.org/officeDocument/2006/relationships/hyperlink" Target="https://projectevolve.co.uk/" TargetMode="External"/><Relationship Id="rId40" Type="http://schemas.openxmlformats.org/officeDocument/2006/relationships/hyperlink" Target="http://www.lucyfaithfull.org/" TargetMode="External"/><Relationship Id="rId45" Type="http://schemas.openxmlformats.org/officeDocument/2006/relationships/hyperlink" Target="http://www.saferinternet.org.uk/"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ceop.police.uk/safety-centre/" TargetMode="External"/><Relationship Id="rId31" Type="http://schemas.openxmlformats.org/officeDocument/2006/relationships/hyperlink" Target="http://www.sussex.police.uk" TargetMode="External"/><Relationship Id="rId44" Type="http://schemas.openxmlformats.org/officeDocument/2006/relationships/hyperlink" Target="http://www.mariecollinsfoundation.org.uk/"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iwf.org.uk/" TargetMode="External"/><Relationship Id="rId27" Type="http://schemas.openxmlformats.org/officeDocument/2006/relationships/hyperlink" Target="https://dcatacademy.sharepoint.com/sites/lcs-teaching/Admin/05%20Policies/School%20policies/0-19.SPOA@eastsussex.gov.uk" TargetMode="External"/><Relationship Id="rId30" Type="http://schemas.openxmlformats.org/officeDocument/2006/relationships/hyperlink" Target="https://sussexchildprotection.procedures.org.uk/" TargetMode="External"/><Relationship Id="rId35" Type="http://schemas.openxmlformats.org/officeDocument/2006/relationships/hyperlink" Target="https://www.childnet.com/what-we-do/our-projects/thrive-online/" TargetMode="External"/><Relationship Id="rId43" Type="http://schemas.openxmlformats.org/officeDocument/2006/relationships/hyperlink" Target="https://www.internetmatters.org/hub/resource/net-aware/" TargetMode="External"/><Relationship Id="rId48" Type="http://schemas.openxmlformats.org/officeDocument/2006/relationships/hyperlink" Target="http://www.getsafeonline.org/"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haring-nudes-and-semi-nudes-advice-for-education-settings-working-with-children-and-young-people" TargetMode="External"/><Relationship Id="rId25" Type="http://schemas.openxmlformats.org/officeDocument/2006/relationships/hyperlink" Target="https://www.gov.uk/guidance/meeting-digital-and-technology-standards-in-schools-and-colleges/cyber-security-standards-for-schools-and-colleges" TargetMode="External"/><Relationship Id="rId33" Type="http://schemas.openxmlformats.org/officeDocument/2006/relationships/hyperlink" Target="http://www.ceop.police.uk/" TargetMode="External"/><Relationship Id="rId38" Type="http://schemas.openxmlformats.org/officeDocument/2006/relationships/hyperlink" Target="http://www.internetmatters.org/" TargetMode="External"/><Relationship Id="rId46" Type="http://schemas.openxmlformats.org/officeDocument/2006/relationships/hyperlink" Target="http://www.saferinternet.org.uk/about/helpline" TargetMode="External"/><Relationship Id="rId20" Type="http://schemas.openxmlformats.org/officeDocument/2006/relationships/hyperlink" Target="https://www.iwf.org.uk/" TargetMode="External"/><Relationship Id="rId41" Type="http://schemas.openxmlformats.org/officeDocument/2006/relationships/hyperlink" Target="http://www.nspcc.org.uk/onlinesafety"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sharing-nudes-and-semi-nudes-advice-for-education-settings-working-with-children-and-young-people" TargetMode="External"/><Relationship Id="rId23" Type="http://schemas.openxmlformats.org/officeDocument/2006/relationships/hyperlink" Target="https://saferinternet.org.uk/guide-and-resource/teachers-and-school-staff/appropriate-filtering-and-monitoring" TargetMode="External"/><Relationship Id="rId28" Type="http://schemas.openxmlformats.org/officeDocument/2006/relationships/hyperlink" Target="mailto:SLES.Safeguarding@eastsussex.gov.uk" TargetMode="External"/><Relationship Id="rId36" Type="http://schemas.openxmlformats.org/officeDocument/2006/relationships/hyperlink" Target="https://www.childnet.com/resources/connect-with-respect-send/" TargetMode="External"/><Relationship Id="rId49" Type="http://schemas.openxmlformats.org/officeDocument/2006/relationships/hyperlink" Target="http://www.actionfraud.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681af37-6ffd-4d51-83db-fb5d58ea5a3d">
      <Terms xmlns="http://schemas.microsoft.com/office/infopath/2007/PartnerControls"/>
    </lcf76f155ced4ddcb4097134ff3c332f>
    <TaxCatchAll xmlns="fcd76bbe-8893-4b4c-a5e5-c3eb47db8676" xsi:nil="true"/>
    <_Flow_SignoffStatus xmlns="2681af37-6ffd-4d51-83db-fb5d58ea5a3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F31F0FD3AC8C4E98C2974084C138D3" ma:contentTypeVersion="17" ma:contentTypeDescription="Create a new document." ma:contentTypeScope="" ma:versionID="ed930733c5e863e539dfdbf1e533a7f6">
  <xsd:schema xmlns:xsd="http://www.w3.org/2001/XMLSchema" xmlns:xs="http://www.w3.org/2001/XMLSchema" xmlns:p="http://schemas.microsoft.com/office/2006/metadata/properties" xmlns:ns2="2681af37-6ffd-4d51-83db-fb5d58ea5a3d" xmlns:ns3="fcd76bbe-8893-4b4c-a5e5-c3eb47db8676" targetNamespace="http://schemas.microsoft.com/office/2006/metadata/properties" ma:root="true" ma:fieldsID="c0b74c2fc5969f4cd86a4dd376c8f752" ns2:_="" ns3:_="">
    <xsd:import namespace="2681af37-6ffd-4d51-83db-fb5d58ea5a3d"/>
    <xsd:import namespace="fcd76bbe-8893-4b4c-a5e5-c3eb47db8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81af37-6ffd-4d51-83db-fb5d58ea5a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d76bbe-8893-4b4c-a5e5-c3eb47db86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08ce4ff-44a2-4c47-81f9-932dad8eb466}" ma:internalName="TaxCatchAll" ma:showField="CatchAllData" ma:web="fcd76bbe-8893-4b4c-a5e5-c3eb47db867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E5041-A844-424F-B830-F1706F2118E0}">
  <ds:schemaRefs>
    <ds:schemaRef ds:uri="http://schemas.microsoft.com/sharepoint/v3/contenttype/forms"/>
  </ds:schemaRefs>
</ds:datastoreItem>
</file>

<file path=customXml/itemProps2.xml><?xml version="1.0" encoding="utf-8"?>
<ds:datastoreItem xmlns:ds="http://schemas.openxmlformats.org/officeDocument/2006/customXml" ds:itemID="{AFCBF230-51A3-46B8-89F0-875D7E938AD6}">
  <ds:schemaRefs>
    <ds:schemaRef ds:uri="http://schemas.microsoft.com/office/2006/metadata/properties"/>
    <ds:schemaRef ds:uri="http://schemas.microsoft.com/office/infopath/2007/PartnerControls"/>
    <ds:schemaRef ds:uri="2681af37-6ffd-4d51-83db-fb5d58ea5a3d"/>
    <ds:schemaRef ds:uri="fcd76bbe-8893-4b4c-a5e5-c3eb47db8676"/>
  </ds:schemaRefs>
</ds:datastoreItem>
</file>

<file path=customXml/itemProps3.xml><?xml version="1.0" encoding="utf-8"?>
<ds:datastoreItem xmlns:ds="http://schemas.openxmlformats.org/officeDocument/2006/customXml" ds:itemID="{D0C318D7-8D64-412B-9D40-622C21DA6A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81af37-6ffd-4d51-83db-fb5d58ea5a3d"/>
    <ds:schemaRef ds:uri="fcd76bbe-8893-4b4c-a5e5-c3eb47db8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13477</Words>
  <Characters>76820</Characters>
  <Application>Microsoft Office Word</Application>
  <DocSecurity>0</DocSecurity>
  <Lines>640</Lines>
  <Paragraphs>180</Paragraphs>
  <ScaleCrop>false</ScaleCrop>
  <Manager/>
  <Company/>
  <LinksUpToDate>false</LinksUpToDate>
  <CharactersWithSpaces>90117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Nicholas Macgregor (LCS)</cp:lastModifiedBy>
  <cp:revision>2</cp:revision>
  <dcterms:created xsi:type="dcterms:W3CDTF">2026-08-25T09:46:00Z</dcterms:created>
  <dcterms:modified xsi:type="dcterms:W3CDTF">2026-08-25T09:46:00Z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0x01010008F31F0FD3AC8C4E98C2974084C138D3</vt:lpwstr>
  </property>
  <property fmtid="{D5CDD505-2E9C-101B-9397-08002B2CF9AE}" pid="3" name="MediaServiceImageTags">
    <vt:lpwstr/>
  </property>
</Properties>
</file>